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06BB" w:rsidRDefault="00202888">
      <w:pPr>
        <w:autoSpaceDE w:val="0"/>
        <w:autoSpaceDN w:val="0"/>
        <w:spacing w:after="78" w:line="220" w:lineRule="exact"/>
      </w:pPr>
      <w:r>
        <w:rPr>
          <w:noProof/>
          <w:lang w:val="ru-RU" w:eastAsia="ru-RU"/>
        </w:rPr>
        <w:drawing>
          <wp:inline distT="0" distB="0" distL="0" distR="0">
            <wp:extent cx="6529070" cy="9234440"/>
            <wp:effectExtent l="0" t="0" r="5080" b="5080"/>
            <wp:docPr id="1" name="Рисунок 1" descr="C:\Users\Маша\Pictures\IMG_2022090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ша\Pictures\IMG_20220909_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070" cy="9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6BB" w:rsidRPr="00DD3294" w:rsidRDefault="00202888" w:rsidP="00202888">
      <w:pPr>
        <w:autoSpaceDE w:val="0"/>
        <w:autoSpaceDN w:val="0"/>
        <w:spacing w:after="0" w:line="230" w:lineRule="auto"/>
        <w:ind w:left="1494"/>
        <w:rPr>
          <w:lang w:val="ru-RU"/>
        </w:rPr>
        <w:sectPr w:rsidR="006406BB" w:rsidRPr="00DD3294">
          <w:pgSz w:w="11900" w:h="16840"/>
          <w:pgMar w:top="298" w:right="880" w:bottom="408" w:left="738" w:header="720" w:footer="720" w:gutter="0"/>
          <w:cols w:space="720" w:equalWidth="0">
            <w:col w:w="10282" w:space="0"/>
          </w:cols>
          <w:docGrid w:linePitch="360"/>
        </w:sectPr>
      </w:pPr>
      <w:bookmarkStart w:id="0" w:name="_GoBack"/>
      <w:r>
        <w:rPr>
          <w:rFonts w:ascii="Times New Roman" w:eastAsia="Times New Roman" w:hAnsi="Times New Roman"/>
          <w:b/>
          <w:noProof/>
          <w:color w:val="000000"/>
          <w:sz w:val="24"/>
          <w:lang w:val="ru-RU" w:eastAsia="ru-RU"/>
        </w:rPr>
        <w:drawing>
          <wp:inline distT="0" distB="0" distL="0" distR="0">
            <wp:extent cx="6529070" cy="9234440"/>
            <wp:effectExtent l="0" t="0" r="5080" b="5080"/>
            <wp:docPr id="2" name="Рисунок 2" descr="C:\Users\Маша\Pictures\IMG_2022090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ша\Pictures\IMG_20220909_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070" cy="9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DD3294">
        <w:rPr>
          <w:lang w:val="ru-RU"/>
        </w:rPr>
        <w:t xml:space="preserve"> </w:t>
      </w:r>
    </w:p>
    <w:p w:rsidR="006406BB" w:rsidRPr="00DD3294" w:rsidRDefault="006406BB">
      <w:pPr>
        <w:autoSpaceDE w:val="0"/>
        <w:autoSpaceDN w:val="0"/>
        <w:spacing w:after="78" w:line="220" w:lineRule="exact"/>
        <w:rPr>
          <w:lang w:val="ru-RU"/>
        </w:rPr>
      </w:pPr>
    </w:p>
    <w:p w:rsidR="006406BB" w:rsidRPr="00DD3294" w:rsidRDefault="00DD3294" w:rsidP="00DD3294">
      <w:pPr>
        <w:autoSpaceDE w:val="0"/>
        <w:autoSpaceDN w:val="0"/>
        <w:spacing w:after="0" w:line="240" w:lineRule="auto"/>
        <w:contextualSpacing/>
        <w:rPr>
          <w:lang w:val="ru-RU"/>
        </w:rPr>
      </w:pPr>
      <w:r w:rsidRPr="00DD3294">
        <w:rPr>
          <w:rFonts w:ascii="Times New Roman" w:eastAsia="Times New Roman" w:hAnsi="Times New Roman"/>
          <w:b/>
          <w:color w:val="000000"/>
          <w:sz w:val="24"/>
          <w:lang w:val="ru-RU"/>
        </w:rPr>
        <w:t>ПОЯСНИТЕЛЬНАЯ ЗАПИСКА</w:t>
      </w:r>
    </w:p>
    <w:p w:rsidR="006406BB" w:rsidRPr="00DD3294" w:rsidRDefault="00DD3294" w:rsidP="00DD3294">
      <w:pPr>
        <w:autoSpaceDE w:val="0"/>
        <w:autoSpaceDN w:val="0"/>
        <w:spacing w:before="346" w:after="0" w:line="240" w:lineRule="auto"/>
        <w:contextualSpacing/>
        <w:rPr>
          <w:lang w:val="ru-RU"/>
        </w:rPr>
      </w:pPr>
      <w:r w:rsidRPr="00DD329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ОБЩАЯ ХАРАКТЕРИСТИКА УЧЕБНОГО ПРЕДМЕТА "МАТЕМАТИКА" </w:t>
      </w:r>
    </w:p>
    <w:p w:rsidR="006406BB" w:rsidRPr="00DD3294" w:rsidRDefault="00DD3294" w:rsidP="00DD3294">
      <w:pPr>
        <w:autoSpaceDE w:val="0"/>
        <w:autoSpaceDN w:val="0"/>
        <w:spacing w:before="166" w:after="0" w:line="240" w:lineRule="auto"/>
        <w:ind w:firstLine="180"/>
        <w:contextualSpacing/>
        <w:rPr>
          <w:lang w:val="ru-RU"/>
        </w:rPr>
      </w:pPr>
      <w:proofErr w:type="gramStart"/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 xml:space="preserve">Рабочая программа по математике для обучающихся 5 классов разработана на основе Федерального государственного образовательного стандарта основного общего образования с учётом и </w:t>
      </w:r>
      <w:r w:rsidRPr="00DD3294">
        <w:rPr>
          <w:lang w:val="ru-RU"/>
        </w:rPr>
        <w:br/>
      </w: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 xml:space="preserve">современных мировых требований, предъявляемых к математическому образованию, и традиций российского образования, которые обеспечивают овладение ключевыми компетенциями, </w:t>
      </w:r>
      <w:r w:rsidRPr="00DD3294">
        <w:rPr>
          <w:lang w:val="ru-RU"/>
        </w:rPr>
        <w:br/>
      </w: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>составляющими основу для непрерывного образования и саморазвития, а также целостность общекультурного, личностного и познавательного развития обучающихся.</w:t>
      </w:r>
      <w:proofErr w:type="gramEnd"/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 xml:space="preserve"> В рабочей программе учтены идеи и положения Концепции развития математического образования в Российской </w:t>
      </w:r>
      <w:r w:rsidRPr="00DD3294">
        <w:rPr>
          <w:lang w:val="ru-RU"/>
        </w:rPr>
        <w:br/>
      </w: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 xml:space="preserve">Федерации. 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подготовки. Уже в школе математика служит опорным предметом для изучения смежных дисциплин, а после школы реальной необходимостью становится непрерывное образование, что требует полноценной базовой </w:t>
      </w:r>
      <w:r w:rsidRPr="00DD3294">
        <w:rPr>
          <w:lang w:val="ru-RU"/>
        </w:rPr>
        <w:br/>
      </w: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>общеобразовательной подготовки, в том числе и математической.</w:t>
      </w:r>
    </w:p>
    <w:p w:rsidR="006406BB" w:rsidRPr="00DD3294" w:rsidRDefault="00DD3294" w:rsidP="00DD3294">
      <w:pPr>
        <w:autoSpaceDE w:val="0"/>
        <w:autoSpaceDN w:val="0"/>
        <w:spacing w:before="70" w:after="0" w:line="240" w:lineRule="auto"/>
        <w:ind w:right="144" w:firstLine="180"/>
        <w:contextualSpacing/>
        <w:rPr>
          <w:lang w:val="ru-RU"/>
        </w:rPr>
      </w:pP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>Это обусловлено тем, что в наши дни растёт число профессий, связанных с непосредственным применением математики: и в сфере экономики, и в бизнесе, и в технологических областях, и даже в гуманитарных сферах. Таким образом, круг школьников, для которых математика может стать значимым предметом, расширяется.</w:t>
      </w:r>
    </w:p>
    <w:p w:rsidR="006406BB" w:rsidRPr="00DD3294" w:rsidRDefault="00DD3294" w:rsidP="00DD3294">
      <w:pPr>
        <w:autoSpaceDE w:val="0"/>
        <w:autoSpaceDN w:val="0"/>
        <w:spacing w:before="70" w:after="0" w:line="240" w:lineRule="auto"/>
        <w:ind w:firstLine="180"/>
        <w:contextualSpacing/>
        <w:rPr>
          <w:lang w:val="ru-RU"/>
        </w:rPr>
      </w:pP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 xml:space="preserve">Практическая полезность математики обусловлена тем, что её предметом являются </w:t>
      </w:r>
      <w:r w:rsidRPr="00DD3294">
        <w:rPr>
          <w:lang w:val="ru-RU"/>
        </w:rPr>
        <w:br/>
      </w: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 xml:space="preserve">фундаментальные структуры нашего мира: пространственные формы и количественные отношения от простейших, усваиваемых в непосредственном опыте, до достаточно сложных, необходимых для развития научных и прикладных идей. Без конкретных математических знаний затруднено понимание принципов устройства и использования современной техники, восприятие и интерпретация </w:t>
      </w:r>
      <w:r w:rsidRPr="00DD3294">
        <w:rPr>
          <w:lang w:val="ru-RU"/>
        </w:rPr>
        <w:br/>
      </w: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 xml:space="preserve">разнообразной социальной, экономической, политической информации, малоэффективна </w:t>
      </w:r>
      <w:r w:rsidRPr="00DD3294">
        <w:rPr>
          <w:lang w:val="ru-RU"/>
        </w:rPr>
        <w:br/>
      </w: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>повседневная практическая деятельность. Каждому человеку в своей жизни приходится выполнять расчёты и составлять алгоритмы, находить и применять формулы, владеть практическими приёмами геометрических измерений и построений, читать информацию, представленную в виде таблиц, диаграмм и графиков, жить в условиях неопределённости и понимать вероятностный характер случайных событий.</w:t>
      </w:r>
    </w:p>
    <w:p w:rsidR="006406BB" w:rsidRPr="00DD3294" w:rsidRDefault="00DD3294" w:rsidP="00DD3294">
      <w:pPr>
        <w:autoSpaceDE w:val="0"/>
        <w:autoSpaceDN w:val="0"/>
        <w:spacing w:before="70" w:after="0" w:line="240" w:lineRule="auto"/>
        <w:ind w:firstLine="180"/>
        <w:contextualSpacing/>
        <w:rPr>
          <w:lang w:val="ru-RU"/>
        </w:rPr>
      </w:pP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>Одновременно с расширением сфер применения математики в современном обществе всё более важным становится математический стиль мышления, проявляющийся в определённых умственных навыках. В процессе изучения математики в арсенал приёмов и методов мышления человека естественным образом включаются индукция и дедукция, обобщение и конкретизация, анализ и синтез, классификация и систематизация, абстрагирование и аналогия. Объекты математических умозаключений, правила их конструирования раскрывают механизм логических построений, способствуют выработке умения формулировать, обосновывать и доказывать суждения, тем самым развивают логическое мышление. Ведущая роль принадлежит математике и в формировании алгоритмической компоненты мышления и воспитании умений действовать по заданным алгоритмам, совершенствовать известные и конструировать новые. В процессе решения задач — основой учебной деятельности на уроках математики — развиваются также творческая и прикладная стороны мышления.</w:t>
      </w:r>
    </w:p>
    <w:p w:rsidR="006406BB" w:rsidRPr="00DD3294" w:rsidRDefault="00DD3294" w:rsidP="00DD3294">
      <w:pPr>
        <w:autoSpaceDE w:val="0"/>
        <w:autoSpaceDN w:val="0"/>
        <w:spacing w:before="70" w:after="0" w:line="240" w:lineRule="auto"/>
        <w:ind w:firstLine="180"/>
        <w:contextualSpacing/>
        <w:rPr>
          <w:lang w:val="ru-RU"/>
        </w:rPr>
      </w:pP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 xml:space="preserve">Обучение математике даёт возможность развивать у </w:t>
      </w:r>
      <w:proofErr w:type="gramStart"/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>обучающихся</w:t>
      </w:r>
      <w:proofErr w:type="gramEnd"/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 xml:space="preserve"> точную, рациональную и информативную речь, умение отбирать наиболее подходящие языковые, символические, графические средства для выражения суждений и наглядного их представления.</w:t>
      </w:r>
    </w:p>
    <w:p w:rsidR="00DD3294" w:rsidRPr="00DD3294" w:rsidRDefault="00DD3294" w:rsidP="00DD3294">
      <w:pPr>
        <w:autoSpaceDE w:val="0"/>
        <w:autoSpaceDN w:val="0"/>
        <w:spacing w:after="0" w:line="240" w:lineRule="auto"/>
        <w:contextualSpacing/>
        <w:rPr>
          <w:lang w:val="ru-RU"/>
        </w:rPr>
      </w:pP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>Необходимым компонентом общей культуры в современном толковании является общее знакомство с методами познания действительности, представление о предмете и методах математики, их отличий от методов других естественных и гуманитарных наук, об особенностях применения математики для решения научных и прикладных задач. Таким образом, математическое образование вносит свой вклад в формирование общей культуры человека.</w:t>
      </w:r>
    </w:p>
    <w:p w:rsidR="00DD3294" w:rsidRPr="00DD3294" w:rsidRDefault="00DD3294" w:rsidP="00DD3294">
      <w:pPr>
        <w:autoSpaceDE w:val="0"/>
        <w:autoSpaceDN w:val="0"/>
        <w:spacing w:before="70" w:after="0" w:line="240" w:lineRule="auto"/>
        <w:ind w:right="432" w:firstLine="180"/>
        <w:contextualSpacing/>
        <w:rPr>
          <w:lang w:val="ru-RU"/>
        </w:rPr>
      </w:pP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>Изучение математики также способствует эстетическому воспитанию человека, пониманию красоты и изящества математических рассуждений, восприятию геометрических форм, усвоению идеи симметрии.</w:t>
      </w:r>
    </w:p>
    <w:p w:rsidR="00DD3294" w:rsidRPr="00DD3294" w:rsidRDefault="00DD3294" w:rsidP="00DD3294">
      <w:pPr>
        <w:autoSpaceDE w:val="0"/>
        <w:autoSpaceDN w:val="0"/>
        <w:spacing w:before="262" w:after="0" w:line="240" w:lineRule="auto"/>
        <w:contextualSpacing/>
        <w:rPr>
          <w:lang w:val="ru-RU"/>
        </w:rPr>
      </w:pPr>
      <w:r w:rsidRPr="00DD3294">
        <w:rPr>
          <w:rFonts w:ascii="Times New Roman" w:eastAsia="Times New Roman" w:hAnsi="Times New Roman"/>
          <w:b/>
          <w:color w:val="000000"/>
          <w:sz w:val="24"/>
          <w:lang w:val="ru-RU"/>
        </w:rPr>
        <w:t>ЦЕЛИ ИЗУЧЕНИЯ УЧЕБНОГО КУРСА</w:t>
      </w:r>
    </w:p>
    <w:p w:rsidR="00DD3294" w:rsidRPr="00DD3294" w:rsidRDefault="00DD3294" w:rsidP="00DD3294">
      <w:pPr>
        <w:autoSpaceDE w:val="0"/>
        <w:autoSpaceDN w:val="0"/>
        <w:spacing w:before="166" w:after="0" w:line="240" w:lineRule="auto"/>
        <w:ind w:left="180"/>
        <w:contextualSpacing/>
        <w:rPr>
          <w:lang w:val="ru-RU"/>
        </w:rPr>
      </w:pP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>Приоритетными целями обучения математике в 5 классе являются:</w:t>
      </w:r>
    </w:p>
    <w:p w:rsidR="00DD3294" w:rsidRPr="00DD3294" w:rsidRDefault="00DD3294" w:rsidP="00DD3294">
      <w:pPr>
        <w:autoSpaceDE w:val="0"/>
        <w:autoSpaceDN w:val="0"/>
        <w:spacing w:before="180" w:after="0" w:line="240" w:lineRule="auto"/>
        <w:ind w:left="420" w:right="144"/>
        <w:contextualSpacing/>
        <w:rPr>
          <w:lang w:val="ru-RU"/>
        </w:rPr>
      </w:pP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продолжение формирования основных математических понятий (число, величина, </w:t>
      </w:r>
      <w:r w:rsidRPr="00DD3294">
        <w:rPr>
          <w:lang w:val="ru-RU"/>
        </w:rPr>
        <w:br/>
      </w: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 xml:space="preserve">геометрическая фигура), обеспечивающих преемственность и перспективность математического образования обучающихся; </w:t>
      </w:r>
    </w:p>
    <w:p w:rsidR="00DD3294" w:rsidRPr="00DD3294" w:rsidRDefault="00DD3294" w:rsidP="00DD3294">
      <w:pPr>
        <w:autoSpaceDE w:val="0"/>
        <w:autoSpaceDN w:val="0"/>
        <w:spacing w:before="190" w:after="0" w:line="240" w:lineRule="auto"/>
        <w:ind w:left="420" w:right="720"/>
        <w:contextualSpacing/>
        <w:rPr>
          <w:lang w:val="ru-RU"/>
        </w:rPr>
      </w:pP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lastRenderedPageBreak/>
        <w:t xml:space="preserve">—  развитие интеллектуальных и творческих способностей обучающихся, познавательной активности, исследовательских умений, интереса к изучению математики; </w:t>
      </w:r>
    </w:p>
    <w:p w:rsidR="00DD3294" w:rsidRPr="00DD3294" w:rsidRDefault="00DD3294" w:rsidP="00DD3294">
      <w:pPr>
        <w:autoSpaceDE w:val="0"/>
        <w:autoSpaceDN w:val="0"/>
        <w:spacing w:before="190" w:after="0" w:line="240" w:lineRule="auto"/>
        <w:ind w:left="420"/>
        <w:contextualSpacing/>
        <w:rPr>
          <w:lang w:val="ru-RU"/>
        </w:rPr>
      </w:pP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подведение обучающихся на доступном для них </w:t>
      </w:r>
      <w:proofErr w:type="gramStart"/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>уровне</w:t>
      </w:r>
      <w:proofErr w:type="gramEnd"/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 xml:space="preserve"> к осознанию взаимосвязи математики и окружающего мира; </w:t>
      </w:r>
    </w:p>
    <w:p w:rsidR="00DD3294" w:rsidRPr="00DD3294" w:rsidRDefault="00DD3294" w:rsidP="00DD3294">
      <w:pPr>
        <w:autoSpaceDE w:val="0"/>
        <w:autoSpaceDN w:val="0"/>
        <w:spacing w:before="190" w:after="0" w:line="240" w:lineRule="auto"/>
        <w:ind w:left="420" w:right="432"/>
        <w:contextualSpacing/>
        <w:rPr>
          <w:lang w:val="ru-RU"/>
        </w:rPr>
      </w:pP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>—  формирование функциональной математической грамотности: умения распознавать математические объекты в реальных жизненных ситуациях, применять освоенные умения для решения практико-ориентированных задач, интерпретировать полученные результаты и оценивать их на соответствие практической ситуации.</w:t>
      </w:r>
    </w:p>
    <w:p w:rsidR="00DD3294" w:rsidRPr="00DD3294" w:rsidRDefault="00DD3294" w:rsidP="00DD3294">
      <w:pPr>
        <w:autoSpaceDE w:val="0"/>
        <w:autoSpaceDN w:val="0"/>
        <w:spacing w:before="178" w:after="0" w:line="240" w:lineRule="auto"/>
        <w:ind w:right="432" w:firstLine="180"/>
        <w:contextualSpacing/>
        <w:rPr>
          <w:lang w:val="ru-RU"/>
        </w:rPr>
      </w:pP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>Основные линии содержания курса математики в 5 классе — арифметическая и геометрическая, которые развиваются параллельно, каждая в соответствии с собственной логикой, однако, не независимо одна от другой, а в тесном контакте и взаимодействии. Также в курсе происходит знакомство с элементами алгебры и описательной статистики.</w:t>
      </w:r>
    </w:p>
    <w:p w:rsidR="00DD3294" w:rsidRPr="00DD3294" w:rsidRDefault="00DD3294" w:rsidP="00DD3294">
      <w:pPr>
        <w:autoSpaceDE w:val="0"/>
        <w:autoSpaceDN w:val="0"/>
        <w:spacing w:before="70" w:after="0" w:line="240" w:lineRule="auto"/>
        <w:ind w:right="144" w:firstLine="180"/>
        <w:contextualSpacing/>
        <w:rPr>
          <w:lang w:val="ru-RU"/>
        </w:rPr>
      </w:pP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 xml:space="preserve">Изучение арифметического материала начинается </w:t>
      </w:r>
      <w:proofErr w:type="gramStart"/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>со</w:t>
      </w:r>
      <w:proofErr w:type="gramEnd"/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 xml:space="preserve"> систематизации и развития знаний о натуральных числах, полученных в начальной школе. При этом совершенствование вычислительной техники и формирование новых теоретических знаний сочетается с развитием вычислительной культуры, в частности с обучением простейшим приёмам прикидки и оценки результатов </w:t>
      </w:r>
      <w:r w:rsidRPr="00DD3294">
        <w:rPr>
          <w:lang w:val="ru-RU"/>
        </w:rPr>
        <w:br/>
      </w: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 xml:space="preserve">вычислений. </w:t>
      </w:r>
    </w:p>
    <w:p w:rsidR="00DD3294" w:rsidRPr="00DD3294" w:rsidRDefault="00DD3294" w:rsidP="00DD3294">
      <w:pPr>
        <w:autoSpaceDE w:val="0"/>
        <w:autoSpaceDN w:val="0"/>
        <w:spacing w:before="72" w:after="0" w:line="240" w:lineRule="auto"/>
        <w:ind w:firstLine="180"/>
        <w:contextualSpacing/>
        <w:rPr>
          <w:lang w:val="ru-RU"/>
        </w:rPr>
      </w:pP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 xml:space="preserve">Другой крупный блок в содержании арифметической линии — это дроби. Начало изучения обыкновенных и десятичных дробей отнесено к 5 классу. Это первый этап в освоении дробей, когда происходит знакомство с основными идеями, понятиями темы. При этом рассмотрение </w:t>
      </w:r>
      <w:r w:rsidRPr="00DD3294">
        <w:rPr>
          <w:lang w:val="ru-RU"/>
        </w:rPr>
        <w:br/>
      </w: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 xml:space="preserve">обыкновенных дробей в полном объёме предшествует изучению десятичных дробей, что </w:t>
      </w:r>
      <w:r w:rsidRPr="00DD3294">
        <w:rPr>
          <w:lang w:val="ru-RU"/>
        </w:rPr>
        <w:br/>
      </w: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 xml:space="preserve">целесообразно с точки зрения логики изложения числовой линии, когда правила действий с </w:t>
      </w:r>
      <w:r w:rsidRPr="00DD3294">
        <w:rPr>
          <w:lang w:val="ru-RU"/>
        </w:rPr>
        <w:br/>
      </w: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>десятичными дробями можно обосновать уже известными алгоритмами выполнения действий с обыкновенными дробями.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использовании.</w:t>
      </w:r>
    </w:p>
    <w:p w:rsidR="00DD3294" w:rsidRPr="00DD3294" w:rsidRDefault="00DD3294" w:rsidP="00DD3294">
      <w:pPr>
        <w:autoSpaceDE w:val="0"/>
        <w:autoSpaceDN w:val="0"/>
        <w:spacing w:before="70" w:after="0" w:line="240" w:lineRule="auto"/>
        <w:ind w:left="180"/>
        <w:contextualSpacing/>
        <w:rPr>
          <w:lang w:val="ru-RU"/>
        </w:rPr>
      </w:pP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>При обучении решению текстовых задач в 5 классе используются арифметические приёмы решения.</w:t>
      </w:r>
    </w:p>
    <w:p w:rsidR="00DD3294" w:rsidRPr="00DD3294" w:rsidRDefault="00DD3294" w:rsidP="00DD3294">
      <w:pPr>
        <w:autoSpaceDE w:val="0"/>
        <w:autoSpaceDN w:val="0"/>
        <w:spacing w:before="70" w:after="0" w:line="240" w:lineRule="auto"/>
        <w:contextualSpacing/>
        <w:rPr>
          <w:lang w:val="ru-RU"/>
        </w:rPr>
      </w:pP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>Текстовые задачи, решаемые при отработке вычислительных навыков в 5 классе, рассматриваются задачи следующих видов: задачи на движение, на части, на покупки, на работу и производительность, на проценты, на отношения и пропорции. Кроме того, обучающиеся знакомятся с приёмами решения задач перебором возможных вариантов, учатся работать с информацией, представленной в форме таблиц или диаграмм.</w:t>
      </w:r>
    </w:p>
    <w:p w:rsidR="00DD3294" w:rsidRPr="00DD3294" w:rsidRDefault="00DD3294" w:rsidP="00DD3294">
      <w:pPr>
        <w:autoSpaceDE w:val="0"/>
        <w:autoSpaceDN w:val="0"/>
        <w:spacing w:after="0" w:line="240" w:lineRule="auto"/>
        <w:ind w:firstLine="180"/>
        <w:contextualSpacing/>
        <w:rPr>
          <w:lang w:val="ru-RU"/>
        </w:rPr>
      </w:pP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 xml:space="preserve">В Примерной рабочей программе предусмотрено формирование пропедевтических алгебраических представлений. Буква как символ некоторого числа в зависимости от математического контекста вводится постепенно. Буквенная символика широко </w:t>
      </w:r>
      <w:proofErr w:type="gramStart"/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>используется</w:t>
      </w:r>
      <w:proofErr w:type="gramEnd"/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 xml:space="preserve"> прежде всего для записи общих утверждений и предложений, формул, в частности для вычисления геометрических величин, в качестве «заместителя» числа.</w:t>
      </w:r>
    </w:p>
    <w:p w:rsidR="00DD3294" w:rsidRPr="00DD3294" w:rsidRDefault="00DD3294" w:rsidP="00DD3294">
      <w:pPr>
        <w:autoSpaceDE w:val="0"/>
        <w:autoSpaceDN w:val="0"/>
        <w:spacing w:before="70" w:after="0" w:line="240" w:lineRule="auto"/>
        <w:ind w:firstLine="180"/>
        <w:contextualSpacing/>
        <w:rPr>
          <w:lang w:val="ru-RU"/>
        </w:rPr>
      </w:pP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 xml:space="preserve">В курсе «Математики» 5 класса представлена наглядная геометрия, направленная на развитие образного мышления, пространственного воображения, изобразительных умений. Это важный этап в изучении геометрии, который осуществляется на наглядно-практическом уровне, опирается на наглядно-образное мышление </w:t>
      </w:r>
      <w:proofErr w:type="gramStart"/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>обучающихся</w:t>
      </w:r>
      <w:proofErr w:type="gramEnd"/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 xml:space="preserve">. Большая роль отводится практической деятельности, опыту, эксперименту, моделированию. Обучающиеся знакомятся с геометрическими фигурами на плоскости и в пространстве, с их простейшими конфигурациями, учатся изображать их на </w:t>
      </w:r>
      <w:r w:rsidRPr="00DD3294">
        <w:rPr>
          <w:lang w:val="ru-RU"/>
        </w:rPr>
        <w:br/>
      </w: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 xml:space="preserve">нелинованной и клетчатой бумаге, рассматривают их простейшие свойства. В процессе изучения наглядной геометрии знания, полученные </w:t>
      </w:r>
      <w:proofErr w:type="gramStart"/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>обучающимися</w:t>
      </w:r>
      <w:proofErr w:type="gramEnd"/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 xml:space="preserve"> в начальной школе, систематизируются и расширяются.</w:t>
      </w:r>
    </w:p>
    <w:p w:rsidR="00DD3294" w:rsidRPr="00DD3294" w:rsidRDefault="00DD3294" w:rsidP="00DD3294">
      <w:pPr>
        <w:autoSpaceDE w:val="0"/>
        <w:autoSpaceDN w:val="0"/>
        <w:spacing w:before="262" w:after="0" w:line="240" w:lineRule="auto"/>
        <w:contextualSpacing/>
        <w:rPr>
          <w:lang w:val="ru-RU"/>
        </w:rPr>
      </w:pPr>
      <w:r w:rsidRPr="00DD3294">
        <w:rPr>
          <w:rFonts w:ascii="Times New Roman" w:eastAsia="Times New Roman" w:hAnsi="Times New Roman"/>
          <w:b/>
          <w:color w:val="000000"/>
          <w:sz w:val="24"/>
          <w:lang w:val="ru-RU"/>
        </w:rPr>
        <w:t>МЕСТО УЧЕБНОГО КУРСА В УЧЕБНОМ ПЛАНЕ</w:t>
      </w:r>
    </w:p>
    <w:p w:rsidR="00DD3294" w:rsidRDefault="00DD3294" w:rsidP="00DD3294">
      <w:pPr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>Согласно учебному плану в 5 классе изучается интегрированный предмет «Математика», который включает арифметический материал и наглядную геометрию, а также пропедевтические сведения из алгебры. Учебный план на изучение математики в 5 классе отводит не менее 5 учебных часов в неделю, всего  170 учебных часов.</w:t>
      </w:r>
      <w:r w:rsidRPr="00DD329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</w:t>
      </w:r>
    </w:p>
    <w:p w:rsidR="00DD3294" w:rsidRDefault="00DD3294" w:rsidP="00DD3294">
      <w:pPr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DD3294" w:rsidRPr="00DD3294" w:rsidRDefault="00DD3294" w:rsidP="00DD3294">
      <w:pPr>
        <w:autoSpaceDE w:val="0"/>
        <w:autoSpaceDN w:val="0"/>
        <w:spacing w:after="0" w:line="240" w:lineRule="auto"/>
        <w:contextualSpacing/>
        <w:rPr>
          <w:lang w:val="ru-RU"/>
        </w:rPr>
      </w:pPr>
      <w:r w:rsidRPr="00DD3294">
        <w:rPr>
          <w:rFonts w:ascii="Times New Roman" w:eastAsia="Times New Roman" w:hAnsi="Times New Roman"/>
          <w:b/>
          <w:color w:val="000000"/>
          <w:sz w:val="24"/>
          <w:lang w:val="ru-RU"/>
        </w:rPr>
        <w:t>СОДЕРЖАНИЕ УЧЕБНОГО КУРСА "МАТЕМАТИКА"</w:t>
      </w:r>
    </w:p>
    <w:p w:rsidR="00DD3294" w:rsidRPr="00DD3294" w:rsidRDefault="00DD3294" w:rsidP="00DD3294">
      <w:pPr>
        <w:autoSpaceDE w:val="0"/>
        <w:autoSpaceDN w:val="0"/>
        <w:spacing w:before="346" w:after="0" w:line="240" w:lineRule="auto"/>
        <w:contextualSpacing/>
        <w:rPr>
          <w:lang w:val="ru-RU"/>
        </w:rPr>
      </w:pPr>
      <w:r w:rsidRPr="00DD3294">
        <w:rPr>
          <w:rFonts w:ascii="Times New Roman" w:eastAsia="Times New Roman" w:hAnsi="Times New Roman"/>
          <w:b/>
          <w:color w:val="000000"/>
          <w:sz w:val="24"/>
          <w:lang w:val="ru-RU"/>
        </w:rPr>
        <w:t>Натуральные числа и нуль</w:t>
      </w:r>
    </w:p>
    <w:p w:rsidR="00DD3294" w:rsidRPr="00DD3294" w:rsidRDefault="00DD3294" w:rsidP="00DD3294">
      <w:pPr>
        <w:autoSpaceDE w:val="0"/>
        <w:autoSpaceDN w:val="0"/>
        <w:spacing w:before="166" w:after="0" w:line="240" w:lineRule="auto"/>
        <w:ind w:firstLine="180"/>
        <w:contextualSpacing/>
        <w:rPr>
          <w:lang w:val="ru-RU"/>
        </w:rPr>
      </w:pP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 xml:space="preserve">Натуральное число. Ряд натуральных чисел. Число 0. Изображение натуральных чисел точками на </w:t>
      </w:r>
      <w:proofErr w:type="gramStart"/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>координатной</w:t>
      </w:r>
      <w:proofErr w:type="gramEnd"/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 xml:space="preserve"> (числовой) прямой. Позиционная система счисления. Римская нумерация как пример непозиционной системы счисления. Десятичная система счисления. Сравнение натуральных чисел, сравнение натуральных чисел с нулём. Способы сравнения. Округление натуральных чисел. </w:t>
      </w: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lastRenderedPageBreak/>
        <w:t>Сложение натуральных чисел; свойство нуля при сложении. Вычитание как действие, обратное сложению.</w:t>
      </w:r>
    </w:p>
    <w:p w:rsidR="00DD3294" w:rsidRPr="00DD3294" w:rsidRDefault="00DD3294" w:rsidP="00DD3294">
      <w:pPr>
        <w:autoSpaceDE w:val="0"/>
        <w:autoSpaceDN w:val="0"/>
        <w:spacing w:before="70" w:after="0" w:line="240" w:lineRule="auto"/>
        <w:ind w:right="144"/>
        <w:contextualSpacing/>
        <w:rPr>
          <w:lang w:val="ru-RU"/>
        </w:rPr>
      </w:pP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 xml:space="preserve">Умножение натуральных чисел; свойства нуля и единицы при умножении. Деление как действие, обратное умножению. Компоненты действий, связь между ними. Проверка результата </w:t>
      </w:r>
      <w:r w:rsidRPr="00DD3294">
        <w:rPr>
          <w:lang w:val="ru-RU"/>
        </w:rPr>
        <w:br/>
      </w: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>арифметического действия. Переместительное и сочетательное свойства (законы) сложения и умножения, распределительное свойство (закон) умножения. Использование букв для обозначения неизвестного компонента и записи свойств арифметических действий. Делители и кратные числа, разложение на множители. Простые и составные числа. Признаки делимости на 2, 5, 10, 3, 9. Деление с остатком. Степень с натуральным показателем. Запись числа в виде суммы разрядных слагаемых.</w:t>
      </w:r>
    </w:p>
    <w:p w:rsidR="00DD3294" w:rsidRPr="00DD3294" w:rsidRDefault="00DD3294" w:rsidP="00DD3294">
      <w:pPr>
        <w:autoSpaceDE w:val="0"/>
        <w:autoSpaceDN w:val="0"/>
        <w:spacing w:before="70" w:after="0" w:line="240" w:lineRule="auto"/>
        <w:contextualSpacing/>
        <w:rPr>
          <w:lang w:val="ru-RU"/>
        </w:rPr>
      </w:pP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>Числовое выражение. Вычисление значений числовых выражений; порядок выполнения действий.</w:t>
      </w:r>
    </w:p>
    <w:p w:rsidR="00DD3294" w:rsidRPr="00DD3294" w:rsidRDefault="00DD3294" w:rsidP="00DD3294">
      <w:pPr>
        <w:autoSpaceDE w:val="0"/>
        <w:autoSpaceDN w:val="0"/>
        <w:spacing w:before="70" w:after="0" w:line="240" w:lineRule="auto"/>
        <w:ind w:right="144"/>
        <w:contextualSpacing/>
        <w:rPr>
          <w:lang w:val="ru-RU"/>
        </w:rPr>
      </w:pP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>Использование при вычислениях переместительного и сочетательного свойств (законов) сложения и умножения, распределительного свойства умножения.</w:t>
      </w:r>
    </w:p>
    <w:p w:rsidR="00DD3294" w:rsidRPr="00DD3294" w:rsidRDefault="00DD3294" w:rsidP="00DD3294">
      <w:pPr>
        <w:autoSpaceDE w:val="0"/>
        <w:autoSpaceDN w:val="0"/>
        <w:spacing w:before="262" w:after="0" w:line="240" w:lineRule="auto"/>
        <w:contextualSpacing/>
        <w:rPr>
          <w:lang w:val="ru-RU"/>
        </w:rPr>
      </w:pPr>
      <w:r w:rsidRPr="00DD3294">
        <w:rPr>
          <w:rFonts w:ascii="Times New Roman" w:eastAsia="Times New Roman" w:hAnsi="Times New Roman"/>
          <w:b/>
          <w:color w:val="000000"/>
          <w:sz w:val="24"/>
          <w:lang w:val="ru-RU"/>
        </w:rPr>
        <w:t>Дроби</w:t>
      </w:r>
    </w:p>
    <w:p w:rsidR="00DD3294" w:rsidRPr="00DD3294" w:rsidRDefault="00DD3294" w:rsidP="00DD3294">
      <w:pPr>
        <w:autoSpaceDE w:val="0"/>
        <w:autoSpaceDN w:val="0"/>
        <w:spacing w:before="166" w:after="0" w:line="240" w:lineRule="auto"/>
        <w:ind w:firstLine="180"/>
        <w:contextualSpacing/>
        <w:rPr>
          <w:lang w:val="ru-RU"/>
        </w:rPr>
      </w:pP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 xml:space="preserve">Представление о дроби как способе записи части величины. Обыкновенные дроби. Правильные и неправильные дроби. Смешанная дробь; представление смешанной дроби в виде неправильной дроби и выделение целой части числа из неправильной дроби. Изображение дробей точками на </w:t>
      </w:r>
      <w:proofErr w:type="gramStart"/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>числовой</w:t>
      </w:r>
      <w:proofErr w:type="gramEnd"/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 xml:space="preserve"> прямой. Основное свойство дроби. Сокращение дробей. Приведение дроби к новому знаменателю. Сравнение дробей. Сложение и вычитание дробей. Умножение и деление дробей; взаимно-обратные дроби. Нахождение части целого и целого по его части. Десятичная запись дробей. Представление десятичной дроби в виде обыкновенной. Изображение десятичных дробей точками на </w:t>
      </w:r>
      <w:proofErr w:type="gramStart"/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>числовой</w:t>
      </w:r>
      <w:proofErr w:type="gramEnd"/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 xml:space="preserve"> прямой. Сравнение десятичных дробей. Арифметические действия с десятичными дробями. Округление десятичных дробей.</w:t>
      </w:r>
    </w:p>
    <w:p w:rsidR="00DD3294" w:rsidRPr="00DD3294" w:rsidRDefault="00DD3294" w:rsidP="00DD3294">
      <w:pPr>
        <w:autoSpaceDE w:val="0"/>
        <w:autoSpaceDN w:val="0"/>
        <w:spacing w:before="262" w:after="0" w:line="240" w:lineRule="auto"/>
        <w:contextualSpacing/>
        <w:rPr>
          <w:lang w:val="ru-RU"/>
        </w:rPr>
      </w:pPr>
      <w:r w:rsidRPr="00DD3294">
        <w:rPr>
          <w:rFonts w:ascii="Times New Roman" w:eastAsia="Times New Roman" w:hAnsi="Times New Roman"/>
          <w:b/>
          <w:color w:val="000000"/>
          <w:sz w:val="24"/>
          <w:lang w:val="ru-RU"/>
        </w:rPr>
        <w:t>Решение текстовых задач</w:t>
      </w:r>
    </w:p>
    <w:p w:rsidR="00DD3294" w:rsidRPr="00DD3294" w:rsidRDefault="00DD3294" w:rsidP="00DD3294">
      <w:pPr>
        <w:autoSpaceDE w:val="0"/>
        <w:autoSpaceDN w:val="0"/>
        <w:spacing w:before="168" w:after="0" w:line="240" w:lineRule="auto"/>
        <w:ind w:right="432" w:firstLine="180"/>
        <w:contextualSpacing/>
        <w:rPr>
          <w:lang w:val="ru-RU"/>
        </w:rPr>
      </w:pP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 xml:space="preserve">Решение текстовых задач арифметическим способом. Решение логических задач. Решение задач перебором всех возможных вариантов. Использование при решении задач таблиц и схем. </w:t>
      </w:r>
      <w:proofErr w:type="gramStart"/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>Решение задач, содержащих зависимости, связывающие величины: скорость, время, расстояние; цена, количество, стоимость.</w:t>
      </w:r>
      <w:proofErr w:type="gramEnd"/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 xml:space="preserve"> Единицы измерения: массы, объёма, цены; расстояния, времени, скорости.</w:t>
      </w:r>
    </w:p>
    <w:p w:rsidR="00DD3294" w:rsidRPr="00DD3294" w:rsidRDefault="00DD3294" w:rsidP="00DD3294">
      <w:pPr>
        <w:autoSpaceDE w:val="0"/>
        <w:autoSpaceDN w:val="0"/>
        <w:spacing w:before="70" w:after="0" w:line="240" w:lineRule="auto"/>
        <w:ind w:right="1296"/>
        <w:contextualSpacing/>
        <w:rPr>
          <w:lang w:val="ru-RU"/>
        </w:rPr>
      </w:pP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>Связь между единицами измерения каждой величины. Решение основных задач на дроби. Представление данных в виде таблиц, столбчатых диаграмм.</w:t>
      </w:r>
    </w:p>
    <w:p w:rsidR="00DD3294" w:rsidRPr="00DD3294" w:rsidRDefault="00DD3294" w:rsidP="00DD3294">
      <w:pPr>
        <w:autoSpaceDE w:val="0"/>
        <w:autoSpaceDN w:val="0"/>
        <w:spacing w:before="262" w:after="0" w:line="240" w:lineRule="auto"/>
        <w:contextualSpacing/>
        <w:rPr>
          <w:lang w:val="ru-RU"/>
        </w:rPr>
      </w:pPr>
      <w:r w:rsidRPr="00DD3294">
        <w:rPr>
          <w:rFonts w:ascii="Times New Roman" w:eastAsia="Times New Roman" w:hAnsi="Times New Roman"/>
          <w:b/>
          <w:color w:val="000000"/>
          <w:sz w:val="24"/>
          <w:lang w:val="ru-RU"/>
        </w:rPr>
        <w:t>Наглядная геометрия</w:t>
      </w:r>
    </w:p>
    <w:p w:rsidR="00DD3294" w:rsidRPr="00DD3294" w:rsidRDefault="00DD3294" w:rsidP="00DD3294">
      <w:pPr>
        <w:autoSpaceDE w:val="0"/>
        <w:autoSpaceDN w:val="0"/>
        <w:spacing w:before="166" w:after="0" w:line="240" w:lineRule="auto"/>
        <w:ind w:right="144" w:firstLine="180"/>
        <w:contextualSpacing/>
        <w:rPr>
          <w:lang w:val="ru-RU"/>
        </w:rPr>
      </w:pPr>
      <w:proofErr w:type="gramStart"/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>Наглядные представления о фигурах на плоскости: точка, прямая, отрезок, луч, угол, ломаная, многоугольник, окружность, круг.</w:t>
      </w:r>
      <w:proofErr w:type="gramEnd"/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 xml:space="preserve"> Угол. Прямой, острый, тупой и развёрнутый углы. Длина отрезка, метрические единицы длины. Длина </w:t>
      </w:r>
      <w:proofErr w:type="gramStart"/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>ломаной</w:t>
      </w:r>
      <w:proofErr w:type="gramEnd"/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>, периметр многоугольника. Измерение и построение углов с помощью транспортира. Наглядные представления о фигурах на плоскости: многоугольник; прямоугольник, квадрат; треугольник, о равенстве фигур. Изображение фигур, в том числе на клетчатой бумаге. Построение конфигураций из частей прямой, окружности на нелинованной и клетчатой бумаге. Использование свой</w:t>
      </w:r>
      <w:proofErr w:type="gramStart"/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>ств ст</w:t>
      </w:r>
      <w:proofErr w:type="gramEnd"/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>орон и углов прямоугольника, квадрата. Площадь</w:t>
      </w:r>
    </w:p>
    <w:p w:rsidR="00DD3294" w:rsidRPr="00DD3294" w:rsidRDefault="00DD3294" w:rsidP="00DD3294">
      <w:pPr>
        <w:autoSpaceDE w:val="0"/>
        <w:autoSpaceDN w:val="0"/>
        <w:spacing w:after="0" w:line="240" w:lineRule="auto"/>
        <w:contextualSpacing/>
        <w:rPr>
          <w:lang w:val="ru-RU"/>
        </w:rPr>
      </w:pP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>прямоугольника и многоугольников, составленных из прямоугольников, в том числе фигур, изображённых на клетчатой бумаге. Единицы измерения площади. Наглядные представления о пространственных фигурах: прямоугольный параллелепипед, куб, многогранники. Изображение простейших многогранников. Развёртки куба и параллелепипеда. Создание моделей многогранников (из бумаги, проволоки, пластилина и др.). Объём прямоугольного параллелепипеда, куба. Единицы измерения объёма.</w:t>
      </w:r>
    </w:p>
    <w:p w:rsidR="00DD3294" w:rsidRPr="00DD3294" w:rsidRDefault="00DD3294" w:rsidP="00DD3294">
      <w:pPr>
        <w:autoSpaceDE w:val="0"/>
        <w:autoSpaceDN w:val="0"/>
        <w:spacing w:after="0" w:line="240" w:lineRule="auto"/>
        <w:contextualSpacing/>
        <w:rPr>
          <w:lang w:val="ru-RU"/>
        </w:rPr>
      </w:pPr>
      <w:r w:rsidRPr="00DD329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ПЛАНИРУЕМЫЕ ОБРАЗОВАТЕЛЬНЫЕ РЕЗУЛЬТАТЫ </w:t>
      </w:r>
    </w:p>
    <w:p w:rsidR="00DD3294" w:rsidRPr="00DD3294" w:rsidRDefault="00DD3294" w:rsidP="00DD3294">
      <w:pPr>
        <w:autoSpaceDE w:val="0"/>
        <w:autoSpaceDN w:val="0"/>
        <w:spacing w:before="346" w:after="0" w:line="240" w:lineRule="auto"/>
        <w:contextualSpacing/>
        <w:rPr>
          <w:lang w:val="ru-RU"/>
        </w:rPr>
      </w:pPr>
      <w:r w:rsidRPr="00DD3294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ЛИЧНОСТНЫЕ РЕЗУЛЬТАТЫ</w:t>
      </w:r>
    </w:p>
    <w:p w:rsidR="00DD3294" w:rsidRPr="00DD3294" w:rsidRDefault="00DD3294" w:rsidP="00DD3294">
      <w:pPr>
        <w:tabs>
          <w:tab w:val="left" w:pos="180"/>
        </w:tabs>
        <w:autoSpaceDE w:val="0"/>
        <w:autoSpaceDN w:val="0"/>
        <w:spacing w:before="166" w:after="0" w:line="240" w:lineRule="auto"/>
        <w:contextualSpacing/>
        <w:rPr>
          <w:lang w:val="ru-RU"/>
        </w:rPr>
      </w:pPr>
      <w:r w:rsidRPr="00DD3294">
        <w:rPr>
          <w:lang w:val="ru-RU"/>
        </w:rPr>
        <w:tab/>
      </w: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 xml:space="preserve">Личностные результаты освоения программы учебного предмета «Математика» характеризуются: </w:t>
      </w:r>
      <w:r w:rsidRPr="00DD3294">
        <w:rPr>
          <w:lang w:val="ru-RU"/>
        </w:rPr>
        <w:tab/>
      </w:r>
      <w:r w:rsidRPr="00DD329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Патриотическое воспитание: </w:t>
      </w:r>
      <w:r w:rsidRPr="00DD3294">
        <w:rPr>
          <w:lang w:val="ru-RU"/>
        </w:rPr>
        <w:br/>
      </w:r>
      <w:r w:rsidRPr="00DD3294">
        <w:rPr>
          <w:lang w:val="ru-RU"/>
        </w:rPr>
        <w:tab/>
      </w: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сферах.</w:t>
      </w:r>
    </w:p>
    <w:p w:rsidR="00DD3294" w:rsidRPr="00DD3294" w:rsidRDefault="00DD3294" w:rsidP="00DD3294">
      <w:pPr>
        <w:tabs>
          <w:tab w:val="left" w:pos="180"/>
        </w:tabs>
        <w:autoSpaceDE w:val="0"/>
        <w:autoSpaceDN w:val="0"/>
        <w:spacing w:before="70" w:after="0" w:line="240" w:lineRule="auto"/>
        <w:ind w:right="288"/>
        <w:contextualSpacing/>
        <w:rPr>
          <w:lang w:val="ru-RU"/>
        </w:rPr>
      </w:pPr>
      <w:r w:rsidRPr="00DD3294">
        <w:rPr>
          <w:lang w:val="ru-RU"/>
        </w:rPr>
        <w:tab/>
      </w:r>
      <w:r w:rsidRPr="00DD329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Гражданское и духовно-нравственное воспитание: </w:t>
      </w:r>
      <w:r w:rsidRPr="00DD3294">
        <w:rPr>
          <w:lang w:val="ru-RU"/>
        </w:rPr>
        <w:br/>
      </w:r>
      <w:r w:rsidRPr="00DD3294">
        <w:rPr>
          <w:lang w:val="ru-RU"/>
        </w:rPr>
        <w:tab/>
      </w: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 xml:space="preserve"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(выборы, опросы и пр.); </w:t>
      </w:r>
      <w:r w:rsidRPr="00DD3294">
        <w:rPr>
          <w:lang w:val="ru-RU"/>
        </w:rPr>
        <w:br/>
      </w:r>
      <w:r w:rsidRPr="00DD3294">
        <w:rPr>
          <w:lang w:val="ru-RU"/>
        </w:rPr>
        <w:tab/>
      </w: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>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учёного.</w:t>
      </w:r>
    </w:p>
    <w:p w:rsidR="00DD3294" w:rsidRPr="00DD3294" w:rsidRDefault="00DD3294" w:rsidP="00DD3294">
      <w:pPr>
        <w:tabs>
          <w:tab w:val="left" w:pos="180"/>
        </w:tabs>
        <w:autoSpaceDE w:val="0"/>
        <w:autoSpaceDN w:val="0"/>
        <w:spacing w:before="70" w:after="0" w:line="240" w:lineRule="auto"/>
        <w:ind w:right="288"/>
        <w:contextualSpacing/>
        <w:rPr>
          <w:lang w:val="ru-RU"/>
        </w:rPr>
      </w:pPr>
      <w:r w:rsidRPr="00DD3294">
        <w:rPr>
          <w:lang w:val="ru-RU"/>
        </w:rPr>
        <w:lastRenderedPageBreak/>
        <w:tab/>
      </w:r>
      <w:r w:rsidRPr="00DD329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Трудовое воспитание: </w:t>
      </w:r>
      <w:r w:rsidRPr="00DD3294">
        <w:rPr>
          <w:lang w:val="ru-RU"/>
        </w:rPr>
        <w:br/>
      </w:r>
      <w:r w:rsidRPr="00DD3294">
        <w:rPr>
          <w:lang w:val="ru-RU"/>
        </w:rPr>
        <w:tab/>
      </w: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умений; осознанным выбором и построением индивидуальной траектории образования и жизненных планов с учётом личных интересов и общественных потребностей.</w:t>
      </w:r>
    </w:p>
    <w:p w:rsidR="00DD3294" w:rsidRPr="00DD3294" w:rsidRDefault="00DD3294" w:rsidP="00DD3294">
      <w:pPr>
        <w:tabs>
          <w:tab w:val="left" w:pos="180"/>
        </w:tabs>
        <w:autoSpaceDE w:val="0"/>
        <w:autoSpaceDN w:val="0"/>
        <w:spacing w:before="70" w:after="0" w:line="240" w:lineRule="auto"/>
        <w:ind w:right="432"/>
        <w:contextualSpacing/>
        <w:rPr>
          <w:lang w:val="ru-RU"/>
        </w:rPr>
      </w:pPr>
      <w:r w:rsidRPr="00DD3294">
        <w:rPr>
          <w:lang w:val="ru-RU"/>
        </w:rPr>
        <w:tab/>
      </w:r>
      <w:r w:rsidRPr="00DD3294">
        <w:rPr>
          <w:rFonts w:ascii="Times New Roman" w:eastAsia="Times New Roman" w:hAnsi="Times New Roman"/>
          <w:b/>
          <w:color w:val="000000"/>
          <w:sz w:val="24"/>
          <w:lang w:val="ru-RU"/>
        </w:rPr>
        <w:t>Эстетическое воспитание</w:t>
      </w: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 xml:space="preserve">: </w:t>
      </w:r>
      <w:r w:rsidRPr="00DD3294">
        <w:rPr>
          <w:lang w:val="ru-RU"/>
        </w:rPr>
        <w:br/>
      </w:r>
      <w:r w:rsidRPr="00DD3294">
        <w:rPr>
          <w:lang w:val="ru-RU"/>
        </w:rPr>
        <w:tab/>
      </w: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>способностью к эмоциональному и эстетическому восприятию математических объектов, задач, решений, рассуждений; умению видеть математические закономерности в искусстве.</w:t>
      </w:r>
    </w:p>
    <w:p w:rsidR="00DD3294" w:rsidRPr="00DD3294" w:rsidRDefault="00DD3294" w:rsidP="00DD3294">
      <w:pPr>
        <w:tabs>
          <w:tab w:val="left" w:pos="180"/>
        </w:tabs>
        <w:autoSpaceDE w:val="0"/>
        <w:autoSpaceDN w:val="0"/>
        <w:spacing w:before="70" w:after="0" w:line="240" w:lineRule="auto"/>
        <w:ind w:right="432"/>
        <w:contextualSpacing/>
        <w:rPr>
          <w:lang w:val="ru-RU"/>
        </w:rPr>
      </w:pPr>
      <w:r w:rsidRPr="00DD3294">
        <w:rPr>
          <w:lang w:val="ru-RU"/>
        </w:rPr>
        <w:tab/>
      </w:r>
      <w:r w:rsidRPr="00DD329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Ценности научного познания: </w:t>
      </w:r>
      <w:r w:rsidRPr="00DD3294">
        <w:rPr>
          <w:lang w:val="ru-RU"/>
        </w:rPr>
        <w:br/>
      </w:r>
      <w:r w:rsidRPr="00DD3294">
        <w:rPr>
          <w:lang w:val="ru-RU"/>
        </w:rPr>
        <w:tab/>
      </w: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цивилизации; овладением языком математики и математической культурой как средством познания мира; овладением простейшими навыками исследовательской деятельности.</w:t>
      </w:r>
    </w:p>
    <w:p w:rsidR="00DD3294" w:rsidRPr="00DD3294" w:rsidRDefault="00DD3294" w:rsidP="00DD3294">
      <w:pPr>
        <w:tabs>
          <w:tab w:val="left" w:pos="180"/>
        </w:tabs>
        <w:autoSpaceDE w:val="0"/>
        <w:autoSpaceDN w:val="0"/>
        <w:spacing w:before="70" w:after="0" w:line="240" w:lineRule="auto"/>
        <w:contextualSpacing/>
        <w:rPr>
          <w:lang w:val="ru-RU"/>
        </w:rPr>
      </w:pPr>
      <w:r w:rsidRPr="00DD3294">
        <w:rPr>
          <w:lang w:val="ru-RU"/>
        </w:rPr>
        <w:tab/>
      </w:r>
      <w:r w:rsidRPr="00DD329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Физическое воспитание, формирование культуры здоровья и эмоционального благополучия: </w:t>
      </w:r>
      <w:r w:rsidRPr="00DD3294">
        <w:rPr>
          <w:lang w:val="ru-RU"/>
        </w:rPr>
        <w:tab/>
      </w: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 xml:space="preserve"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активность); </w:t>
      </w:r>
      <w:proofErr w:type="spellStart"/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>сформированностью</w:t>
      </w:r>
      <w:proofErr w:type="spellEnd"/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 xml:space="preserve"> навыка рефлексии, признанием своего права на ошибку и такого же права другого человека.</w:t>
      </w:r>
    </w:p>
    <w:p w:rsidR="00DD3294" w:rsidRPr="00DD3294" w:rsidRDefault="00DD3294" w:rsidP="00DD3294">
      <w:pPr>
        <w:tabs>
          <w:tab w:val="left" w:pos="180"/>
        </w:tabs>
        <w:autoSpaceDE w:val="0"/>
        <w:autoSpaceDN w:val="0"/>
        <w:spacing w:before="70" w:after="0" w:line="240" w:lineRule="auto"/>
        <w:ind w:right="144"/>
        <w:contextualSpacing/>
        <w:rPr>
          <w:lang w:val="ru-RU"/>
        </w:rPr>
      </w:pPr>
      <w:r w:rsidRPr="00DD3294">
        <w:rPr>
          <w:lang w:val="ru-RU"/>
        </w:rPr>
        <w:tab/>
      </w:r>
      <w:r w:rsidRPr="00DD329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Экологическое воспитание: </w:t>
      </w:r>
      <w:r w:rsidRPr="00DD3294">
        <w:rPr>
          <w:lang w:val="ru-RU"/>
        </w:rPr>
        <w:br/>
      </w:r>
      <w:r w:rsidRPr="00DD3294">
        <w:rPr>
          <w:lang w:val="ru-RU"/>
        </w:rPr>
        <w:tab/>
      </w: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среды; осознанием глобального характера экологических проблем и путей их решения.</w:t>
      </w:r>
    </w:p>
    <w:p w:rsidR="00DD3294" w:rsidRPr="00DD3294" w:rsidRDefault="00DD3294" w:rsidP="00DD3294">
      <w:pPr>
        <w:tabs>
          <w:tab w:val="left" w:pos="180"/>
        </w:tabs>
        <w:autoSpaceDE w:val="0"/>
        <w:autoSpaceDN w:val="0"/>
        <w:spacing w:before="70" w:after="0" w:line="240" w:lineRule="auto"/>
        <w:ind w:right="144"/>
        <w:contextualSpacing/>
        <w:rPr>
          <w:lang w:val="ru-RU"/>
        </w:rPr>
      </w:pPr>
      <w:r w:rsidRPr="00DD3294">
        <w:rPr>
          <w:lang w:val="ru-RU"/>
        </w:rPr>
        <w:tab/>
      </w:r>
      <w:proofErr w:type="gramStart"/>
      <w:r w:rsidRPr="00DD329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Личностные результаты, обеспечивающие адаптацию обучающегося к изменяющимся условиям социальной и природной среды: </w:t>
      </w:r>
      <w:r w:rsidRPr="00DD3294">
        <w:rPr>
          <w:lang w:val="ru-RU"/>
        </w:rPr>
        <w:br/>
      </w:r>
      <w:r w:rsidRPr="00DD3294">
        <w:rPr>
          <w:lang w:val="ru-RU"/>
        </w:rPr>
        <w:tab/>
      </w: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  <w:proofErr w:type="gramEnd"/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DD3294">
        <w:rPr>
          <w:lang w:val="ru-RU"/>
        </w:rPr>
        <w:br/>
      </w:r>
      <w:r w:rsidRPr="00DD3294">
        <w:rPr>
          <w:lang w:val="ru-RU"/>
        </w:rPr>
        <w:tab/>
      </w: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DD3294" w:rsidRPr="00DD3294" w:rsidRDefault="00DD3294" w:rsidP="00DD3294">
      <w:pPr>
        <w:autoSpaceDE w:val="0"/>
        <w:autoSpaceDN w:val="0"/>
        <w:spacing w:after="0" w:line="240" w:lineRule="auto"/>
        <w:ind w:firstLine="180"/>
        <w:contextualSpacing/>
        <w:rPr>
          <w:lang w:val="ru-RU"/>
        </w:rPr>
      </w:pP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DD3294" w:rsidRPr="00DD3294" w:rsidRDefault="00DD3294" w:rsidP="00DD3294">
      <w:pPr>
        <w:autoSpaceDE w:val="0"/>
        <w:autoSpaceDN w:val="0"/>
        <w:spacing w:before="262" w:after="0" w:line="240" w:lineRule="auto"/>
        <w:contextualSpacing/>
        <w:rPr>
          <w:lang w:val="ru-RU"/>
        </w:rPr>
      </w:pPr>
      <w:r w:rsidRPr="00DD3294">
        <w:rPr>
          <w:rFonts w:ascii="Times New Roman" w:eastAsia="Times New Roman" w:hAnsi="Times New Roman"/>
          <w:b/>
          <w:color w:val="000000"/>
          <w:sz w:val="24"/>
          <w:lang w:val="ru-RU"/>
        </w:rPr>
        <w:t>МЕТАПРЕДМЕТНЫЕ РЕЗУЛЬТАТЫ</w:t>
      </w:r>
    </w:p>
    <w:p w:rsidR="00DD3294" w:rsidRPr="00DD3294" w:rsidRDefault="00DD3294" w:rsidP="00DD3294">
      <w:pPr>
        <w:autoSpaceDE w:val="0"/>
        <w:autoSpaceDN w:val="0"/>
        <w:spacing w:before="166" w:after="0" w:line="240" w:lineRule="auto"/>
        <w:ind w:right="720" w:firstLine="180"/>
        <w:contextualSpacing/>
        <w:rPr>
          <w:lang w:val="ru-RU"/>
        </w:rPr>
      </w:pPr>
      <w:proofErr w:type="spellStart"/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>Метапредметные</w:t>
      </w:r>
      <w:proofErr w:type="spellEnd"/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 xml:space="preserve"> результаты освоения программы учебного предмета «</w:t>
      </w:r>
      <w:proofErr w:type="spellStart"/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>Математика</w:t>
      </w:r>
      <w:proofErr w:type="gramStart"/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>»х</w:t>
      </w:r>
      <w:proofErr w:type="gramEnd"/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>арактеризуются</w:t>
      </w:r>
      <w:proofErr w:type="spellEnd"/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 xml:space="preserve"> овладением </w:t>
      </w:r>
      <w:r w:rsidRPr="00DD3294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универсальными </w:t>
      </w:r>
      <w:r w:rsidRPr="00DD329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познавательными </w:t>
      </w:r>
      <w:r w:rsidRPr="00DD3294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действиями, универсальными </w:t>
      </w:r>
      <w:r w:rsidRPr="00DD329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коммуникативными </w:t>
      </w:r>
      <w:r w:rsidRPr="00DD3294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действиями и универсальными </w:t>
      </w:r>
      <w:r w:rsidRPr="00DD329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регулятивными </w:t>
      </w:r>
      <w:r w:rsidRPr="00DD3294">
        <w:rPr>
          <w:rFonts w:ascii="Times New Roman" w:eastAsia="Times New Roman" w:hAnsi="Times New Roman"/>
          <w:i/>
          <w:color w:val="000000"/>
          <w:sz w:val="24"/>
          <w:lang w:val="ru-RU"/>
        </w:rPr>
        <w:t>действиями.</w:t>
      </w:r>
    </w:p>
    <w:p w:rsidR="00DD3294" w:rsidRPr="00DD3294" w:rsidRDefault="00DD3294" w:rsidP="00DD3294">
      <w:pPr>
        <w:autoSpaceDE w:val="0"/>
        <w:autoSpaceDN w:val="0"/>
        <w:spacing w:before="190" w:after="0" w:line="240" w:lineRule="auto"/>
        <w:ind w:right="288" w:firstLine="180"/>
        <w:contextualSpacing/>
        <w:rPr>
          <w:lang w:val="ru-RU"/>
        </w:rPr>
      </w:pPr>
      <w:r w:rsidRPr="00DD3294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1) Универсальные </w:t>
      </w:r>
      <w:r w:rsidRPr="00DD329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познавательные </w:t>
      </w:r>
      <w:r w:rsidRPr="00DD3294">
        <w:rPr>
          <w:rFonts w:ascii="Times New Roman" w:eastAsia="Times New Roman" w:hAnsi="Times New Roman"/>
          <w:i/>
          <w:color w:val="000000"/>
          <w:sz w:val="24"/>
          <w:lang w:val="ru-RU"/>
        </w:rPr>
        <w:t>действия обеспечивают формирование базовых когнитивных процессов обучающихся (освоение методов познания окружающего мира; применение логических, исследовательских операций, умений работать с информацией).</w:t>
      </w:r>
    </w:p>
    <w:p w:rsidR="00DD3294" w:rsidRPr="00DD3294" w:rsidRDefault="00DD3294" w:rsidP="00DD3294">
      <w:pPr>
        <w:autoSpaceDE w:val="0"/>
        <w:autoSpaceDN w:val="0"/>
        <w:spacing w:before="192" w:after="0" w:line="240" w:lineRule="auto"/>
        <w:ind w:left="180"/>
        <w:contextualSpacing/>
        <w:rPr>
          <w:lang w:val="ru-RU"/>
        </w:rPr>
      </w:pPr>
      <w:r w:rsidRPr="00DD3294">
        <w:rPr>
          <w:rFonts w:ascii="Times New Roman" w:eastAsia="Times New Roman" w:hAnsi="Times New Roman"/>
          <w:b/>
          <w:color w:val="000000"/>
          <w:sz w:val="24"/>
          <w:lang w:val="ru-RU"/>
        </w:rPr>
        <w:t>Базовые логические действия:</w:t>
      </w:r>
    </w:p>
    <w:p w:rsidR="00DD3294" w:rsidRPr="00DD3294" w:rsidRDefault="00DD3294" w:rsidP="00DD3294">
      <w:pPr>
        <w:autoSpaceDE w:val="0"/>
        <w:autoSpaceDN w:val="0"/>
        <w:spacing w:before="178" w:after="0" w:line="240" w:lineRule="auto"/>
        <w:ind w:left="420" w:right="576"/>
        <w:contextualSpacing/>
        <w:rPr>
          <w:lang w:val="ru-RU"/>
        </w:rPr>
      </w:pP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 xml:space="preserve">—  выявлять и характеризовать существенные признаки математических объектов, понятий, отношений между понятиями; </w:t>
      </w:r>
    </w:p>
    <w:p w:rsidR="00DD3294" w:rsidRPr="00DD3294" w:rsidRDefault="00DD3294" w:rsidP="00DD3294">
      <w:pPr>
        <w:autoSpaceDE w:val="0"/>
        <w:autoSpaceDN w:val="0"/>
        <w:spacing w:before="190" w:after="0" w:line="240" w:lineRule="auto"/>
        <w:ind w:left="420" w:right="144"/>
        <w:contextualSpacing/>
        <w:rPr>
          <w:lang w:val="ru-RU"/>
        </w:rPr>
      </w:pP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 xml:space="preserve">—  формулировать определения понятий; устанавливать существенный признак классификации, основания для обобщения и сравнения, критерии проводимого анализа; </w:t>
      </w:r>
    </w:p>
    <w:p w:rsidR="00DD3294" w:rsidRPr="00DD3294" w:rsidRDefault="00DD3294" w:rsidP="00DD3294">
      <w:pPr>
        <w:autoSpaceDE w:val="0"/>
        <w:autoSpaceDN w:val="0"/>
        <w:spacing w:before="190" w:after="0" w:line="240" w:lineRule="auto"/>
        <w:ind w:left="420" w:right="1584"/>
        <w:contextualSpacing/>
        <w:rPr>
          <w:lang w:val="ru-RU"/>
        </w:rPr>
      </w:pP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 xml:space="preserve">—  воспринимать, формулировать и преобразовывать суждения: утвердительные и отрицательные, единичные, частные и общие; </w:t>
      </w:r>
    </w:p>
    <w:p w:rsidR="00DD3294" w:rsidRPr="00DD3294" w:rsidRDefault="00DD3294" w:rsidP="00DD3294">
      <w:pPr>
        <w:autoSpaceDE w:val="0"/>
        <w:autoSpaceDN w:val="0"/>
        <w:spacing w:before="190" w:after="0" w:line="240" w:lineRule="auto"/>
        <w:ind w:left="420" w:right="144"/>
        <w:contextualSpacing/>
        <w:rPr>
          <w:lang w:val="ru-RU"/>
        </w:rPr>
      </w:pP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 xml:space="preserve">—  условные; выявлять математические закономерности, взаимосвязи и противоречия в фактах, данных, наблюдениях и утверждениях; </w:t>
      </w:r>
    </w:p>
    <w:p w:rsidR="00DD3294" w:rsidRPr="00DD3294" w:rsidRDefault="00DD3294" w:rsidP="00DD3294">
      <w:pPr>
        <w:autoSpaceDE w:val="0"/>
        <w:autoSpaceDN w:val="0"/>
        <w:spacing w:before="190" w:after="0" w:line="240" w:lineRule="auto"/>
        <w:ind w:left="420"/>
        <w:contextualSpacing/>
        <w:rPr>
          <w:lang w:val="ru-RU"/>
        </w:rPr>
      </w:pP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предлагать критерии для выявления закономерностей и противоречий; </w:t>
      </w:r>
    </w:p>
    <w:p w:rsidR="00DD3294" w:rsidRPr="00DD3294" w:rsidRDefault="00DD3294" w:rsidP="00DD3294">
      <w:pPr>
        <w:autoSpaceDE w:val="0"/>
        <w:autoSpaceDN w:val="0"/>
        <w:spacing w:before="190" w:after="0" w:line="240" w:lineRule="auto"/>
        <w:ind w:left="420" w:right="1584"/>
        <w:contextualSpacing/>
        <w:rPr>
          <w:lang w:val="ru-RU"/>
        </w:rPr>
      </w:pP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 xml:space="preserve">—  делать выводы с использованием законов логики, дедуктивных и индуктивных умозаключений, умозаключений по аналогии; </w:t>
      </w:r>
    </w:p>
    <w:p w:rsidR="00DD3294" w:rsidRPr="00DD3294" w:rsidRDefault="00DD3294" w:rsidP="00DD3294">
      <w:pPr>
        <w:autoSpaceDE w:val="0"/>
        <w:autoSpaceDN w:val="0"/>
        <w:spacing w:before="190" w:after="0" w:line="240" w:lineRule="auto"/>
        <w:ind w:left="420" w:right="144"/>
        <w:contextualSpacing/>
        <w:rPr>
          <w:lang w:val="ru-RU"/>
        </w:rPr>
      </w:pP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</w:t>
      </w:r>
      <w:proofErr w:type="spellStart"/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>контрпримеры</w:t>
      </w:r>
      <w:proofErr w:type="spellEnd"/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 xml:space="preserve">; </w:t>
      </w:r>
    </w:p>
    <w:p w:rsidR="00DD3294" w:rsidRPr="00DD3294" w:rsidRDefault="00DD3294" w:rsidP="00DD3294">
      <w:pPr>
        <w:autoSpaceDE w:val="0"/>
        <w:autoSpaceDN w:val="0"/>
        <w:spacing w:before="190" w:after="0" w:line="240" w:lineRule="auto"/>
        <w:ind w:left="420" w:right="1152"/>
        <w:contextualSpacing/>
        <w:rPr>
          <w:lang w:val="ru-RU"/>
        </w:rPr>
      </w:pP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lastRenderedPageBreak/>
        <w:t>—  обосновывать собственные рассуждения;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DD3294" w:rsidRPr="00DD3294" w:rsidRDefault="00DD3294" w:rsidP="00DD3294">
      <w:pPr>
        <w:autoSpaceDE w:val="0"/>
        <w:autoSpaceDN w:val="0"/>
        <w:spacing w:before="180" w:after="0" w:line="240" w:lineRule="auto"/>
        <w:ind w:left="180"/>
        <w:contextualSpacing/>
        <w:rPr>
          <w:lang w:val="ru-RU"/>
        </w:rPr>
      </w:pPr>
      <w:r w:rsidRPr="00DD3294">
        <w:rPr>
          <w:rFonts w:ascii="Times New Roman" w:eastAsia="Times New Roman" w:hAnsi="Times New Roman"/>
          <w:b/>
          <w:color w:val="000000"/>
          <w:sz w:val="24"/>
          <w:lang w:val="ru-RU"/>
        </w:rPr>
        <w:t>Базовые исследовательские действия:</w:t>
      </w:r>
    </w:p>
    <w:p w:rsidR="00DD3294" w:rsidRPr="00DD3294" w:rsidRDefault="00DD3294" w:rsidP="00DD3294">
      <w:pPr>
        <w:autoSpaceDE w:val="0"/>
        <w:autoSpaceDN w:val="0"/>
        <w:spacing w:before="178" w:after="0" w:line="240" w:lineRule="auto"/>
        <w:ind w:left="420"/>
        <w:contextualSpacing/>
        <w:rPr>
          <w:lang w:val="ru-RU"/>
        </w:rPr>
      </w:pP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 xml:space="preserve">—  использовать вопросы как исследовательский инструмент познания; </w:t>
      </w:r>
    </w:p>
    <w:p w:rsidR="00DD3294" w:rsidRPr="00DD3294" w:rsidRDefault="00DD3294" w:rsidP="00DD3294">
      <w:pPr>
        <w:autoSpaceDE w:val="0"/>
        <w:autoSpaceDN w:val="0"/>
        <w:spacing w:before="190" w:after="0" w:line="240" w:lineRule="auto"/>
        <w:ind w:left="420" w:right="1296"/>
        <w:contextualSpacing/>
        <w:rPr>
          <w:lang w:val="ru-RU"/>
        </w:rPr>
      </w:pP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 xml:space="preserve">—  формулировать вопросы, фиксирующие противоречие, проблему, самостоятельно устанавливать искомое и данное, формировать гипотезу, </w:t>
      </w:r>
    </w:p>
    <w:p w:rsidR="00DD3294" w:rsidRPr="00DD3294" w:rsidRDefault="00DD3294" w:rsidP="00DD3294">
      <w:pPr>
        <w:autoSpaceDE w:val="0"/>
        <w:autoSpaceDN w:val="0"/>
        <w:spacing w:before="190" w:after="0" w:line="240" w:lineRule="auto"/>
        <w:ind w:left="420"/>
        <w:contextualSpacing/>
        <w:rPr>
          <w:lang w:val="ru-RU"/>
        </w:rPr>
      </w:pP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>—  аргументировать свою позицию, мнение;</w:t>
      </w:r>
    </w:p>
    <w:p w:rsidR="00DD3294" w:rsidRPr="00DD3294" w:rsidRDefault="00DD3294" w:rsidP="00DD3294">
      <w:pPr>
        <w:autoSpaceDE w:val="0"/>
        <w:autoSpaceDN w:val="0"/>
        <w:spacing w:before="190" w:after="0" w:line="240" w:lineRule="auto"/>
        <w:ind w:left="420" w:right="288"/>
        <w:contextualSpacing/>
        <w:rPr>
          <w:lang w:val="ru-RU"/>
        </w:rPr>
      </w:pP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 </w:t>
      </w:r>
    </w:p>
    <w:p w:rsidR="00DD3294" w:rsidRPr="00DD3294" w:rsidRDefault="00DD3294" w:rsidP="00DD3294">
      <w:pPr>
        <w:autoSpaceDE w:val="0"/>
        <w:autoSpaceDN w:val="0"/>
        <w:spacing w:after="78" w:line="240" w:lineRule="auto"/>
        <w:contextualSpacing/>
        <w:rPr>
          <w:lang w:val="ru-RU"/>
        </w:rPr>
      </w:pP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>—  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 прогнозировать возможное развитие процесса, а также выдвигать предположения о его развитии в новых условиях</w:t>
      </w:r>
      <w:r w:rsidRPr="00DD3294">
        <w:rPr>
          <w:lang w:val="ru-RU"/>
        </w:rPr>
        <w:t xml:space="preserve"> </w:t>
      </w:r>
    </w:p>
    <w:p w:rsidR="00DD3294" w:rsidRPr="00DD3294" w:rsidRDefault="00DD3294" w:rsidP="00DD3294">
      <w:pPr>
        <w:autoSpaceDE w:val="0"/>
        <w:autoSpaceDN w:val="0"/>
        <w:spacing w:after="0" w:line="240" w:lineRule="auto"/>
        <w:ind w:left="180"/>
        <w:contextualSpacing/>
        <w:rPr>
          <w:lang w:val="ru-RU"/>
        </w:rPr>
      </w:pPr>
      <w:r w:rsidRPr="00DD3294">
        <w:rPr>
          <w:rFonts w:ascii="Times New Roman" w:eastAsia="Times New Roman" w:hAnsi="Times New Roman"/>
          <w:b/>
          <w:color w:val="000000"/>
          <w:sz w:val="24"/>
          <w:lang w:val="ru-RU"/>
        </w:rPr>
        <w:t>Работа с информацией:</w:t>
      </w:r>
    </w:p>
    <w:p w:rsidR="00DD3294" w:rsidRPr="00DD3294" w:rsidRDefault="00DD3294" w:rsidP="00DD3294">
      <w:pPr>
        <w:autoSpaceDE w:val="0"/>
        <w:autoSpaceDN w:val="0"/>
        <w:spacing w:before="178" w:after="0" w:line="240" w:lineRule="auto"/>
        <w:ind w:left="420"/>
        <w:contextualSpacing/>
        <w:rPr>
          <w:lang w:val="ru-RU"/>
        </w:rPr>
      </w:pP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 xml:space="preserve">—  выявлять недостаточность и избыточность информации, данных, необходимых для решения задачи; </w:t>
      </w:r>
    </w:p>
    <w:p w:rsidR="00DD3294" w:rsidRPr="00DD3294" w:rsidRDefault="00DD3294" w:rsidP="00DD3294">
      <w:pPr>
        <w:autoSpaceDE w:val="0"/>
        <w:autoSpaceDN w:val="0"/>
        <w:spacing w:before="190" w:after="0" w:line="240" w:lineRule="auto"/>
        <w:ind w:left="420" w:right="288"/>
        <w:contextualSpacing/>
        <w:rPr>
          <w:lang w:val="ru-RU"/>
        </w:rPr>
      </w:pP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 xml:space="preserve">—  выбирать, анализировать, систематизировать и интерпретировать информацию различных видов и форм представления; </w:t>
      </w:r>
    </w:p>
    <w:p w:rsidR="00DD3294" w:rsidRPr="00DD3294" w:rsidRDefault="00DD3294" w:rsidP="00DD3294">
      <w:pPr>
        <w:autoSpaceDE w:val="0"/>
        <w:autoSpaceDN w:val="0"/>
        <w:spacing w:before="190" w:after="0" w:line="240" w:lineRule="auto"/>
        <w:ind w:left="420" w:right="144"/>
        <w:contextualSpacing/>
        <w:rPr>
          <w:lang w:val="ru-RU"/>
        </w:rPr>
      </w:pP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 xml:space="preserve">—  выбирать форму представления информации и иллюстрировать решаемые задачи схемами, диаграммами, иной графикой и их комбинациями; </w:t>
      </w:r>
    </w:p>
    <w:p w:rsidR="00DD3294" w:rsidRPr="00DD3294" w:rsidRDefault="00DD3294" w:rsidP="00DD3294">
      <w:pPr>
        <w:autoSpaceDE w:val="0"/>
        <w:autoSpaceDN w:val="0"/>
        <w:spacing w:before="190" w:after="0" w:line="240" w:lineRule="auto"/>
        <w:ind w:left="420" w:right="1296"/>
        <w:contextualSpacing/>
        <w:rPr>
          <w:lang w:val="ru-RU"/>
        </w:rPr>
      </w:pP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>—  оценивать надёжность информации по критериям, предложенным учителем или сформулированным самостоятельно.</w:t>
      </w:r>
    </w:p>
    <w:p w:rsidR="00DD3294" w:rsidRPr="00DD3294" w:rsidRDefault="00DD3294" w:rsidP="00DD3294">
      <w:pPr>
        <w:tabs>
          <w:tab w:val="left" w:pos="180"/>
        </w:tabs>
        <w:autoSpaceDE w:val="0"/>
        <w:autoSpaceDN w:val="0"/>
        <w:spacing w:before="180" w:after="0" w:line="240" w:lineRule="auto"/>
        <w:ind w:right="288"/>
        <w:contextualSpacing/>
        <w:rPr>
          <w:lang w:val="ru-RU"/>
        </w:rPr>
      </w:pPr>
      <w:r w:rsidRPr="00DD3294">
        <w:rPr>
          <w:lang w:val="ru-RU"/>
        </w:rPr>
        <w:tab/>
      </w:r>
      <w:r w:rsidRPr="00DD3294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2)  Универсальные </w:t>
      </w:r>
      <w:r w:rsidRPr="00DD329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коммуникативные </w:t>
      </w:r>
      <w:r w:rsidRPr="00DD3294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действия обеспечивают </w:t>
      </w:r>
      <w:proofErr w:type="spellStart"/>
      <w:r w:rsidRPr="00DD3294">
        <w:rPr>
          <w:rFonts w:ascii="Times New Roman" w:eastAsia="Times New Roman" w:hAnsi="Times New Roman"/>
          <w:i/>
          <w:color w:val="000000"/>
          <w:sz w:val="24"/>
          <w:lang w:val="ru-RU"/>
        </w:rPr>
        <w:t>сформированность</w:t>
      </w:r>
      <w:proofErr w:type="spellEnd"/>
      <w:r w:rsidRPr="00DD3294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 социальных навыков обучающихся.</w:t>
      </w:r>
    </w:p>
    <w:p w:rsidR="00DD3294" w:rsidRPr="00DD3294" w:rsidRDefault="00DD3294" w:rsidP="00DD3294">
      <w:pPr>
        <w:autoSpaceDE w:val="0"/>
        <w:autoSpaceDN w:val="0"/>
        <w:spacing w:before="190" w:after="0" w:line="240" w:lineRule="auto"/>
        <w:ind w:left="180"/>
        <w:contextualSpacing/>
        <w:rPr>
          <w:lang w:val="ru-RU"/>
        </w:rPr>
      </w:pPr>
      <w:r w:rsidRPr="00DD3294">
        <w:rPr>
          <w:rFonts w:ascii="Times New Roman" w:eastAsia="Times New Roman" w:hAnsi="Times New Roman"/>
          <w:b/>
          <w:color w:val="000000"/>
          <w:sz w:val="24"/>
          <w:lang w:val="ru-RU"/>
        </w:rPr>
        <w:t>Общение:</w:t>
      </w:r>
    </w:p>
    <w:p w:rsidR="00DD3294" w:rsidRPr="00DD3294" w:rsidRDefault="00DD3294" w:rsidP="00DD3294">
      <w:pPr>
        <w:autoSpaceDE w:val="0"/>
        <w:autoSpaceDN w:val="0"/>
        <w:spacing w:before="178" w:after="0" w:line="240" w:lineRule="auto"/>
        <w:ind w:left="420"/>
        <w:contextualSpacing/>
        <w:rPr>
          <w:lang w:val="ru-RU"/>
        </w:rPr>
      </w:pP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 xml:space="preserve">—  воспринимать и формулировать суждения в соответствии с условиями и целями общения; </w:t>
      </w:r>
    </w:p>
    <w:p w:rsidR="00DD3294" w:rsidRPr="00DD3294" w:rsidRDefault="00DD3294" w:rsidP="00DD3294">
      <w:pPr>
        <w:autoSpaceDE w:val="0"/>
        <w:autoSpaceDN w:val="0"/>
        <w:spacing w:before="190" w:after="0" w:line="240" w:lineRule="auto"/>
        <w:ind w:left="420" w:right="144"/>
        <w:contextualSpacing/>
        <w:rPr>
          <w:lang w:val="ru-RU"/>
        </w:rPr>
      </w:pP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 xml:space="preserve">— 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в ходе обсуждения задавать вопросы по существу обсуждаемой темы, проблемы, решаемой задачи, высказывать идеи, нацеленные на поиск решения; </w:t>
      </w:r>
    </w:p>
    <w:p w:rsidR="00DD3294" w:rsidRPr="00DD3294" w:rsidRDefault="00DD3294" w:rsidP="00DD3294">
      <w:pPr>
        <w:autoSpaceDE w:val="0"/>
        <w:autoSpaceDN w:val="0"/>
        <w:spacing w:before="190" w:after="0" w:line="240" w:lineRule="auto"/>
        <w:ind w:left="420" w:right="720"/>
        <w:contextualSpacing/>
        <w:rPr>
          <w:lang w:val="ru-RU"/>
        </w:rPr>
      </w:pP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сопоставлять свои суждения с суждениями других участников диалога, обнаруживать различие и сходство позиций; </w:t>
      </w:r>
    </w:p>
    <w:p w:rsidR="00DD3294" w:rsidRPr="00DD3294" w:rsidRDefault="00DD3294" w:rsidP="00DD3294">
      <w:pPr>
        <w:autoSpaceDE w:val="0"/>
        <w:autoSpaceDN w:val="0"/>
        <w:spacing w:before="190" w:after="0" w:line="240" w:lineRule="auto"/>
        <w:ind w:left="420"/>
        <w:contextualSpacing/>
        <w:rPr>
          <w:lang w:val="ru-RU"/>
        </w:rPr>
      </w:pP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 xml:space="preserve">—  в корректной форме формулировать разногласия, свои возражения; </w:t>
      </w:r>
    </w:p>
    <w:p w:rsidR="00DD3294" w:rsidRPr="00DD3294" w:rsidRDefault="00DD3294" w:rsidP="00DD3294">
      <w:pPr>
        <w:autoSpaceDE w:val="0"/>
        <w:autoSpaceDN w:val="0"/>
        <w:spacing w:before="190" w:after="0" w:line="240" w:lineRule="auto"/>
        <w:ind w:left="420"/>
        <w:contextualSpacing/>
        <w:rPr>
          <w:lang w:val="ru-RU"/>
        </w:rPr>
      </w:pP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представлять результаты решения задачи, эксперимента, исследования, проекта; </w:t>
      </w:r>
    </w:p>
    <w:p w:rsidR="00DD3294" w:rsidRPr="00DD3294" w:rsidRDefault="00DD3294" w:rsidP="00DD3294">
      <w:pPr>
        <w:autoSpaceDE w:val="0"/>
        <w:autoSpaceDN w:val="0"/>
        <w:spacing w:before="190" w:after="0" w:line="240" w:lineRule="auto"/>
        <w:ind w:left="420" w:right="144"/>
        <w:contextualSpacing/>
        <w:rPr>
          <w:lang w:val="ru-RU"/>
        </w:rPr>
      </w:pP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>—  самостоятельно выбирать формат выступления с учётом задач презентации и особенностей аудитории.</w:t>
      </w:r>
    </w:p>
    <w:p w:rsidR="00DD3294" w:rsidRPr="00DD3294" w:rsidRDefault="00DD3294" w:rsidP="00DD3294">
      <w:pPr>
        <w:autoSpaceDE w:val="0"/>
        <w:autoSpaceDN w:val="0"/>
        <w:spacing w:before="178" w:after="0" w:line="240" w:lineRule="auto"/>
        <w:ind w:left="180"/>
        <w:contextualSpacing/>
        <w:rPr>
          <w:lang w:val="ru-RU"/>
        </w:rPr>
      </w:pPr>
      <w:r w:rsidRPr="00DD3294">
        <w:rPr>
          <w:rFonts w:ascii="Times New Roman" w:eastAsia="Times New Roman" w:hAnsi="Times New Roman"/>
          <w:b/>
          <w:color w:val="000000"/>
          <w:sz w:val="24"/>
          <w:lang w:val="ru-RU"/>
        </w:rPr>
        <w:t>Сотрудничество:</w:t>
      </w:r>
    </w:p>
    <w:p w:rsidR="00DD3294" w:rsidRPr="00DD3294" w:rsidRDefault="00DD3294" w:rsidP="00DD3294">
      <w:pPr>
        <w:autoSpaceDE w:val="0"/>
        <w:autoSpaceDN w:val="0"/>
        <w:spacing w:before="178" w:after="0" w:line="240" w:lineRule="auto"/>
        <w:ind w:left="420" w:right="144"/>
        <w:contextualSpacing/>
        <w:rPr>
          <w:lang w:val="ru-RU"/>
        </w:rPr>
      </w:pP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понимать и использовать преимущества командной и индивидуальной работы при решении учебных математических задач; </w:t>
      </w:r>
    </w:p>
    <w:p w:rsidR="00DD3294" w:rsidRPr="00DD3294" w:rsidRDefault="00DD3294" w:rsidP="00DD3294">
      <w:pPr>
        <w:autoSpaceDE w:val="0"/>
        <w:autoSpaceDN w:val="0"/>
        <w:spacing w:before="192" w:after="0" w:line="240" w:lineRule="auto"/>
        <w:ind w:left="420" w:right="288"/>
        <w:contextualSpacing/>
        <w:rPr>
          <w:lang w:val="ru-RU"/>
        </w:rPr>
      </w:pP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работы; </w:t>
      </w:r>
    </w:p>
    <w:p w:rsidR="00DD3294" w:rsidRPr="00DD3294" w:rsidRDefault="00DD3294" w:rsidP="00DD3294">
      <w:pPr>
        <w:autoSpaceDE w:val="0"/>
        <w:autoSpaceDN w:val="0"/>
        <w:spacing w:before="190" w:after="0" w:line="240" w:lineRule="auto"/>
        <w:ind w:left="420"/>
        <w:contextualSpacing/>
        <w:rPr>
          <w:lang w:val="ru-RU"/>
        </w:rPr>
      </w:pP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обобщать мнения </w:t>
      </w:r>
      <w:proofErr w:type="gramStart"/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>нескольких</w:t>
      </w:r>
      <w:proofErr w:type="gramEnd"/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 xml:space="preserve"> людей; участвовать в групповых формах работы (обсуждения, обмен мнениями, мозговые штурмы и др.); </w:t>
      </w:r>
    </w:p>
    <w:p w:rsidR="00DD3294" w:rsidRPr="00DD3294" w:rsidRDefault="00DD3294" w:rsidP="00DD3294">
      <w:pPr>
        <w:autoSpaceDE w:val="0"/>
        <w:autoSpaceDN w:val="0"/>
        <w:spacing w:before="190" w:after="0" w:line="240" w:lineRule="auto"/>
        <w:ind w:left="420"/>
        <w:contextualSpacing/>
        <w:rPr>
          <w:lang w:val="ru-RU"/>
        </w:rPr>
      </w:pP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 xml:space="preserve">—  выполнять свою часть работы и координировать свои действия с другими членами команды; </w:t>
      </w:r>
    </w:p>
    <w:p w:rsidR="00DD3294" w:rsidRPr="00DD3294" w:rsidRDefault="00DD3294" w:rsidP="00DD3294">
      <w:pPr>
        <w:autoSpaceDE w:val="0"/>
        <w:autoSpaceDN w:val="0"/>
        <w:spacing w:before="190" w:after="0" w:line="240" w:lineRule="auto"/>
        <w:ind w:left="420" w:right="576"/>
        <w:contextualSpacing/>
        <w:rPr>
          <w:lang w:val="ru-RU"/>
        </w:rPr>
      </w:pP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>—  оценивать качество своего вклада в общий продукт по критериям, сформулированным участниками взаимодействия.</w:t>
      </w:r>
    </w:p>
    <w:p w:rsidR="00DD3294" w:rsidRPr="00DD3294" w:rsidRDefault="00DD3294" w:rsidP="00DD3294">
      <w:pPr>
        <w:tabs>
          <w:tab w:val="left" w:pos="180"/>
        </w:tabs>
        <w:autoSpaceDE w:val="0"/>
        <w:autoSpaceDN w:val="0"/>
        <w:spacing w:before="178" w:after="0" w:line="240" w:lineRule="auto"/>
        <w:ind w:right="144"/>
        <w:contextualSpacing/>
        <w:rPr>
          <w:lang w:val="ru-RU"/>
        </w:rPr>
      </w:pPr>
      <w:r w:rsidRPr="00DD3294">
        <w:rPr>
          <w:lang w:val="ru-RU"/>
        </w:rPr>
        <w:tab/>
      </w:r>
      <w:r w:rsidRPr="00DD3294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3)  Универсальные </w:t>
      </w:r>
      <w:r w:rsidRPr="00DD329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регулятивные </w:t>
      </w:r>
      <w:r w:rsidRPr="00DD3294">
        <w:rPr>
          <w:rFonts w:ascii="Times New Roman" w:eastAsia="Times New Roman" w:hAnsi="Times New Roman"/>
          <w:i/>
          <w:color w:val="000000"/>
          <w:sz w:val="24"/>
          <w:lang w:val="ru-RU"/>
        </w:rPr>
        <w:t>действия обеспечивают формирование смысловых установок и жизненных навыков личности.</w:t>
      </w:r>
    </w:p>
    <w:p w:rsidR="00DD3294" w:rsidRPr="00DD3294" w:rsidRDefault="00DD3294" w:rsidP="00DD3294">
      <w:pPr>
        <w:autoSpaceDE w:val="0"/>
        <w:autoSpaceDN w:val="0"/>
        <w:spacing w:before="190" w:after="0" w:line="240" w:lineRule="auto"/>
        <w:ind w:left="180"/>
        <w:contextualSpacing/>
        <w:rPr>
          <w:lang w:val="ru-RU"/>
        </w:rPr>
      </w:pPr>
      <w:r w:rsidRPr="00DD3294">
        <w:rPr>
          <w:rFonts w:ascii="Times New Roman" w:eastAsia="Times New Roman" w:hAnsi="Times New Roman"/>
          <w:b/>
          <w:color w:val="000000"/>
          <w:sz w:val="24"/>
          <w:lang w:val="ru-RU"/>
        </w:rPr>
        <w:t>Самоорганизация:</w:t>
      </w:r>
    </w:p>
    <w:p w:rsidR="00DD3294" w:rsidRPr="00DD3294" w:rsidRDefault="00DD3294" w:rsidP="00DD3294">
      <w:pPr>
        <w:autoSpaceDE w:val="0"/>
        <w:autoSpaceDN w:val="0"/>
        <w:spacing w:before="178" w:after="0" w:line="240" w:lineRule="auto"/>
        <w:ind w:left="420"/>
        <w:contextualSpacing/>
        <w:rPr>
          <w:lang w:val="ru-RU"/>
        </w:rPr>
      </w:pP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>—  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6406BB" w:rsidRPr="00DD3294" w:rsidRDefault="006406BB" w:rsidP="00DD3294">
      <w:pPr>
        <w:autoSpaceDE w:val="0"/>
        <w:autoSpaceDN w:val="0"/>
        <w:spacing w:before="166" w:after="0" w:line="240" w:lineRule="auto"/>
        <w:contextualSpacing/>
        <w:rPr>
          <w:lang w:val="ru-RU"/>
        </w:rPr>
        <w:sectPr w:rsidR="006406BB" w:rsidRPr="00DD3294">
          <w:pgSz w:w="11900" w:h="16840"/>
          <w:pgMar w:top="298" w:right="650" w:bottom="41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6406BB" w:rsidRPr="00DD3294" w:rsidRDefault="006406BB" w:rsidP="00DD3294">
      <w:pPr>
        <w:autoSpaceDE w:val="0"/>
        <w:autoSpaceDN w:val="0"/>
        <w:spacing w:after="114" w:line="240" w:lineRule="auto"/>
        <w:contextualSpacing/>
        <w:rPr>
          <w:lang w:val="ru-RU"/>
        </w:rPr>
      </w:pPr>
    </w:p>
    <w:p w:rsidR="006406BB" w:rsidRPr="00DD3294" w:rsidRDefault="00DD3294" w:rsidP="00DD3294">
      <w:pPr>
        <w:autoSpaceDE w:val="0"/>
        <w:autoSpaceDN w:val="0"/>
        <w:spacing w:after="0" w:line="240" w:lineRule="auto"/>
        <w:ind w:left="180"/>
        <w:contextualSpacing/>
        <w:rPr>
          <w:lang w:val="ru-RU"/>
        </w:rPr>
      </w:pPr>
      <w:r w:rsidRPr="00DD3294">
        <w:rPr>
          <w:rFonts w:ascii="Times New Roman" w:eastAsia="Times New Roman" w:hAnsi="Times New Roman"/>
          <w:b/>
          <w:color w:val="000000"/>
          <w:sz w:val="24"/>
          <w:lang w:val="ru-RU"/>
        </w:rPr>
        <w:t>Самоконтроль:</w:t>
      </w:r>
    </w:p>
    <w:p w:rsidR="006406BB" w:rsidRPr="00DD3294" w:rsidRDefault="00DD3294" w:rsidP="00DD3294">
      <w:pPr>
        <w:autoSpaceDE w:val="0"/>
        <w:autoSpaceDN w:val="0"/>
        <w:spacing w:before="178" w:after="0" w:line="240" w:lineRule="auto"/>
        <w:ind w:left="420" w:right="1296"/>
        <w:contextualSpacing/>
        <w:rPr>
          <w:lang w:val="ru-RU"/>
        </w:rPr>
      </w:pP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 xml:space="preserve">—  владеть способами самопроверки, самоконтроля процесса и результата решения математической задачи; </w:t>
      </w:r>
    </w:p>
    <w:p w:rsidR="006406BB" w:rsidRPr="00DD3294" w:rsidRDefault="00DD3294" w:rsidP="00DD3294">
      <w:pPr>
        <w:autoSpaceDE w:val="0"/>
        <w:autoSpaceDN w:val="0"/>
        <w:spacing w:before="190" w:after="0" w:line="240" w:lineRule="auto"/>
        <w:ind w:left="420"/>
        <w:contextualSpacing/>
        <w:rPr>
          <w:lang w:val="ru-RU"/>
        </w:rPr>
      </w:pP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>—  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6406BB" w:rsidRPr="00DD3294" w:rsidRDefault="00DD3294" w:rsidP="00DD3294">
      <w:pPr>
        <w:autoSpaceDE w:val="0"/>
        <w:autoSpaceDN w:val="0"/>
        <w:spacing w:before="190" w:after="0" w:line="240" w:lineRule="auto"/>
        <w:ind w:left="420"/>
        <w:contextualSpacing/>
        <w:rPr>
          <w:lang w:val="ru-RU"/>
        </w:rPr>
      </w:pP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оценивать соответствие результата деятельности поставленной цели и условиям, объяснять причины достижения или </w:t>
      </w:r>
      <w:proofErr w:type="spellStart"/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>недостижения</w:t>
      </w:r>
      <w:proofErr w:type="spellEnd"/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 xml:space="preserve"> цели, находить ошибку, давать оценку приобретённому опыту.</w:t>
      </w:r>
    </w:p>
    <w:p w:rsidR="006406BB" w:rsidRPr="00DD3294" w:rsidRDefault="00DD3294" w:rsidP="00DD3294">
      <w:pPr>
        <w:autoSpaceDE w:val="0"/>
        <w:autoSpaceDN w:val="0"/>
        <w:spacing w:before="324" w:after="0" w:line="240" w:lineRule="auto"/>
        <w:contextualSpacing/>
        <w:rPr>
          <w:lang w:val="ru-RU"/>
        </w:rPr>
      </w:pPr>
      <w:r w:rsidRPr="00DD3294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</w:t>
      </w:r>
    </w:p>
    <w:p w:rsidR="006406BB" w:rsidRPr="00DD3294" w:rsidRDefault="00DD3294" w:rsidP="00DD3294">
      <w:pPr>
        <w:autoSpaceDE w:val="0"/>
        <w:autoSpaceDN w:val="0"/>
        <w:spacing w:before="264" w:after="0" w:line="240" w:lineRule="auto"/>
        <w:contextualSpacing/>
        <w:rPr>
          <w:lang w:val="ru-RU"/>
        </w:rPr>
      </w:pPr>
      <w:r w:rsidRPr="00DD3294">
        <w:rPr>
          <w:rFonts w:ascii="Times New Roman" w:eastAsia="Times New Roman" w:hAnsi="Times New Roman"/>
          <w:b/>
          <w:color w:val="000000"/>
          <w:sz w:val="24"/>
          <w:lang w:val="ru-RU"/>
        </w:rPr>
        <w:t>Числа и вычисления</w:t>
      </w:r>
    </w:p>
    <w:p w:rsidR="006406BB" w:rsidRPr="00DD3294" w:rsidRDefault="00DD3294" w:rsidP="00DD3294">
      <w:pPr>
        <w:tabs>
          <w:tab w:val="left" w:pos="180"/>
        </w:tabs>
        <w:autoSpaceDE w:val="0"/>
        <w:autoSpaceDN w:val="0"/>
        <w:spacing w:before="166" w:after="0" w:line="240" w:lineRule="auto"/>
        <w:contextualSpacing/>
        <w:rPr>
          <w:lang w:val="ru-RU"/>
        </w:rPr>
      </w:pPr>
      <w:r w:rsidRPr="00DD3294">
        <w:rPr>
          <w:lang w:val="ru-RU"/>
        </w:rPr>
        <w:tab/>
      </w: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>Понимать и правильно употреблять термины, связанные с натуральными числами, обыкновенными и десятичными дробями.</w:t>
      </w:r>
    </w:p>
    <w:p w:rsidR="006406BB" w:rsidRPr="00DD3294" w:rsidRDefault="00DD3294" w:rsidP="00DD3294">
      <w:pPr>
        <w:tabs>
          <w:tab w:val="left" w:pos="180"/>
        </w:tabs>
        <w:autoSpaceDE w:val="0"/>
        <w:autoSpaceDN w:val="0"/>
        <w:spacing w:before="70" w:after="0" w:line="240" w:lineRule="auto"/>
        <w:contextualSpacing/>
        <w:rPr>
          <w:lang w:val="ru-RU"/>
        </w:rPr>
      </w:pPr>
      <w:r w:rsidRPr="00DD3294">
        <w:rPr>
          <w:lang w:val="ru-RU"/>
        </w:rPr>
        <w:tab/>
      </w: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>Сравнивать и упорядочивать натуральные числа, сравнивать в простейших случаях обыкновенные дроби, десятичные дроби.</w:t>
      </w:r>
    </w:p>
    <w:p w:rsidR="006406BB" w:rsidRPr="00DD3294" w:rsidRDefault="00DD3294" w:rsidP="00DD3294">
      <w:pPr>
        <w:tabs>
          <w:tab w:val="left" w:pos="180"/>
        </w:tabs>
        <w:autoSpaceDE w:val="0"/>
        <w:autoSpaceDN w:val="0"/>
        <w:spacing w:before="70" w:after="0" w:line="240" w:lineRule="auto"/>
        <w:contextualSpacing/>
        <w:rPr>
          <w:lang w:val="ru-RU"/>
        </w:rPr>
      </w:pPr>
      <w:r w:rsidRPr="00DD3294">
        <w:rPr>
          <w:lang w:val="ru-RU"/>
        </w:rPr>
        <w:tab/>
      </w: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 xml:space="preserve">Соотносить точку на координатной (числовой) прямой с соответствующим ей числом и изображать натуральные числа точками </w:t>
      </w:r>
      <w:proofErr w:type="gramStart"/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>на</w:t>
      </w:r>
      <w:proofErr w:type="gramEnd"/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 xml:space="preserve"> координатной (числовой) прямой.</w:t>
      </w:r>
    </w:p>
    <w:p w:rsidR="006406BB" w:rsidRPr="00DD3294" w:rsidRDefault="00DD3294" w:rsidP="00DD3294">
      <w:pPr>
        <w:tabs>
          <w:tab w:val="left" w:pos="180"/>
        </w:tabs>
        <w:autoSpaceDE w:val="0"/>
        <w:autoSpaceDN w:val="0"/>
        <w:spacing w:before="70" w:after="0" w:line="240" w:lineRule="auto"/>
        <w:ind w:right="576"/>
        <w:contextualSpacing/>
        <w:rPr>
          <w:lang w:val="ru-RU"/>
        </w:rPr>
      </w:pPr>
      <w:r w:rsidRPr="00DD3294">
        <w:rPr>
          <w:lang w:val="ru-RU"/>
        </w:rPr>
        <w:tab/>
      </w: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>Выполнять арифметические действия с натуральными числами, с обыкновенными дробями в простейших случаях.</w:t>
      </w:r>
    </w:p>
    <w:p w:rsidR="006406BB" w:rsidRPr="00DD3294" w:rsidRDefault="00DD3294" w:rsidP="00DD3294">
      <w:pPr>
        <w:autoSpaceDE w:val="0"/>
        <w:autoSpaceDN w:val="0"/>
        <w:spacing w:before="70" w:after="0" w:line="240" w:lineRule="auto"/>
        <w:ind w:left="180"/>
        <w:contextualSpacing/>
        <w:rPr>
          <w:lang w:val="ru-RU"/>
        </w:rPr>
      </w:pP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>Выполнять проверку, прикидку результата вычислений.</w:t>
      </w:r>
    </w:p>
    <w:p w:rsidR="006406BB" w:rsidRPr="00DD3294" w:rsidRDefault="00DD3294" w:rsidP="00DD3294">
      <w:pPr>
        <w:autoSpaceDE w:val="0"/>
        <w:autoSpaceDN w:val="0"/>
        <w:spacing w:before="70" w:after="0" w:line="240" w:lineRule="auto"/>
        <w:ind w:left="180"/>
        <w:contextualSpacing/>
        <w:rPr>
          <w:lang w:val="ru-RU"/>
        </w:rPr>
      </w:pP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>Округлять натуральные числа.</w:t>
      </w:r>
    </w:p>
    <w:p w:rsidR="006406BB" w:rsidRPr="00DD3294" w:rsidRDefault="00DD3294" w:rsidP="00DD3294">
      <w:pPr>
        <w:autoSpaceDE w:val="0"/>
        <w:autoSpaceDN w:val="0"/>
        <w:spacing w:before="262" w:after="0" w:line="240" w:lineRule="auto"/>
        <w:contextualSpacing/>
        <w:rPr>
          <w:lang w:val="ru-RU"/>
        </w:rPr>
      </w:pPr>
      <w:r w:rsidRPr="00DD3294">
        <w:rPr>
          <w:rFonts w:ascii="Times New Roman" w:eastAsia="Times New Roman" w:hAnsi="Times New Roman"/>
          <w:b/>
          <w:color w:val="000000"/>
          <w:sz w:val="24"/>
          <w:lang w:val="ru-RU"/>
        </w:rPr>
        <w:t>Решение текстовых задач</w:t>
      </w:r>
    </w:p>
    <w:p w:rsidR="006406BB" w:rsidRPr="00DD3294" w:rsidRDefault="00DD3294" w:rsidP="00DD3294">
      <w:pPr>
        <w:tabs>
          <w:tab w:val="left" w:pos="180"/>
        </w:tabs>
        <w:autoSpaceDE w:val="0"/>
        <w:autoSpaceDN w:val="0"/>
        <w:spacing w:before="166" w:after="0" w:line="240" w:lineRule="auto"/>
        <w:ind w:right="432"/>
        <w:contextualSpacing/>
        <w:rPr>
          <w:lang w:val="ru-RU"/>
        </w:rPr>
      </w:pPr>
      <w:r w:rsidRPr="00DD3294">
        <w:rPr>
          <w:lang w:val="ru-RU"/>
        </w:rPr>
        <w:tab/>
      </w: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>Решать текстовые задачи арифметическим способом и с помощью организованного конечного перебора всех возможных вариантов.</w:t>
      </w:r>
    </w:p>
    <w:p w:rsidR="006406BB" w:rsidRPr="00DD3294" w:rsidRDefault="00DD3294" w:rsidP="00DD3294">
      <w:pPr>
        <w:tabs>
          <w:tab w:val="left" w:pos="180"/>
        </w:tabs>
        <w:autoSpaceDE w:val="0"/>
        <w:autoSpaceDN w:val="0"/>
        <w:spacing w:before="70" w:after="0" w:line="240" w:lineRule="auto"/>
        <w:ind w:right="288"/>
        <w:contextualSpacing/>
        <w:rPr>
          <w:lang w:val="ru-RU"/>
        </w:rPr>
      </w:pPr>
      <w:r w:rsidRPr="00DD3294">
        <w:rPr>
          <w:lang w:val="ru-RU"/>
        </w:rPr>
        <w:tab/>
      </w:r>
      <w:proofErr w:type="gramStart"/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>Решать задачи, содержащие зависимости, связывающие величины: скорость, время, расстояние; цена, количество, стоимость.</w:t>
      </w:r>
      <w:proofErr w:type="gramEnd"/>
    </w:p>
    <w:p w:rsidR="006406BB" w:rsidRPr="00DD3294" w:rsidRDefault="00DD3294" w:rsidP="00DD3294">
      <w:pPr>
        <w:autoSpaceDE w:val="0"/>
        <w:autoSpaceDN w:val="0"/>
        <w:spacing w:before="70" w:after="0" w:line="240" w:lineRule="auto"/>
        <w:ind w:left="180"/>
        <w:contextualSpacing/>
        <w:rPr>
          <w:lang w:val="ru-RU"/>
        </w:rPr>
      </w:pP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>Использовать краткие записи, схемы, таблицы, обозначения при решении задач.</w:t>
      </w:r>
    </w:p>
    <w:p w:rsidR="006406BB" w:rsidRPr="00DD3294" w:rsidRDefault="00DD3294" w:rsidP="00DD3294">
      <w:pPr>
        <w:tabs>
          <w:tab w:val="left" w:pos="180"/>
        </w:tabs>
        <w:autoSpaceDE w:val="0"/>
        <w:autoSpaceDN w:val="0"/>
        <w:spacing w:before="70" w:after="0" w:line="240" w:lineRule="auto"/>
        <w:ind w:right="576"/>
        <w:contextualSpacing/>
        <w:rPr>
          <w:lang w:val="ru-RU"/>
        </w:rPr>
      </w:pPr>
      <w:r w:rsidRPr="00DD3294">
        <w:rPr>
          <w:lang w:val="ru-RU"/>
        </w:rPr>
        <w:tab/>
      </w: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>Пользоваться основными единицами измерения: цены, массы; расстояния, времени, скорости; выражать одни единицы вел</w:t>
      </w:r>
      <w:proofErr w:type="gramStart"/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>и-</w:t>
      </w:r>
      <w:proofErr w:type="gramEnd"/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 xml:space="preserve"> чины через другие.</w:t>
      </w:r>
    </w:p>
    <w:p w:rsidR="006406BB" w:rsidRPr="00DD3294" w:rsidRDefault="00DD3294" w:rsidP="00DD3294">
      <w:pPr>
        <w:autoSpaceDE w:val="0"/>
        <w:autoSpaceDN w:val="0"/>
        <w:spacing w:before="72" w:after="0" w:line="240" w:lineRule="auto"/>
        <w:ind w:right="432"/>
        <w:contextualSpacing/>
        <w:jc w:val="center"/>
        <w:rPr>
          <w:lang w:val="ru-RU"/>
        </w:rPr>
      </w:pP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>Извлекать, анализировать, оценивать информацию, представленную в таблице, на столбчатой диаграмме, интерпретировать представленные данные, использовать данные при решении задач.</w:t>
      </w:r>
    </w:p>
    <w:p w:rsidR="006406BB" w:rsidRPr="00DD3294" w:rsidRDefault="00DD3294" w:rsidP="00DD3294">
      <w:pPr>
        <w:autoSpaceDE w:val="0"/>
        <w:autoSpaceDN w:val="0"/>
        <w:spacing w:before="262" w:after="0" w:line="240" w:lineRule="auto"/>
        <w:contextualSpacing/>
        <w:rPr>
          <w:lang w:val="ru-RU"/>
        </w:rPr>
      </w:pPr>
      <w:r w:rsidRPr="00DD3294">
        <w:rPr>
          <w:rFonts w:ascii="Times New Roman" w:eastAsia="Times New Roman" w:hAnsi="Times New Roman"/>
          <w:b/>
          <w:color w:val="000000"/>
          <w:sz w:val="24"/>
          <w:lang w:val="ru-RU"/>
        </w:rPr>
        <w:t>Наглядная геометрия</w:t>
      </w:r>
    </w:p>
    <w:p w:rsidR="006406BB" w:rsidRPr="00DD3294" w:rsidRDefault="00DD3294" w:rsidP="00DD3294">
      <w:pPr>
        <w:tabs>
          <w:tab w:val="left" w:pos="180"/>
        </w:tabs>
        <w:autoSpaceDE w:val="0"/>
        <w:autoSpaceDN w:val="0"/>
        <w:spacing w:before="166" w:after="0" w:line="240" w:lineRule="auto"/>
        <w:ind w:right="576"/>
        <w:contextualSpacing/>
        <w:rPr>
          <w:lang w:val="ru-RU"/>
        </w:rPr>
      </w:pPr>
      <w:r w:rsidRPr="00DD3294">
        <w:rPr>
          <w:lang w:val="ru-RU"/>
        </w:rPr>
        <w:tab/>
      </w:r>
      <w:proofErr w:type="gramStart"/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>Пользоваться геометрическими понятиями: точка, прямая, отрезок, луч, угол, многоугольник, окружность, круг.</w:t>
      </w:r>
      <w:proofErr w:type="gramEnd"/>
    </w:p>
    <w:p w:rsidR="006406BB" w:rsidRPr="00DD3294" w:rsidRDefault="00DD3294" w:rsidP="00DD3294">
      <w:pPr>
        <w:tabs>
          <w:tab w:val="left" w:pos="180"/>
        </w:tabs>
        <w:autoSpaceDE w:val="0"/>
        <w:autoSpaceDN w:val="0"/>
        <w:spacing w:before="70" w:after="0" w:line="240" w:lineRule="auto"/>
        <w:ind w:right="288"/>
        <w:contextualSpacing/>
        <w:rPr>
          <w:lang w:val="ru-RU"/>
        </w:rPr>
      </w:pPr>
      <w:r w:rsidRPr="00DD3294">
        <w:rPr>
          <w:lang w:val="ru-RU"/>
        </w:rPr>
        <w:tab/>
      </w: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>Приводить примеры объектов окружающего мира, имеющих форму изученных геометрических фигур.</w:t>
      </w:r>
    </w:p>
    <w:p w:rsidR="006406BB" w:rsidRPr="00DD3294" w:rsidRDefault="00DD3294" w:rsidP="00DD3294">
      <w:pPr>
        <w:tabs>
          <w:tab w:val="left" w:pos="180"/>
        </w:tabs>
        <w:autoSpaceDE w:val="0"/>
        <w:autoSpaceDN w:val="0"/>
        <w:spacing w:before="70" w:after="0" w:line="240" w:lineRule="auto"/>
        <w:ind w:right="288"/>
        <w:contextualSpacing/>
        <w:rPr>
          <w:lang w:val="ru-RU"/>
        </w:rPr>
      </w:pPr>
      <w:r w:rsidRPr="00DD3294">
        <w:rPr>
          <w:lang w:val="ru-RU"/>
        </w:rPr>
        <w:tab/>
      </w:r>
      <w:proofErr w:type="gramStart"/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>Использовать терминологию, связанную с углами: вершина сторона; с многоугольниками: угол, вершина, сторона, диагональ; с окружностью: радиус, диаметр, центр.</w:t>
      </w:r>
      <w:proofErr w:type="gramEnd"/>
    </w:p>
    <w:p w:rsidR="006406BB" w:rsidRPr="00DD3294" w:rsidRDefault="00DD3294" w:rsidP="00DD3294">
      <w:pPr>
        <w:tabs>
          <w:tab w:val="left" w:pos="180"/>
        </w:tabs>
        <w:autoSpaceDE w:val="0"/>
        <w:autoSpaceDN w:val="0"/>
        <w:spacing w:before="70" w:after="0" w:line="240" w:lineRule="auto"/>
        <w:ind w:right="288"/>
        <w:contextualSpacing/>
        <w:rPr>
          <w:lang w:val="ru-RU"/>
        </w:rPr>
      </w:pPr>
      <w:r w:rsidRPr="00DD3294">
        <w:rPr>
          <w:lang w:val="ru-RU"/>
        </w:rPr>
        <w:tab/>
      </w: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>Изображать изученные геометрические фигуры на нелинованной и клетчатой бумаге с помощью циркуля и линейки.</w:t>
      </w:r>
    </w:p>
    <w:p w:rsidR="006406BB" w:rsidRPr="00DD3294" w:rsidRDefault="00DD3294" w:rsidP="00DD3294">
      <w:pPr>
        <w:tabs>
          <w:tab w:val="left" w:pos="180"/>
        </w:tabs>
        <w:autoSpaceDE w:val="0"/>
        <w:autoSpaceDN w:val="0"/>
        <w:spacing w:before="70" w:after="0" w:line="240" w:lineRule="auto"/>
        <w:ind w:right="432"/>
        <w:contextualSpacing/>
        <w:rPr>
          <w:lang w:val="ru-RU"/>
        </w:rPr>
      </w:pPr>
      <w:r w:rsidRPr="00DD3294">
        <w:rPr>
          <w:lang w:val="ru-RU"/>
        </w:rPr>
        <w:tab/>
      </w: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>Находить длины отрезков непосредственным измерением с помощью линейки, строить отрезки заданной длины; строить окружность заданного радиуса.</w:t>
      </w:r>
    </w:p>
    <w:p w:rsidR="006406BB" w:rsidRPr="00DD3294" w:rsidRDefault="00DD3294" w:rsidP="00DD3294">
      <w:pPr>
        <w:autoSpaceDE w:val="0"/>
        <w:autoSpaceDN w:val="0"/>
        <w:spacing w:before="70" w:after="0" w:line="240" w:lineRule="auto"/>
        <w:ind w:left="180"/>
        <w:contextualSpacing/>
        <w:rPr>
          <w:lang w:val="ru-RU"/>
        </w:rPr>
      </w:pP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>Использовать свойства сторон и углов прямоугольника, квадрата для их построения, вычисления</w:t>
      </w:r>
    </w:p>
    <w:p w:rsidR="00DD3294" w:rsidRPr="00DD3294" w:rsidRDefault="00DD3294" w:rsidP="00DD3294">
      <w:pPr>
        <w:autoSpaceDE w:val="0"/>
        <w:autoSpaceDN w:val="0"/>
        <w:spacing w:after="0" w:line="240" w:lineRule="auto"/>
        <w:contextualSpacing/>
        <w:rPr>
          <w:lang w:val="ru-RU"/>
        </w:rPr>
      </w:pP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>площади и периметра.</w:t>
      </w:r>
    </w:p>
    <w:p w:rsidR="00DD3294" w:rsidRPr="00DD3294" w:rsidRDefault="00DD3294" w:rsidP="00DD3294">
      <w:pPr>
        <w:tabs>
          <w:tab w:val="left" w:pos="180"/>
        </w:tabs>
        <w:autoSpaceDE w:val="0"/>
        <w:autoSpaceDN w:val="0"/>
        <w:spacing w:before="70" w:after="0" w:line="240" w:lineRule="auto"/>
        <w:ind w:right="1584"/>
        <w:contextualSpacing/>
        <w:rPr>
          <w:lang w:val="ru-RU"/>
        </w:rPr>
      </w:pPr>
      <w:r w:rsidRPr="00DD3294">
        <w:rPr>
          <w:lang w:val="ru-RU"/>
        </w:rPr>
        <w:tab/>
      </w: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>Вычислять периметр и площадь квадрата, прямоугольника, фигур, составленных из прямоугольников, в том числе фигур, изображённых на клетчатой бумаге.</w:t>
      </w:r>
    </w:p>
    <w:p w:rsidR="00DD3294" w:rsidRPr="00DD3294" w:rsidRDefault="00DD3294" w:rsidP="00DD3294">
      <w:pPr>
        <w:tabs>
          <w:tab w:val="left" w:pos="180"/>
        </w:tabs>
        <w:autoSpaceDE w:val="0"/>
        <w:autoSpaceDN w:val="0"/>
        <w:spacing w:before="70" w:after="0" w:line="240" w:lineRule="auto"/>
        <w:ind w:right="288"/>
        <w:contextualSpacing/>
        <w:rPr>
          <w:lang w:val="ru-RU"/>
        </w:rPr>
      </w:pPr>
      <w:r w:rsidRPr="00DD3294">
        <w:rPr>
          <w:lang w:val="ru-RU"/>
        </w:rPr>
        <w:tab/>
      </w: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>Пользоваться основными метрическими единицами измерения длины, площади; выражать одни единицы величины через другие.</w:t>
      </w:r>
    </w:p>
    <w:p w:rsidR="00DD3294" w:rsidRPr="00DD3294" w:rsidRDefault="00DD3294" w:rsidP="00DD3294">
      <w:pPr>
        <w:tabs>
          <w:tab w:val="left" w:pos="180"/>
        </w:tabs>
        <w:autoSpaceDE w:val="0"/>
        <w:autoSpaceDN w:val="0"/>
        <w:spacing w:before="70" w:after="0" w:line="240" w:lineRule="auto"/>
        <w:contextualSpacing/>
        <w:rPr>
          <w:lang w:val="ru-RU"/>
        </w:rPr>
      </w:pPr>
      <w:r w:rsidRPr="00DD3294">
        <w:rPr>
          <w:lang w:val="ru-RU"/>
        </w:rPr>
        <w:tab/>
      </w:r>
      <w:proofErr w:type="gramStart"/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>Распознавать параллелепипед, куб, использовать терминологию: вершина, ребро грань, измерения; находить измерения параллелепипеда, куба.</w:t>
      </w:r>
      <w:proofErr w:type="gramEnd"/>
    </w:p>
    <w:p w:rsidR="00DD3294" w:rsidRPr="00DD3294" w:rsidRDefault="00DD3294" w:rsidP="00DD3294">
      <w:pPr>
        <w:tabs>
          <w:tab w:val="left" w:pos="180"/>
        </w:tabs>
        <w:autoSpaceDE w:val="0"/>
        <w:autoSpaceDN w:val="0"/>
        <w:spacing w:before="70" w:after="0" w:line="240" w:lineRule="auto"/>
        <w:ind w:right="576"/>
        <w:contextualSpacing/>
        <w:rPr>
          <w:lang w:val="ru-RU"/>
        </w:rPr>
      </w:pPr>
      <w:r w:rsidRPr="00DD3294">
        <w:rPr>
          <w:lang w:val="ru-RU"/>
        </w:rPr>
        <w:tab/>
      </w: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>Вычислять объём куба, параллелепипеда по заданным измерениям, пользоваться единицами измерения объёма.</w:t>
      </w:r>
    </w:p>
    <w:p w:rsidR="00DD3294" w:rsidRPr="00DD3294" w:rsidRDefault="00DD3294" w:rsidP="00DD3294">
      <w:pPr>
        <w:autoSpaceDE w:val="0"/>
        <w:autoSpaceDN w:val="0"/>
        <w:spacing w:before="70" w:after="0" w:line="240" w:lineRule="auto"/>
        <w:ind w:left="180"/>
        <w:contextualSpacing/>
        <w:rPr>
          <w:lang w:val="ru-RU"/>
        </w:rPr>
      </w:pP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>Решать несложные задачи на измерение геометрических величин в практических ситуациях.</w:t>
      </w:r>
    </w:p>
    <w:p w:rsidR="006406BB" w:rsidRPr="00DD3294" w:rsidRDefault="006406BB" w:rsidP="00DD3294">
      <w:pPr>
        <w:spacing w:line="240" w:lineRule="auto"/>
        <w:contextualSpacing/>
        <w:rPr>
          <w:lang w:val="ru-RU"/>
        </w:rPr>
        <w:sectPr w:rsidR="006406BB" w:rsidRPr="00DD3294">
          <w:pgSz w:w="11900" w:h="16840"/>
          <w:pgMar w:top="334" w:right="774" w:bottom="332" w:left="666" w:header="720" w:footer="720" w:gutter="0"/>
          <w:cols w:space="720" w:equalWidth="0">
            <w:col w:w="10460" w:space="0"/>
          </w:cols>
          <w:docGrid w:linePitch="360"/>
        </w:sectPr>
      </w:pPr>
    </w:p>
    <w:p w:rsidR="006406BB" w:rsidRPr="00DD3294" w:rsidRDefault="006406BB">
      <w:pPr>
        <w:autoSpaceDE w:val="0"/>
        <w:autoSpaceDN w:val="0"/>
        <w:spacing w:after="64" w:line="220" w:lineRule="exact"/>
        <w:rPr>
          <w:lang w:val="ru-RU"/>
        </w:rPr>
      </w:pPr>
    </w:p>
    <w:p w:rsidR="006406BB" w:rsidRDefault="00DD3294">
      <w:pPr>
        <w:autoSpaceDE w:val="0"/>
        <w:autoSpaceDN w:val="0"/>
        <w:spacing w:after="666" w:line="233" w:lineRule="auto"/>
      </w:pPr>
      <w:r>
        <w:rPr>
          <w:rFonts w:ascii="Times New Roman" w:eastAsia="Times New Roman" w:hAnsi="Times New Roman"/>
          <w:b/>
          <w:color w:val="000000"/>
          <w:w w:val="101"/>
          <w:sz w:val="19"/>
        </w:rPr>
        <w:t xml:space="preserve">ТЕМАТИЧЕСКОЕ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2294"/>
        <w:gridCol w:w="528"/>
        <w:gridCol w:w="1104"/>
        <w:gridCol w:w="1142"/>
        <w:gridCol w:w="864"/>
        <w:gridCol w:w="4562"/>
        <w:gridCol w:w="1116"/>
        <w:gridCol w:w="3424"/>
      </w:tblGrid>
      <w:tr w:rsidR="006406BB">
        <w:trPr>
          <w:trHeight w:hRule="exact" w:val="348"/>
        </w:trPr>
        <w:tc>
          <w:tcPr>
            <w:tcW w:w="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45" w:lineRule="auto"/>
              <w:ind w:right="144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п/п</w:t>
            </w:r>
          </w:p>
        </w:tc>
        <w:tc>
          <w:tcPr>
            <w:tcW w:w="22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Наименование разделов и тем программы</w:t>
            </w:r>
          </w:p>
        </w:tc>
        <w:tc>
          <w:tcPr>
            <w:tcW w:w="2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Количество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часов</w:t>
            </w:r>
            <w:proofErr w:type="spellEnd"/>
          </w:p>
        </w:tc>
        <w:tc>
          <w:tcPr>
            <w:tcW w:w="8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изучения</w:t>
            </w:r>
          </w:p>
        </w:tc>
        <w:tc>
          <w:tcPr>
            <w:tcW w:w="4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 деятельности</w:t>
            </w:r>
          </w:p>
        </w:tc>
        <w:tc>
          <w:tcPr>
            <w:tcW w:w="11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47" w:lineRule="auto"/>
              <w:ind w:left="72" w:right="288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Виды,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формы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контроля</w:t>
            </w:r>
          </w:p>
        </w:tc>
        <w:tc>
          <w:tcPr>
            <w:tcW w:w="3424" w:type="dxa"/>
            <w:vMerge w:val="restart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45" w:lineRule="auto"/>
              <w:ind w:left="74" w:right="144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Электронные (цифровые) образовательные ресурсы</w:t>
            </w:r>
          </w:p>
        </w:tc>
      </w:tr>
      <w:tr w:rsidR="006406BB">
        <w:trPr>
          <w:trHeight w:hRule="exact" w:val="540"/>
        </w:trPr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6BB" w:rsidRDefault="006406BB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6BB" w:rsidRDefault="006406BB"/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всего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контрольные работы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практические работы</w:t>
            </w: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6BB" w:rsidRDefault="006406BB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6BB" w:rsidRDefault="006406BB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6406BB" w:rsidRDefault="006406BB"/>
        </w:tc>
        <w:tc>
          <w:tcPr>
            <w:tcW w:w="1726" w:type="dxa"/>
            <w:vMerge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6406BB" w:rsidRDefault="006406BB"/>
        </w:tc>
      </w:tr>
      <w:tr w:rsidR="006406BB" w:rsidRPr="00202888">
        <w:trPr>
          <w:trHeight w:hRule="exact" w:val="350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80" w:after="0" w:line="230" w:lineRule="auto"/>
              <w:ind w:left="72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Раздел 1.  </w:t>
            </w:r>
            <w:r w:rsidRPr="00DD3294">
              <w:rPr>
                <w:rFonts w:ascii="Times New Roman" w:eastAsia="Times New Roman" w:hAnsi="Times New Roman"/>
                <w:b/>
                <w:color w:val="221F1F"/>
                <w:w w:val="97"/>
                <w:sz w:val="16"/>
                <w:lang w:val="ru-RU"/>
              </w:rPr>
              <w:t>Натуральные числа. Действия с натуральными числами</w:t>
            </w:r>
          </w:p>
        </w:tc>
      </w:tr>
      <w:tr w:rsidR="006406BB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1.1.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221F1F"/>
                <w:w w:val="97"/>
                <w:sz w:val="16"/>
              </w:rPr>
              <w:t xml:space="preserve">Десятичная система счисления.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02.09.2022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76" w:after="0" w:line="245" w:lineRule="auto"/>
              <w:ind w:left="72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Читать, записывать, сравнивать натуральные числа; предлагать и обсуждать способы упорядочивания чисел;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https://resh.edu.ru/subject/lesson/7721/start/287636/</w:t>
            </w:r>
          </w:p>
        </w:tc>
      </w:tr>
      <w:tr w:rsidR="006406BB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1.2.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221F1F"/>
                <w:w w:val="97"/>
                <w:sz w:val="16"/>
              </w:rPr>
              <w:t xml:space="preserve">Ряд натуральных чисел.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05.09.2022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76" w:after="0" w:line="245" w:lineRule="auto"/>
              <w:ind w:left="72" w:right="576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Исследовать свойства натурального ряда, чисел 0 и 1 при сложении и умножении;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https://resh.edu.ru/subject/12/5/</w:t>
            </w:r>
          </w:p>
        </w:tc>
      </w:tr>
      <w:tr w:rsidR="006406BB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1.3.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221F1F"/>
                <w:w w:val="97"/>
                <w:sz w:val="16"/>
              </w:rPr>
              <w:t xml:space="preserve">Натуральный ряд.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0.25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06.09.2022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76" w:after="0" w:line="245" w:lineRule="auto"/>
              <w:ind w:left="72" w:right="576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Исследовать свойства натурального ряда, чисел 0 и 1 при сложении и умножении;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https://resh.edu.ru/subject/lesson/7719/start/316201/</w:t>
            </w:r>
          </w:p>
        </w:tc>
      </w:tr>
      <w:tr w:rsidR="006406BB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1.4.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221F1F"/>
                <w:w w:val="97"/>
                <w:sz w:val="16"/>
              </w:rPr>
              <w:t xml:space="preserve">Число 0.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07.09.2022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78" w:after="0" w:line="245" w:lineRule="auto"/>
              <w:ind w:left="72" w:right="576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Исследовать свойства натурального ряда, чисел 0 и 1 при сложении и умножении;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45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https://resh.edu.ru/subject/12/5/</w:t>
            </w:r>
          </w:p>
        </w:tc>
      </w:tr>
      <w:tr w:rsidR="006406BB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1.5.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78" w:after="0" w:line="245" w:lineRule="auto"/>
              <w:ind w:left="72" w:right="576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221F1F"/>
                <w:w w:val="97"/>
                <w:sz w:val="16"/>
                <w:lang w:val="ru-RU"/>
              </w:rPr>
              <w:t xml:space="preserve">Натуральные числа на </w:t>
            </w:r>
            <w:proofErr w:type="gramStart"/>
            <w:r w:rsidRPr="00DD3294">
              <w:rPr>
                <w:rFonts w:ascii="Times New Roman" w:eastAsia="Times New Roman" w:hAnsi="Times New Roman"/>
                <w:color w:val="221F1F"/>
                <w:w w:val="97"/>
                <w:sz w:val="16"/>
                <w:lang w:val="ru-RU"/>
              </w:rPr>
              <w:t>координатной</w:t>
            </w:r>
            <w:proofErr w:type="gramEnd"/>
            <w:r w:rsidRPr="00DD3294">
              <w:rPr>
                <w:rFonts w:ascii="Times New Roman" w:eastAsia="Times New Roman" w:hAnsi="Times New Roman"/>
                <w:color w:val="221F1F"/>
                <w:w w:val="97"/>
                <w:sz w:val="16"/>
                <w:lang w:val="ru-RU"/>
              </w:rPr>
              <w:t xml:space="preserve"> прямой.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08.09.2022 12.09.2022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Изображать </w:t>
            </w:r>
            <w:proofErr w:type="gramStart"/>
            <w:r w:rsidRPr="00DD329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координатную</w:t>
            </w:r>
            <w:proofErr w:type="gramEnd"/>
            <w:r w:rsidRPr="00DD329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прямую, отмечать числа точками на координатной прямой, находить координаты точки;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https://resh.edu.ru/subject/12/5/</w:t>
            </w:r>
          </w:p>
        </w:tc>
      </w:tr>
      <w:tr w:rsidR="006406BB">
        <w:trPr>
          <w:trHeight w:hRule="exact" w:val="73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1.6.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45" w:lineRule="auto"/>
              <w:ind w:left="72" w:right="576"/>
            </w:pPr>
            <w:r>
              <w:rPr>
                <w:rFonts w:ascii="Times New Roman" w:eastAsia="Times New Roman" w:hAnsi="Times New Roman"/>
                <w:color w:val="221F1F"/>
                <w:w w:val="97"/>
                <w:sz w:val="16"/>
              </w:rPr>
              <w:t>Сравнение, округление натуральныхчисел.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13.09.2022 16.09.2022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78" w:after="0" w:line="247" w:lineRule="auto"/>
              <w:ind w:left="72" w:right="144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Выполнять арифметические действия с натуральными числами, вычислять значения числовых выражений со скобками и без скобок;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45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https://resh.edu.ru/subject/lesson/7718/start/316232/</w:t>
            </w:r>
          </w:p>
        </w:tc>
      </w:tr>
      <w:tr w:rsidR="006406BB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1.7.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76" w:after="0" w:line="245" w:lineRule="auto"/>
              <w:ind w:left="72" w:right="288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221F1F"/>
                <w:w w:val="97"/>
                <w:sz w:val="16"/>
                <w:lang w:val="ru-RU"/>
              </w:rPr>
              <w:t>Арифметические действия с натуральными числами.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19.09.2022 22.09.2022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Выполнять арифметические действия с натуральными числами, вычислять значения числовых выражений со скобками и без скобок;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jc w:val="center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Тестирование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https://resh.edu.ru/subject/lesson/7723/start/272294/</w:t>
            </w:r>
          </w:p>
        </w:tc>
      </w:tr>
      <w:tr w:rsidR="006406BB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1.8.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76" w:after="0" w:line="250" w:lineRule="auto"/>
              <w:ind w:left="72" w:right="142"/>
              <w:jc w:val="both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221F1F"/>
                <w:w w:val="97"/>
                <w:sz w:val="16"/>
                <w:lang w:val="ru-RU"/>
              </w:rPr>
              <w:t>Свойства нуля при сложении и умножении, свойства единицы при умножении.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23.09.2022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76" w:after="0" w:line="245" w:lineRule="auto"/>
              <w:ind w:left="72" w:right="576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Исследовать свойства натурального ряда, чисел 0 и 1 при сложении и умножении;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45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https://resh.edu.ru/subject/lesson/7723/start/272294/</w:t>
            </w:r>
          </w:p>
        </w:tc>
      </w:tr>
      <w:tr w:rsidR="006406BB">
        <w:trPr>
          <w:trHeight w:hRule="exact" w:val="111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1.9.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78" w:after="0" w:line="252" w:lineRule="auto"/>
              <w:ind w:left="72" w:right="288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221F1F"/>
                <w:w w:val="97"/>
                <w:sz w:val="16"/>
                <w:lang w:val="ru-RU"/>
              </w:rPr>
              <w:t xml:space="preserve">Переместительное и </w:t>
            </w:r>
            <w:r w:rsidRPr="00DD3294">
              <w:rPr>
                <w:lang w:val="ru-RU"/>
              </w:rPr>
              <w:br/>
            </w:r>
            <w:r w:rsidRPr="00DD3294">
              <w:rPr>
                <w:rFonts w:ascii="Times New Roman" w:eastAsia="Times New Roman" w:hAnsi="Times New Roman"/>
                <w:color w:val="221F1F"/>
                <w:w w:val="97"/>
                <w:sz w:val="16"/>
                <w:lang w:val="ru-RU"/>
              </w:rPr>
              <w:t xml:space="preserve">сочетательное свойства </w:t>
            </w:r>
            <w:r w:rsidRPr="00DD3294">
              <w:rPr>
                <w:lang w:val="ru-RU"/>
              </w:rPr>
              <w:br/>
            </w:r>
            <w:r w:rsidRPr="00DD3294">
              <w:rPr>
                <w:rFonts w:ascii="Times New Roman" w:eastAsia="Times New Roman" w:hAnsi="Times New Roman"/>
                <w:color w:val="221F1F"/>
                <w:w w:val="97"/>
                <w:sz w:val="16"/>
                <w:lang w:val="ru-RU"/>
              </w:rPr>
              <w:t xml:space="preserve">сложения и умножения, </w:t>
            </w:r>
            <w:r w:rsidRPr="00DD3294">
              <w:rPr>
                <w:lang w:val="ru-RU"/>
              </w:rPr>
              <w:br/>
            </w:r>
            <w:r w:rsidRPr="00DD3294">
              <w:rPr>
                <w:rFonts w:ascii="Times New Roman" w:eastAsia="Times New Roman" w:hAnsi="Times New Roman"/>
                <w:color w:val="221F1F"/>
                <w:w w:val="97"/>
                <w:sz w:val="16"/>
                <w:lang w:val="ru-RU"/>
              </w:rPr>
              <w:t>распределительное свойство умножения.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26.09.2022 27.09.2022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78" w:after="0" w:line="247" w:lineRule="auto"/>
              <w:ind w:left="72" w:right="864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Использовать при вычислениях переместительное и сочетательное свойства сложения и умножения, распределительное свойство умножения;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45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https://resh.edu.ru/subject/lesson/7723/start/272294/</w:t>
            </w:r>
          </w:p>
        </w:tc>
      </w:tr>
      <w:tr w:rsidR="006406BB">
        <w:trPr>
          <w:trHeight w:hRule="exact" w:val="73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1.10.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78" w:after="0" w:line="247" w:lineRule="auto"/>
              <w:ind w:left="72" w:right="288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221F1F"/>
                <w:w w:val="97"/>
                <w:sz w:val="16"/>
                <w:lang w:val="ru-RU"/>
              </w:rPr>
              <w:t xml:space="preserve">Делители и кратные числа, разложение числа на </w:t>
            </w:r>
            <w:r w:rsidRPr="00DD3294">
              <w:rPr>
                <w:lang w:val="ru-RU"/>
              </w:rPr>
              <w:br/>
            </w:r>
            <w:r w:rsidRPr="00DD3294">
              <w:rPr>
                <w:rFonts w:ascii="Times New Roman" w:eastAsia="Times New Roman" w:hAnsi="Times New Roman"/>
                <w:color w:val="221F1F"/>
                <w:w w:val="97"/>
                <w:sz w:val="16"/>
                <w:lang w:val="ru-RU"/>
              </w:rPr>
              <w:t>множители.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28.09.2022 03.10.2022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Формулировать и применять правила преобразования числовых выражений на основе свойств арифметических действий;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45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https://resh.edu.ru/subject/lesson/7723/start/272294/</w:t>
            </w:r>
          </w:p>
        </w:tc>
      </w:tr>
      <w:tr w:rsidR="006406BB">
        <w:trPr>
          <w:trHeight w:hRule="exact" w:val="111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1.11.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Деление с остатком.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04.10.2022 10.10.2022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Формулировать определения делителя и кратного, называть делители и кратные числа; распознавать простые и составные числа; формулировать и применять признаки делимости на 2, 3, 5, 9, 10; применять алгоритм разложения числа на простые множители; находить остатки от деления и неполное частное;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45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https://resh.edu.ru/subject/lesson/7712/start/235037/</w:t>
            </w:r>
          </w:p>
        </w:tc>
      </w:tr>
      <w:tr w:rsidR="006406BB">
        <w:trPr>
          <w:trHeight w:hRule="exact" w:val="71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1.12.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221F1F"/>
                <w:w w:val="97"/>
                <w:sz w:val="16"/>
              </w:rPr>
              <w:t>Простые и составные числа.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11.10.2022 12.10.2022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76" w:after="0" w:line="250" w:lineRule="auto"/>
              <w:ind w:left="72" w:right="576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Исследовать свойства натурального ряда, чисел 0 и 1 при сложении и умножении; </w:t>
            </w:r>
            <w:r w:rsidRPr="00DD3294">
              <w:rPr>
                <w:lang w:val="ru-RU"/>
              </w:rPr>
              <w:br/>
            </w:r>
            <w:r w:rsidRPr="00DD329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распознавать простые и составные числа;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https://resh.edu.ru/subject/lesson/7749/start/313626/</w:t>
            </w:r>
          </w:p>
        </w:tc>
      </w:tr>
    </w:tbl>
    <w:p w:rsidR="006406BB" w:rsidRDefault="006406BB">
      <w:pPr>
        <w:autoSpaceDE w:val="0"/>
        <w:autoSpaceDN w:val="0"/>
        <w:spacing w:after="0" w:line="14" w:lineRule="exact"/>
      </w:pPr>
    </w:p>
    <w:p w:rsidR="006406BB" w:rsidRDefault="006406BB">
      <w:pPr>
        <w:sectPr w:rsidR="006406BB">
          <w:pgSz w:w="16840" w:h="11900"/>
          <w:pgMar w:top="282" w:right="640" w:bottom="304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6406BB" w:rsidRDefault="006406BB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2294"/>
        <w:gridCol w:w="528"/>
        <w:gridCol w:w="1104"/>
        <w:gridCol w:w="1142"/>
        <w:gridCol w:w="864"/>
        <w:gridCol w:w="4562"/>
        <w:gridCol w:w="1116"/>
        <w:gridCol w:w="3424"/>
      </w:tblGrid>
      <w:tr w:rsidR="006406BB">
        <w:trPr>
          <w:trHeight w:hRule="exact" w:val="111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1.13.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221F1F"/>
                <w:w w:val="97"/>
                <w:sz w:val="16"/>
              </w:rPr>
              <w:t>Признаки делимости на 2, 5, 10, 3, 9.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13.10.2022 19.10.2022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Формулировать определения делителя и кратного, называть делители и кратные числа; распознавать простые и составные числа; формулировать и применять признаки делимости на 2, 3, 5, 9, 10; применять алгоритм разложения числа на простые множители; находить остатки от деления и неполное частное;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45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https://resh.edu.ru/subject/lesson/7750/start/325275/</w:t>
            </w:r>
          </w:p>
        </w:tc>
      </w:tr>
      <w:tr w:rsidR="006406BB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1.14.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45" w:lineRule="auto"/>
              <w:ind w:left="72" w:right="576"/>
            </w:pPr>
            <w:r>
              <w:rPr>
                <w:rFonts w:ascii="Times New Roman" w:eastAsia="Times New Roman" w:hAnsi="Times New Roman"/>
                <w:color w:val="221F1F"/>
                <w:w w:val="97"/>
                <w:sz w:val="16"/>
              </w:rPr>
              <w:t>Степень с натуральным показателем.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20.10.2022 21.10.2022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47" w:lineRule="auto"/>
              <w:ind w:left="72" w:right="144"/>
            </w:pPr>
            <w:r w:rsidRPr="00DD329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Записывать произведение в виде степени, читать степени, </w:t>
            </w:r>
            <w:r w:rsidRPr="00DD3294">
              <w:rPr>
                <w:lang w:val="ru-RU"/>
              </w:rPr>
              <w:br/>
            </w:r>
            <w:r w:rsidRPr="00DD329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использовать терминологию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основание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показатель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),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вычислять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значения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степеней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https://resh.edu.ru/subject/12/5/</w:t>
            </w:r>
          </w:p>
        </w:tc>
      </w:tr>
      <w:tr w:rsidR="006406BB">
        <w:trPr>
          <w:trHeight w:hRule="exact" w:val="73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1.15.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221F1F"/>
                <w:w w:val="97"/>
                <w:sz w:val="16"/>
              </w:rPr>
              <w:t>Числовые выражения; порядок действий.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24.10.2022 25.10.2022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формулировать и применять правила преобразования числовых выражений на основе свойств арифметических действий;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45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https://resh.edu.ru/subject/12/5/</w:t>
            </w:r>
          </w:p>
        </w:tc>
      </w:tr>
      <w:tr w:rsidR="006406BB">
        <w:trPr>
          <w:trHeight w:hRule="exact" w:val="130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1.16.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221F1F"/>
                <w:w w:val="97"/>
                <w:sz w:val="16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26.10.2022 08.11.2022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76" w:after="0" w:line="252" w:lineRule="auto"/>
              <w:ind w:left="72" w:right="144"/>
              <w:rPr>
                <w:lang w:val="ru-RU"/>
              </w:rPr>
            </w:pPr>
            <w:proofErr w:type="gramStart"/>
            <w:r w:rsidRPr="00DD329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Решать текстовые задачи арифметическим способом, </w:t>
            </w:r>
            <w:r w:rsidRPr="00DD3294">
              <w:rPr>
                <w:lang w:val="ru-RU"/>
              </w:rPr>
              <w:br/>
            </w:r>
            <w:r w:rsidRPr="00DD329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использовать зависимости между величинами (скорость, время, расстояние; цена, количество, стоимость и др.): анализировать и осмысливать текст задачи, переформулировать условие, </w:t>
            </w:r>
            <w:r w:rsidRPr="00DD3294">
              <w:rPr>
                <w:lang w:val="ru-RU"/>
              </w:rPr>
              <w:br/>
            </w:r>
            <w:r w:rsidRPr="00DD329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извлекать необходимые данные, устанавливать зависимости между величинами, строить логическую цепочку рассуждений;</w:t>
            </w:r>
            <w:proofErr w:type="gramEnd"/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45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https://resh.edu.ru/subject/12/5/</w:t>
            </w:r>
          </w:p>
        </w:tc>
      </w:tr>
      <w:tr w:rsidR="006406BB">
        <w:trPr>
          <w:trHeight w:hRule="exact" w:val="348"/>
        </w:trPr>
        <w:tc>
          <w:tcPr>
            <w:tcW w:w="27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разделу: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6406BB"/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6406BB"/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6406BB"/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6406BB"/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406BB" w:rsidRDefault="006406BB"/>
        </w:tc>
        <w:tc>
          <w:tcPr>
            <w:tcW w:w="3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6406BB"/>
        </w:tc>
      </w:tr>
      <w:tr w:rsidR="006406BB" w:rsidRPr="00202888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Раздел 2. </w:t>
            </w:r>
            <w:r w:rsidRPr="00DD3294">
              <w:rPr>
                <w:rFonts w:ascii="Times New Roman" w:eastAsia="Times New Roman" w:hAnsi="Times New Roman"/>
                <w:b/>
                <w:color w:val="221F1F"/>
                <w:w w:val="97"/>
                <w:sz w:val="16"/>
                <w:lang w:val="ru-RU"/>
              </w:rPr>
              <w:t>Наглядная геометрия. Линии на плоскости</w:t>
            </w:r>
          </w:p>
        </w:tc>
      </w:tr>
      <w:tr w:rsidR="006406BB">
        <w:trPr>
          <w:trHeight w:hRule="exact" w:val="92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2.1.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221F1F"/>
                <w:w w:val="97"/>
                <w:sz w:val="16"/>
              </w:rPr>
              <w:t>Точка, прямая, отрезок, луч.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09.11.2022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78" w:after="0" w:line="250" w:lineRule="auto"/>
              <w:ind w:left="72" w:right="432"/>
              <w:rPr>
                <w:lang w:val="ru-RU"/>
              </w:rPr>
            </w:pPr>
            <w:proofErr w:type="gramStart"/>
            <w:r w:rsidRPr="00DD329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Распознавать на чертежах, рисунках, описывать, используя терминологию, и изображать с помощью чертёжных </w:t>
            </w:r>
            <w:r w:rsidRPr="00DD3294">
              <w:rPr>
                <w:lang w:val="ru-RU"/>
              </w:rPr>
              <w:br/>
            </w:r>
            <w:r w:rsidRPr="00DD329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инструментов: точку, прямую, отрезок, луч, угол, ломаную, окружность;</w:t>
            </w:r>
            <w:proofErr w:type="gramEnd"/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https://resh.edu.ru/subject/12/5/</w:t>
            </w:r>
          </w:p>
        </w:tc>
      </w:tr>
      <w:tr w:rsidR="006406BB">
        <w:trPr>
          <w:trHeight w:hRule="exact" w:val="100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2.2.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221F1F"/>
                <w:w w:val="97"/>
                <w:sz w:val="16"/>
              </w:rPr>
              <w:t xml:space="preserve">Ломаная.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10.11.2022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76" w:after="0" w:line="250" w:lineRule="auto"/>
              <w:ind w:left="72" w:right="432"/>
              <w:rPr>
                <w:lang w:val="ru-RU"/>
              </w:rPr>
            </w:pPr>
            <w:proofErr w:type="gramStart"/>
            <w:r w:rsidRPr="00DD329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Распознавать на чертежах, рисунках, описывать, используя терминологию, и изображать с помощью чертёжных </w:t>
            </w:r>
            <w:r w:rsidRPr="00DD3294">
              <w:rPr>
                <w:lang w:val="ru-RU"/>
              </w:rPr>
              <w:br/>
            </w:r>
            <w:r w:rsidRPr="00DD329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инструментов: точку, прямую, отрезок, луч, угол, ломаную, окружность;</w:t>
            </w:r>
            <w:proofErr w:type="gramEnd"/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https://resh.edu.ru/subject/12/5/</w:t>
            </w:r>
          </w:p>
        </w:tc>
      </w:tr>
      <w:tr w:rsidR="006406BB">
        <w:trPr>
          <w:trHeight w:hRule="exact" w:val="111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2.3.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76" w:after="0" w:line="250" w:lineRule="auto"/>
              <w:ind w:left="72" w:right="432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221F1F"/>
                <w:w w:val="97"/>
                <w:sz w:val="16"/>
                <w:lang w:val="ru-RU"/>
              </w:rPr>
              <w:t xml:space="preserve">Измерение длины отрезка, метрические единицы </w:t>
            </w:r>
            <w:r w:rsidRPr="00DD3294">
              <w:rPr>
                <w:lang w:val="ru-RU"/>
              </w:rPr>
              <w:br/>
            </w:r>
            <w:r w:rsidRPr="00DD3294">
              <w:rPr>
                <w:rFonts w:ascii="Times New Roman" w:eastAsia="Times New Roman" w:hAnsi="Times New Roman"/>
                <w:color w:val="221F1F"/>
                <w:w w:val="97"/>
                <w:sz w:val="16"/>
                <w:lang w:val="ru-RU"/>
              </w:rPr>
              <w:t>измерения длины.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11.11.2022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76" w:after="0" w:line="252" w:lineRule="auto"/>
              <w:ind w:left="72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Использовать линейку и транспортир как инструменты для </w:t>
            </w:r>
            <w:r w:rsidRPr="00DD3294">
              <w:rPr>
                <w:lang w:val="ru-RU"/>
              </w:rPr>
              <w:br/>
            </w:r>
            <w:r w:rsidRPr="00DD329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построения и измерения: измерять длину </w:t>
            </w:r>
            <w:proofErr w:type="gramStart"/>
            <w:r w:rsidRPr="00DD329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от</w:t>
            </w:r>
            <w:proofErr w:type="gramEnd"/>
            <w:r w:rsidRPr="00DD329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proofErr w:type="gramStart"/>
            <w:r w:rsidRPr="00DD329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резка</w:t>
            </w:r>
            <w:proofErr w:type="gramEnd"/>
            <w:r w:rsidRPr="00DD329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, величину угла; строить отрезок заданной длины, угол, заданной величины; откладывать циркулем равные отрезки, строить окружность заданного радиуса;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https://resh.edu.ru/subject/12/5/</w:t>
            </w:r>
          </w:p>
        </w:tc>
      </w:tr>
      <w:tr w:rsidR="006406BB">
        <w:trPr>
          <w:trHeight w:hRule="exact" w:val="111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2.4.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221F1F"/>
                <w:w w:val="97"/>
                <w:sz w:val="16"/>
              </w:rPr>
              <w:t>Окружность и круг.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14.11.2022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Использовать линейку и транспортир как инструменты для </w:t>
            </w:r>
            <w:r w:rsidRPr="00DD3294">
              <w:rPr>
                <w:lang w:val="ru-RU"/>
              </w:rPr>
              <w:br/>
            </w:r>
            <w:r w:rsidRPr="00DD329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построения и измерения: измерять длину </w:t>
            </w:r>
            <w:proofErr w:type="gramStart"/>
            <w:r w:rsidRPr="00DD329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от</w:t>
            </w:r>
            <w:proofErr w:type="gramEnd"/>
            <w:r w:rsidRPr="00DD329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proofErr w:type="gramStart"/>
            <w:r w:rsidRPr="00DD329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резка</w:t>
            </w:r>
            <w:proofErr w:type="gramEnd"/>
            <w:r w:rsidRPr="00DD329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, величину угла; строить отрезок заданной длины, угол, заданной величины; откладывать циркулем равные отрезки, строить окружность заданного радиуса;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45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https://resh.edu.ru/subject/12/5/</w:t>
            </w:r>
          </w:p>
        </w:tc>
      </w:tr>
      <w:tr w:rsidR="006406BB">
        <w:trPr>
          <w:trHeight w:hRule="exact" w:val="1096"/>
        </w:trPr>
        <w:tc>
          <w:tcPr>
            <w:tcW w:w="4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2.5.</w:t>
            </w:r>
          </w:p>
        </w:tc>
        <w:tc>
          <w:tcPr>
            <w:tcW w:w="229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74" w:after="0" w:line="250" w:lineRule="auto"/>
              <w:ind w:left="72" w:right="720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221F1F"/>
                <w:w w:val="97"/>
                <w:sz w:val="16"/>
                <w:lang w:val="ru-RU"/>
              </w:rPr>
              <w:t xml:space="preserve">Практическая </w:t>
            </w:r>
            <w:proofErr w:type="spellStart"/>
            <w:r w:rsidRPr="00DD3294">
              <w:rPr>
                <w:rFonts w:ascii="Times New Roman" w:eastAsia="Times New Roman" w:hAnsi="Times New Roman"/>
                <w:color w:val="221F1F"/>
                <w:w w:val="97"/>
                <w:sz w:val="16"/>
                <w:lang w:val="ru-RU"/>
              </w:rPr>
              <w:t>работа</w:t>
            </w:r>
            <w:proofErr w:type="gramStart"/>
            <w:r w:rsidRPr="00DD3294">
              <w:rPr>
                <w:rFonts w:ascii="Times New Roman" w:eastAsia="Times New Roman" w:hAnsi="Times New Roman"/>
                <w:color w:val="221F1F"/>
                <w:w w:val="97"/>
                <w:sz w:val="16"/>
                <w:lang w:val="ru-RU"/>
              </w:rPr>
              <w:t>«П</w:t>
            </w:r>
            <w:proofErr w:type="gramEnd"/>
            <w:r w:rsidRPr="00DD3294">
              <w:rPr>
                <w:rFonts w:ascii="Times New Roman" w:eastAsia="Times New Roman" w:hAnsi="Times New Roman"/>
                <w:color w:val="221F1F"/>
                <w:w w:val="97"/>
                <w:sz w:val="16"/>
                <w:lang w:val="ru-RU"/>
              </w:rPr>
              <w:t>остроение</w:t>
            </w:r>
            <w:proofErr w:type="spellEnd"/>
            <w:r w:rsidRPr="00DD3294">
              <w:rPr>
                <w:rFonts w:ascii="Times New Roman" w:eastAsia="Times New Roman" w:hAnsi="Times New Roman"/>
                <w:color w:val="221F1F"/>
                <w:w w:val="97"/>
                <w:sz w:val="16"/>
                <w:lang w:val="ru-RU"/>
              </w:rPr>
              <w:t xml:space="preserve"> узора из окружностей».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15.11.2022</w:t>
            </w:r>
          </w:p>
        </w:tc>
        <w:tc>
          <w:tcPr>
            <w:tcW w:w="456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74" w:after="0" w:line="252" w:lineRule="auto"/>
              <w:ind w:left="72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Использовать линейку и транспортир как инструменты для </w:t>
            </w:r>
            <w:r w:rsidRPr="00DD3294">
              <w:rPr>
                <w:lang w:val="ru-RU"/>
              </w:rPr>
              <w:br/>
            </w:r>
            <w:r w:rsidRPr="00DD329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построения и измерения: измерять длину </w:t>
            </w:r>
            <w:proofErr w:type="gramStart"/>
            <w:r w:rsidRPr="00DD329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от</w:t>
            </w:r>
            <w:proofErr w:type="gramEnd"/>
            <w:r w:rsidRPr="00DD329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proofErr w:type="gramStart"/>
            <w:r w:rsidRPr="00DD329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резка</w:t>
            </w:r>
            <w:proofErr w:type="gramEnd"/>
            <w:r w:rsidRPr="00DD329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, величину угла; строить отрезок заданной длины, угол, заданной величины; откладывать циркулем равные отрезки, строить окружность заданного радиуса;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4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42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4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https://resh.edu.ru/subject/12/5/</w:t>
            </w:r>
          </w:p>
        </w:tc>
      </w:tr>
    </w:tbl>
    <w:p w:rsidR="006406BB" w:rsidRDefault="006406BB">
      <w:pPr>
        <w:autoSpaceDE w:val="0"/>
        <w:autoSpaceDN w:val="0"/>
        <w:spacing w:after="0" w:line="14" w:lineRule="exact"/>
      </w:pPr>
    </w:p>
    <w:p w:rsidR="006406BB" w:rsidRDefault="006406BB">
      <w:pPr>
        <w:sectPr w:rsidR="006406BB">
          <w:pgSz w:w="16840" w:h="11900"/>
          <w:pgMar w:top="284" w:right="640" w:bottom="724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6406BB" w:rsidRDefault="006406BB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2294"/>
        <w:gridCol w:w="528"/>
        <w:gridCol w:w="1104"/>
        <w:gridCol w:w="1142"/>
        <w:gridCol w:w="864"/>
        <w:gridCol w:w="4562"/>
        <w:gridCol w:w="1116"/>
        <w:gridCol w:w="3424"/>
      </w:tblGrid>
      <w:tr w:rsidR="006406BB">
        <w:trPr>
          <w:trHeight w:hRule="exact" w:val="111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2.6.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221F1F"/>
                <w:w w:val="97"/>
                <w:sz w:val="16"/>
              </w:rPr>
              <w:t xml:space="preserve">Угол.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16.11.2022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Использовать линейку и транспортир как инструменты для </w:t>
            </w:r>
            <w:r w:rsidRPr="00DD3294">
              <w:rPr>
                <w:lang w:val="ru-RU"/>
              </w:rPr>
              <w:br/>
            </w:r>
            <w:r w:rsidRPr="00DD329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построения и измерения: измерять длину </w:t>
            </w:r>
            <w:proofErr w:type="gramStart"/>
            <w:r w:rsidRPr="00DD329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от</w:t>
            </w:r>
            <w:proofErr w:type="gramEnd"/>
            <w:r w:rsidRPr="00DD329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proofErr w:type="gramStart"/>
            <w:r w:rsidRPr="00DD329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резка</w:t>
            </w:r>
            <w:proofErr w:type="gramEnd"/>
            <w:r w:rsidRPr="00DD329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, величину угла; строить отрезок заданной длины, угол, заданной величины; откладывать циркулем равные отрезки, строить окружность заданного радиуса;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https://resh.edu.ru/subject/12/5/</w:t>
            </w:r>
          </w:p>
        </w:tc>
      </w:tr>
      <w:tr w:rsidR="006406BB">
        <w:trPr>
          <w:trHeight w:hRule="exact" w:val="54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2.7.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78" w:after="0" w:line="245" w:lineRule="auto"/>
              <w:ind w:left="72" w:right="432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221F1F"/>
                <w:w w:val="97"/>
                <w:sz w:val="16"/>
                <w:lang w:val="ru-RU"/>
              </w:rPr>
              <w:t>Прямой, острый, тупой и развёрнутый углы.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17.11.2022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Распознавать и изображать на нелинованной и клетчатой бумаге прямой, острый, тупой, развёрнутый углы; сравнивать углы;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https://resh.edu.ru/subject/12/5/</w:t>
            </w:r>
          </w:p>
        </w:tc>
      </w:tr>
      <w:tr w:rsidR="006406BB">
        <w:trPr>
          <w:trHeight w:hRule="exact" w:val="588"/>
        </w:trPr>
        <w:tc>
          <w:tcPr>
            <w:tcW w:w="4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2.8.</w:t>
            </w:r>
          </w:p>
        </w:tc>
        <w:tc>
          <w:tcPr>
            <w:tcW w:w="229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221F1F"/>
                <w:w w:val="97"/>
                <w:sz w:val="16"/>
              </w:rPr>
              <w:t>Измерение углов.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4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18.11.2022 23.11.2022</w:t>
            </w:r>
          </w:p>
        </w:tc>
        <w:tc>
          <w:tcPr>
            <w:tcW w:w="456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74" w:after="0" w:line="245" w:lineRule="auto"/>
              <w:ind w:left="72" w:right="144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Распознавать и изображать на нелинованной и клетчатой бумаге прямой, острый, тупой, развёрнутый углы; сравнивать углы;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4" w:after="0" w:line="245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42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4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https://resh.edu.ru/subject/12/5/</w:t>
            </w:r>
          </w:p>
        </w:tc>
      </w:tr>
      <w:tr w:rsidR="006406BB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2.9.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76" w:after="0" w:line="250" w:lineRule="auto"/>
              <w:ind w:left="72" w:right="288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221F1F"/>
                <w:w w:val="97"/>
                <w:sz w:val="16"/>
                <w:lang w:val="ru-RU"/>
              </w:rPr>
              <w:t>Практическая работа</w:t>
            </w:r>
            <w:r w:rsidRPr="00DD3294">
              <w:rPr>
                <w:lang w:val="ru-RU"/>
              </w:rPr>
              <w:br/>
            </w:r>
            <w:r w:rsidRPr="00DD3294">
              <w:rPr>
                <w:rFonts w:ascii="Times New Roman" w:eastAsia="Times New Roman" w:hAnsi="Times New Roman"/>
                <w:color w:val="221F1F"/>
                <w:w w:val="97"/>
                <w:sz w:val="16"/>
                <w:lang w:val="ru-RU"/>
              </w:rPr>
              <w:t xml:space="preserve">«Построение </w:t>
            </w:r>
            <w:r w:rsidRPr="00DD3294">
              <w:rPr>
                <w:lang w:val="ru-RU"/>
              </w:rPr>
              <w:br/>
            </w:r>
            <w:proofErr w:type="spellStart"/>
            <w:r w:rsidRPr="00DD3294">
              <w:rPr>
                <w:rFonts w:ascii="Times New Roman" w:eastAsia="Times New Roman" w:hAnsi="Times New Roman"/>
                <w:color w:val="221F1F"/>
                <w:w w:val="97"/>
                <w:sz w:val="16"/>
                <w:lang w:val="ru-RU"/>
              </w:rPr>
              <w:t>углов</w:t>
            </w:r>
            <w:proofErr w:type="gramStart"/>
            <w:r w:rsidRPr="00DD3294">
              <w:rPr>
                <w:rFonts w:ascii="Times New Roman" w:eastAsia="Times New Roman" w:hAnsi="Times New Roman"/>
                <w:color w:val="221F1F"/>
                <w:w w:val="97"/>
                <w:sz w:val="16"/>
                <w:lang w:val="ru-RU"/>
              </w:rPr>
              <w:t>»П</w:t>
            </w:r>
            <w:proofErr w:type="gramEnd"/>
            <w:r w:rsidRPr="00DD3294">
              <w:rPr>
                <w:rFonts w:ascii="Times New Roman" w:eastAsia="Times New Roman" w:hAnsi="Times New Roman"/>
                <w:color w:val="221F1F"/>
                <w:w w:val="97"/>
                <w:sz w:val="16"/>
                <w:lang w:val="ru-RU"/>
              </w:rPr>
              <w:t>рактическая</w:t>
            </w:r>
            <w:proofErr w:type="spellEnd"/>
            <w:r w:rsidRPr="00DD3294">
              <w:rPr>
                <w:rFonts w:ascii="Times New Roman" w:eastAsia="Times New Roman" w:hAnsi="Times New Roman"/>
                <w:color w:val="221F1F"/>
                <w:w w:val="97"/>
                <w:sz w:val="16"/>
                <w:lang w:val="ru-RU"/>
              </w:rPr>
              <w:t xml:space="preserve"> </w:t>
            </w:r>
            <w:proofErr w:type="spellStart"/>
            <w:r w:rsidRPr="00DD3294">
              <w:rPr>
                <w:rFonts w:ascii="Times New Roman" w:eastAsia="Times New Roman" w:hAnsi="Times New Roman"/>
                <w:color w:val="221F1F"/>
                <w:w w:val="97"/>
                <w:sz w:val="16"/>
                <w:lang w:val="ru-RU"/>
              </w:rPr>
              <w:t>работа«Построение</w:t>
            </w:r>
            <w:proofErr w:type="spellEnd"/>
            <w:r w:rsidRPr="00DD3294">
              <w:rPr>
                <w:rFonts w:ascii="Times New Roman" w:eastAsia="Times New Roman" w:hAnsi="Times New Roman"/>
                <w:color w:val="221F1F"/>
                <w:w w:val="97"/>
                <w:sz w:val="16"/>
                <w:lang w:val="ru-RU"/>
              </w:rPr>
              <w:t xml:space="preserve"> углов»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24.11.2022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Понимать и использовать при решении задач зависимости между единицами метрической системы мер; знакомиться с </w:t>
            </w:r>
            <w:r w:rsidRPr="00DD3294">
              <w:rPr>
                <w:lang w:val="ru-RU"/>
              </w:rPr>
              <w:br/>
            </w:r>
            <w:proofErr w:type="spellStart"/>
            <w:r w:rsidRPr="00DD329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неметрическими</w:t>
            </w:r>
            <w:proofErr w:type="spellEnd"/>
            <w:r w:rsidRPr="00DD329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системами мер; выражать длину в различных единицах измерения;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https://resh.edu.ru/subject/12/5/</w:t>
            </w:r>
          </w:p>
        </w:tc>
      </w:tr>
      <w:tr w:rsidR="006406BB">
        <w:trPr>
          <w:trHeight w:hRule="exact" w:val="348"/>
        </w:trPr>
        <w:tc>
          <w:tcPr>
            <w:tcW w:w="27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разделу: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6406BB"/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6406BB"/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6406BB"/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6406BB"/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406BB" w:rsidRDefault="006406BB"/>
        </w:tc>
        <w:tc>
          <w:tcPr>
            <w:tcW w:w="3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6406BB"/>
        </w:tc>
      </w:tr>
      <w:tr w:rsidR="006406BB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Раздел 3. </w:t>
            </w:r>
            <w:r>
              <w:rPr>
                <w:rFonts w:ascii="Times New Roman" w:eastAsia="Times New Roman" w:hAnsi="Times New Roman"/>
                <w:b/>
                <w:color w:val="221F1F"/>
                <w:w w:val="97"/>
                <w:sz w:val="16"/>
              </w:rPr>
              <w:t>Обыкновенные дроби</w:t>
            </w:r>
          </w:p>
        </w:tc>
      </w:tr>
      <w:tr w:rsidR="006406BB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3.1.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221F1F"/>
                <w:w w:val="97"/>
                <w:sz w:val="16"/>
              </w:rPr>
              <w:t>Дробь.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25.11.2022 28.11.2022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78" w:after="0" w:line="247" w:lineRule="auto"/>
              <w:ind w:left="72" w:right="144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Читать и записывать, сравнивать обыкновенные дроби, </w:t>
            </w:r>
            <w:r w:rsidRPr="00DD3294">
              <w:rPr>
                <w:lang w:val="ru-RU"/>
              </w:rPr>
              <w:br/>
            </w:r>
            <w:r w:rsidRPr="00DD329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предлагать, обосновывать и обсуждать способы упорядочивания дробей;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https://resh.edu.ru/subject/lesson/7782/start/313719/</w:t>
            </w:r>
          </w:p>
        </w:tc>
      </w:tr>
      <w:tr w:rsidR="006406BB">
        <w:trPr>
          <w:trHeight w:hRule="exact" w:val="73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3.2.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221F1F"/>
                <w:w w:val="97"/>
                <w:sz w:val="16"/>
              </w:rPr>
              <w:t>Правильные и неправильные дроби.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29.11.2022 01.12.2022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78" w:after="0" w:line="247" w:lineRule="auto"/>
              <w:ind w:left="72" w:right="144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Читать и записывать, сравнивать обыкновенные дроби, </w:t>
            </w:r>
            <w:r w:rsidRPr="00DD3294">
              <w:rPr>
                <w:lang w:val="ru-RU"/>
              </w:rPr>
              <w:br/>
            </w:r>
            <w:r w:rsidRPr="00DD329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предлагать, обосновывать и обсуждать способы упорядочивания дробей;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45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https://resh.edu.ru/subject/lesson/7782/start/313719/</w:t>
            </w:r>
          </w:p>
        </w:tc>
      </w:tr>
      <w:tr w:rsidR="006406BB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3.3.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221F1F"/>
                <w:w w:val="97"/>
                <w:sz w:val="16"/>
              </w:rPr>
              <w:t>Основноесвойство дроби.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02.12.2022 06.12.2022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78" w:after="0" w:line="250" w:lineRule="auto"/>
              <w:ind w:left="72" w:right="144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Читать и записывать, сравнивать обыкновенные дроби, </w:t>
            </w:r>
            <w:r w:rsidRPr="00DD3294">
              <w:rPr>
                <w:lang w:val="ru-RU"/>
              </w:rPr>
              <w:br/>
            </w:r>
            <w:r w:rsidRPr="00DD329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предлагать, обосновывать и обсуждать способы упорядочивания дробей;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https://resh.edu.ru/subject/lesson/7782/start/313719/</w:t>
            </w:r>
          </w:p>
        </w:tc>
      </w:tr>
      <w:tr w:rsidR="006406BB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3.4.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221F1F"/>
                <w:w w:val="97"/>
                <w:sz w:val="16"/>
              </w:rPr>
              <w:t>Сравнение дробей.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07.12.2022 09.12.2022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76" w:after="0" w:line="250" w:lineRule="auto"/>
              <w:ind w:left="72" w:right="454"/>
              <w:jc w:val="both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Изображать обыкновенные дроби точками на координатной прямой; использовать </w:t>
            </w:r>
            <w:proofErr w:type="gramStart"/>
            <w:r w:rsidRPr="00DD329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координатную</w:t>
            </w:r>
            <w:proofErr w:type="gramEnd"/>
            <w:r w:rsidRPr="00DD329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прямую для сравнения дробей;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45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https://resh.edu.ru/subject/lesson/7776/start/233239/</w:t>
            </w:r>
          </w:p>
        </w:tc>
      </w:tr>
      <w:tr w:rsidR="006406BB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3.5.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76" w:after="0" w:line="245" w:lineRule="auto"/>
              <w:ind w:left="72" w:right="576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221F1F"/>
                <w:w w:val="97"/>
                <w:sz w:val="16"/>
                <w:lang w:val="ru-RU"/>
              </w:rPr>
              <w:t>Сложение и вычитание обыкновенных дробей.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8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12.12.2022 21.12.2022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76" w:after="0" w:line="250" w:lineRule="auto"/>
              <w:ind w:left="72" w:right="432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Выполнять арифметические действия с обыкновенными дробями; применять свойства арифметических действий для рационализации вычислений;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45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https://resh.edu.ru/subject/lesson/7774/start/313297/</w:t>
            </w:r>
          </w:p>
        </w:tc>
      </w:tr>
      <w:tr w:rsidR="006406BB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3.6.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221F1F"/>
                <w:w w:val="97"/>
                <w:sz w:val="16"/>
              </w:rPr>
              <w:t xml:space="preserve">Смешанная дробь.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22.12.2022 27.12.2022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Представлять смешанную дробь в виде неправильной и выделять целую часть числа из неправильной дроби;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45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https://resh.edu.ru/subject/lesson/7771/start/313328/</w:t>
            </w:r>
          </w:p>
        </w:tc>
      </w:tr>
      <w:tr w:rsidR="006406BB">
        <w:trPr>
          <w:trHeight w:hRule="exact" w:val="73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3.7.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78" w:after="0" w:line="247" w:lineRule="auto"/>
              <w:ind w:left="72" w:right="432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221F1F"/>
                <w:w w:val="97"/>
                <w:sz w:val="16"/>
                <w:lang w:val="ru-RU"/>
              </w:rPr>
              <w:t xml:space="preserve">Умножение и деление </w:t>
            </w:r>
            <w:r w:rsidRPr="00DD3294">
              <w:rPr>
                <w:lang w:val="ru-RU"/>
              </w:rPr>
              <w:br/>
            </w:r>
            <w:r w:rsidRPr="00DD3294">
              <w:rPr>
                <w:rFonts w:ascii="Times New Roman" w:eastAsia="Times New Roman" w:hAnsi="Times New Roman"/>
                <w:color w:val="221F1F"/>
                <w:w w:val="97"/>
                <w:sz w:val="16"/>
                <w:lang w:val="ru-RU"/>
              </w:rPr>
              <w:t>обыкновенных дробей; взаимно-обратные дроби.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0.25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09.01.2023 24.01.2023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78" w:after="0" w:line="247" w:lineRule="auto"/>
              <w:ind w:left="72" w:right="432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Выполнять арифметические действия с обыкновенными дробями; применять свойства арифметических действий для рационализации вычислений;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45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https://resh.edu.ru/subject/lesson/7769/start/290790/</w:t>
            </w:r>
          </w:p>
        </w:tc>
      </w:tr>
      <w:tr w:rsidR="006406BB">
        <w:trPr>
          <w:trHeight w:hRule="exact" w:val="80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3.8.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221F1F"/>
                <w:w w:val="97"/>
                <w:sz w:val="16"/>
                <w:lang w:val="ru-RU"/>
              </w:rPr>
              <w:t xml:space="preserve">Решение текстовых задач, </w:t>
            </w:r>
            <w:proofErr w:type="gramStart"/>
            <w:r w:rsidRPr="00DD3294">
              <w:rPr>
                <w:rFonts w:ascii="Times New Roman" w:eastAsia="Times New Roman" w:hAnsi="Times New Roman"/>
                <w:color w:val="221F1F"/>
                <w:w w:val="97"/>
                <w:sz w:val="16"/>
                <w:lang w:val="ru-RU"/>
              </w:rPr>
              <w:t>со</w:t>
            </w:r>
            <w:proofErr w:type="gramEnd"/>
            <w:r w:rsidRPr="00DD3294">
              <w:rPr>
                <w:rFonts w:ascii="Times New Roman" w:eastAsia="Times New Roman" w:hAnsi="Times New Roman"/>
                <w:color w:val="221F1F"/>
                <w:w w:val="97"/>
                <w:sz w:val="16"/>
                <w:lang w:val="ru-RU"/>
              </w:rPr>
              <w:t xml:space="preserve"> держащих дроби.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25.01.2023 30.01.2023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Решать текстовые задачи, содержащие дробные данные, и задачи на нахождение части целого и целого по его части; выявлять их сходства и различия;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https://resh.edu.ru/subject/lesson/7768/start/234138/</w:t>
            </w:r>
          </w:p>
        </w:tc>
      </w:tr>
      <w:tr w:rsidR="006406BB">
        <w:trPr>
          <w:trHeight w:hRule="exact" w:val="52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3.9.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proofErr w:type="gramStart"/>
            <w:r w:rsidRPr="00DD3294">
              <w:rPr>
                <w:rFonts w:ascii="Times New Roman" w:eastAsia="Times New Roman" w:hAnsi="Times New Roman"/>
                <w:color w:val="221F1F"/>
                <w:w w:val="97"/>
                <w:sz w:val="16"/>
                <w:lang w:val="ru-RU"/>
              </w:rPr>
              <w:t>Основные за дачи на дроби.</w:t>
            </w:r>
            <w:proofErr w:type="gram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31.01.2023 03.02.2023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76" w:after="0" w:line="245" w:lineRule="auto"/>
              <w:ind w:left="72" w:right="144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Моделировать ход решения задачи с помощью рисунка, схемы, таблицы;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45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https://resh.edu.ru/subject/lesson/7768/start/234138/</w:t>
            </w:r>
          </w:p>
        </w:tc>
      </w:tr>
    </w:tbl>
    <w:p w:rsidR="006406BB" w:rsidRDefault="006406BB">
      <w:pPr>
        <w:autoSpaceDE w:val="0"/>
        <w:autoSpaceDN w:val="0"/>
        <w:spacing w:after="0" w:line="14" w:lineRule="exact"/>
      </w:pPr>
    </w:p>
    <w:p w:rsidR="006406BB" w:rsidRDefault="006406BB">
      <w:pPr>
        <w:sectPr w:rsidR="006406BB">
          <w:pgSz w:w="16840" w:h="11900"/>
          <w:pgMar w:top="284" w:right="640" w:bottom="586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6406BB" w:rsidRDefault="006406BB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2294"/>
        <w:gridCol w:w="528"/>
        <w:gridCol w:w="1104"/>
        <w:gridCol w:w="1142"/>
        <w:gridCol w:w="864"/>
        <w:gridCol w:w="4562"/>
        <w:gridCol w:w="1116"/>
        <w:gridCol w:w="3424"/>
      </w:tblGrid>
      <w:tr w:rsidR="006406BB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3.10.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78" w:after="0" w:line="247" w:lineRule="auto"/>
              <w:ind w:left="72" w:right="144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221F1F"/>
                <w:w w:val="97"/>
                <w:sz w:val="16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06.02.2023 08.02.2023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78" w:after="0" w:line="245" w:lineRule="auto"/>
              <w:ind w:left="72" w:right="288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Приводить, разбирать, оценивать различные решения, записи решений текстовых задач;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45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https://resh.edu.ru/subject/lesson/7788/start/234448/</w:t>
            </w:r>
          </w:p>
        </w:tc>
      </w:tr>
      <w:tr w:rsidR="006406BB">
        <w:trPr>
          <w:trHeight w:hRule="exact" w:val="348"/>
        </w:trPr>
        <w:tc>
          <w:tcPr>
            <w:tcW w:w="27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разделу: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48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6406BB"/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6406BB"/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6406BB"/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6406BB"/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406BB" w:rsidRDefault="006406BB"/>
        </w:tc>
        <w:tc>
          <w:tcPr>
            <w:tcW w:w="3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6406BB"/>
        </w:tc>
      </w:tr>
      <w:tr w:rsidR="006406BB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Раздел 4. </w:t>
            </w:r>
            <w:r>
              <w:rPr>
                <w:rFonts w:ascii="Times New Roman" w:eastAsia="Times New Roman" w:hAnsi="Times New Roman"/>
                <w:b/>
                <w:color w:val="221F1F"/>
                <w:w w:val="97"/>
                <w:sz w:val="16"/>
              </w:rPr>
              <w:t>Наглядная геометрия. Многоугольники</w:t>
            </w:r>
          </w:p>
        </w:tc>
      </w:tr>
      <w:tr w:rsidR="006406BB">
        <w:trPr>
          <w:trHeight w:hRule="exact" w:val="73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4.1.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221F1F"/>
                <w:w w:val="97"/>
                <w:sz w:val="16"/>
              </w:rPr>
              <w:t>Многоугольники.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09.02.2023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78" w:after="0" w:line="247" w:lineRule="auto"/>
              <w:ind w:left="72" w:right="288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Описывать, используя терминологию, изображать с помощью чертёжных инструментов и от руки, моделировать из бумаги многоугольники;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https://resh.edu.ru/subject/lesson/7737/start/233673/</w:t>
            </w:r>
          </w:p>
        </w:tc>
      </w:tr>
      <w:tr w:rsidR="006406BB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4.2.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221F1F"/>
                <w:w w:val="97"/>
                <w:sz w:val="16"/>
              </w:rPr>
              <w:t xml:space="preserve">Четырёхугольник, </w:t>
            </w:r>
            <w:r>
              <w:br/>
            </w:r>
            <w:r>
              <w:rPr>
                <w:rFonts w:ascii="Times New Roman" w:eastAsia="Times New Roman" w:hAnsi="Times New Roman"/>
                <w:color w:val="221F1F"/>
                <w:w w:val="97"/>
                <w:sz w:val="16"/>
              </w:rPr>
              <w:t>прямоугольник, квадрат.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10.02.2023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76" w:after="0" w:line="250" w:lineRule="auto"/>
              <w:ind w:left="72" w:right="720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Исследовать свойства прямоугольника, квадрата путём эксперимента, наблюдения, измерения, моделирования; сравнивать свойства квадрата и прямоугольника;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https://resh.edu.ru/subject/lesson/7737/start/233518/</w:t>
            </w:r>
          </w:p>
        </w:tc>
      </w:tr>
      <w:tr w:rsidR="006406BB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4.3.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221F1F"/>
                <w:w w:val="97"/>
                <w:sz w:val="16"/>
                <w:lang w:val="ru-RU"/>
              </w:rPr>
              <w:t>Практическая работа</w:t>
            </w:r>
            <w:r w:rsidRPr="00DD3294">
              <w:rPr>
                <w:lang w:val="ru-RU"/>
              </w:rPr>
              <w:br/>
            </w:r>
            <w:r w:rsidRPr="00DD3294">
              <w:rPr>
                <w:rFonts w:ascii="Times New Roman" w:eastAsia="Times New Roman" w:hAnsi="Times New Roman"/>
                <w:color w:val="221F1F"/>
                <w:w w:val="97"/>
                <w:sz w:val="16"/>
                <w:lang w:val="ru-RU"/>
              </w:rPr>
              <w:t xml:space="preserve">«Построение прямоугольника с заданными сторонами на </w:t>
            </w:r>
            <w:r w:rsidRPr="00DD3294">
              <w:rPr>
                <w:lang w:val="ru-RU"/>
              </w:rPr>
              <w:br/>
            </w:r>
            <w:r w:rsidRPr="00DD3294">
              <w:rPr>
                <w:rFonts w:ascii="Times New Roman" w:eastAsia="Times New Roman" w:hAnsi="Times New Roman"/>
                <w:color w:val="221F1F"/>
                <w:w w:val="97"/>
                <w:sz w:val="16"/>
                <w:lang w:val="ru-RU"/>
              </w:rPr>
              <w:t>нелинованной бумаге».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13.02.2023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76" w:after="0" w:line="245" w:lineRule="auto"/>
              <w:ind w:left="72" w:right="432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Изображать остроугольные, прямоугольные и тупоугольные треугольники;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45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https://resh.edu.ru/subject/lesson/7737/start/233518/</w:t>
            </w:r>
          </w:p>
        </w:tc>
      </w:tr>
      <w:tr w:rsidR="006406BB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4.4.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221F1F"/>
                <w:w w:val="97"/>
                <w:sz w:val="16"/>
              </w:rPr>
              <w:t>Треугольник.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14.02.2023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78" w:after="0" w:line="245" w:lineRule="auto"/>
              <w:ind w:left="72" w:right="432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Изображать остроугольные, прямоугольные и тупоугольные треугольники;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https://resh.edu.ru/subject/lesson/7734/start/234913/</w:t>
            </w:r>
          </w:p>
        </w:tc>
      </w:tr>
      <w:tr w:rsidR="006406BB">
        <w:trPr>
          <w:trHeight w:hRule="exact" w:val="131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4.5.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78" w:after="0" w:line="252" w:lineRule="auto"/>
              <w:ind w:left="72" w:right="288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221F1F"/>
                <w:w w:val="97"/>
                <w:sz w:val="16"/>
                <w:lang w:val="ru-RU"/>
              </w:rPr>
              <w:t xml:space="preserve">Площадь и периметр </w:t>
            </w:r>
            <w:r w:rsidRPr="00DD3294">
              <w:rPr>
                <w:lang w:val="ru-RU"/>
              </w:rPr>
              <w:br/>
            </w:r>
            <w:r w:rsidRPr="00DD3294">
              <w:rPr>
                <w:rFonts w:ascii="Times New Roman" w:eastAsia="Times New Roman" w:hAnsi="Times New Roman"/>
                <w:color w:val="221F1F"/>
                <w:w w:val="97"/>
                <w:sz w:val="16"/>
                <w:lang w:val="ru-RU"/>
              </w:rPr>
              <w:t xml:space="preserve">прямоугольника и </w:t>
            </w:r>
            <w:r w:rsidRPr="00DD3294">
              <w:rPr>
                <w:lang w:val="ru-RU"/>
              </w:rPr>
              <w:br/>
            </w:r>
            <w:r w:rsidRPr="00DD3294">
              <w:rPr>
                <w:rFonts w:ascii="Times New Roman" w:eastAsia="Times New Roman" w:hAnsi="Times New Roman"/>
                <w:color w:val="221F1F"/>
                <w:w w:val="97"/>
                <w:sz w:val="16"/>
                <w:lang w:val="ru-RU"/>
              </w:rPr>
              <w:t xml:space="preserve">многоугольников, </w:t>
            </w:r>
            <w:r w:rsidRPr="00DD3294">
              <w:rPr>
                <w:lang w:val="ru-RU"/>
              </w:rPr>
              <w:br/>
            </w:r>
            <w:r w:rsidRPr="00DD3294">
              <w:rPr>
                <w:rFonts w:ascii="Times New Roman" w:eastAsia="Times New Roman" w:hAnsi="Times New Roman"/>
                <w:color w:val="221F1F"/>
                <w:w w:val="97"/>
                <w:sz w:val="16"/>
                <w:lang w:val="ru-RU"/>
              </w:rPr>
              <w:t xml:space="preserve">составленных из </w:t>
            </w:r>
            <w:r w:rsidRPr="00DD3294">
              <w:rPr>
                <w:lang w:val="ru-RU"/>
              </w:rPr>
              <w:br/>
            </w:r>
            <w:r w:rsidRPr="00DD3294">
              <w:rPr>
                <w:rFonts w:ascii="Times New Roman" w:eastAsia="Times New Roman" w:hAnsi="Times New Roman"/>
                <w:color w:val="221F1F"/>
                <w:w w:val="97"/>
                <w:sz w:val="16"/>
                <w:lang w:val="ru-RU"/>
              </w:rPr>
              <w:t>прямоугольников, единицы измерения площади.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15.02.2023 20.02.2023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78" w:after="0" w:line="247" w:lineRule="auto"/>
              <w:ind w:left="72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Выражать величину площади в различных единицах измерения метрической системы мер, понимать и использовать зависимости между метрическими единицами измерения площади;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jc w:val="center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Тестирование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https://resh.edu.ru/subject/lesson/7734/start/234518/</w:t>
            </w:r>
          </w:p>
        </w:tc>
      </w:tr>
      <w:tr w:rsidR="006406BB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4.6.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221F1F"/>
                <w:w w:val="97"/>
                <w:sz w:val="16"/>
              </w:rPr>
              <w:t>Периметр много угольника.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21.02.2023 22.02.2023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76" w:after="0" w:line="245" w:lineRule="auto"/>
              <w:ind w:left="72" w:right="288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Знакомиться с примерами применения площади и периметра в практических ситуациях;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45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https://resh.edu.ru/subject/lesson/7734/start/234518/</w:t>
            </w:r>
          </w:p>
        </w:tc>
      </w:tr>
      <w:tr w:rsidR="006406BB">
        <w:trPr>
          <w:trHeight w:hRule="exact" w:val="348"/>
        </w:trPr>
        <w:tc>
          <w:tcPr>
            <w:tcW w:w="27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разделу: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6406BB"/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6406BB"/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6406BB"/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6406BB"/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406BB" w:rsidRDefault="006406BB"/>
        </w:tc>
        <w:tc>
          <w:tcPr>
            <w:tcW w:w="3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6406BB"/>
        </w:tc>
      </w:tr>
      <w:tr w:rsidR="006406BB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Раздел 5. </w:t>
            </w:r>
            <w:r>
              <w:rPr>
                <w:rFonts w:ascii="Times New Roman" w:eastAsia="Times New Roman" w:hAnsi="Times New Roman"/>
                <w:b/>
                <w:color w:val="221F1F"/>
                <w:w w:val="97"/>
                <w:sz w:val="16"/>
              </w:rPr>
              <w:t xml:space="preserve">Десятичные дроби </w:t>
            </w:r>
          </w:p>
        </w:tc>
      </w:tr>
      <w:tr w:rsidR="006406BB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5.1.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221F1F"/>
                <w:w w:val="97"/>
                <w:sz w:val="16"/>
              </w:rPr>
              <w:t>Десятичная запись дробей.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24.02.2023 01.03.2023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Представлять десятичную дробь в виде обыкновенной, читать и записывать, сравнивать десятичные дроби, предлагать, </w:t>
            </w:r>
            <w:r w:rsidRPr="00DD3294">
              <w:rPr>
                <w:lang w:val="ru-RU"/>
              </w:rPr>
              <w:br/>
            </w:r>
            <w:r w:rsidRPr="00DD329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обосновывать и обсуждать способы упорядочивания десятичных дробей;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45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https://resh.edu.ru/subject/lesson/7734/start/704/</w:t>
            </w:r>
          </w:p>
        </w:tc>
      </w:tr>
      <w:tr w:rsidR="006406BB">
        <w:trPr>
          <w:trHeight w:hRule="exact" w:val="92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5.2.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221F1F"/>
                <w:w w:val="97"/>
                <w:sz w:val="16"/>
              </w:rPr>
              <w:t>Сравнение десятичных дробей.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02.03.2023 07.03.2023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Представлять десятичную дробь в виде обыкновенной, читать и записывать, сравнивать десятичные дроби, предлагать, </w:t>
            </w:r>
            <w:r w:rsidRPr="00DD3294">
              <w:rPr>
                <w:lang w:val="ru-RU"/>
              </w:rPr>
              <w:br/>
            </w:r>
            <w:r w:rsidRPr="00DD329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обосновывать и обсуждать способы упорядочивания десятичных дробей;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45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https://resh.edu.ru/subject/lesson/7734/start/718/</w:t>
            </w:r>
          </w:p>
        </w:tc>
      </w:tr>
      <w:tr w:rsidR="006406BB">
        <w:trPr>
          <w:trHeight w:hRule="exact" w:val="540"/>
        </w:trPr>
        <w:tc>
          <w:tcPr>
            <w:tcW w:w="4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5.3.</w:t>
            </w:r>
          </w:p>
        </w:tc>
        <w:tc>
          <w:tcPr>
            <w:tcW w:w="229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4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221F1F"/>
                <w:w w:val="97"/>
                <w:sz w:val="16"/>
              </w:rPr>
              <w:t>Действия с десятичными дробями.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15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4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09.03.2023 05.04.2023</w:t>
            </w:r>
          </w:p>
        </w:tc>
        <w:tc>
          <w:tcPr>
            <w:tcW w:w="456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74" w:after="0" w:line="245" w:lineRule="auto"/>
              <w:ind w:left="72" w:right="144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Выполнять арифметические действия с десятичными дробями; выполнять прикидку и оценку результата вычислений;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4" w:after="0" w:line="245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42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4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https://resh.edu.ru/subject/lesson/7734/start/719/</w:t>
            </w:r>
          </w:p>
        </w:tc>
      </w:tr>
      <w:tr w:rsidR="006406BB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.5.4.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45" w:lineRule="auto"/>
              <w:ind w:left="72" w:right="576"/>
            </w:pPr>
            <w:r>
              <w:rPr>
                <w:rFonts w:ascii="Times New Roman" w:eastAsia="Times New Roman" w:hAnsi="Times New Roman"/>
                <w:color w:val="221F1F"/>
                <w:w w:val="97"/>
                <w:sz w:val="16"/>
              </w:rPr>
              <w:t>Округление десятичных дробей.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06.04.2023 13.04.2023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Применять правило округления десятичных дробей;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https://resh.edu.ru/subject/lesson/7734/start/27/</w:t>
            </w:r>
          </w:p>
        </w:tc>
      </w:tr>
      <w:tr w:rsidR="006406BB">
        <w:trPr>
          <w:trHeight w:hRule="exact" w:val="71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5.5.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76" w:after="0" w:line="245" w:lineRule="auto"/>
              <w:ind w:left="72" w:right="432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221F1F"/>
                <w:w w:val="97"/>
                <w:sz w:val="16"/>
                <w:lang w:val="ru-RU"/>
              </w:rPr>
              <w:t>Решение текстовых задач, содержащих дроби.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14.04.2023 20.04.2023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76" w:after="0" w:line="250" w:lineRule="auto"/>
              <w:ind w:left="72" w:right="404"/>
              <w:jc w:val="both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Решать текстовые задачи, содержащие дробные данные, и на нахождение части целого и целого по его части; выявлять их сходства и различия;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45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https://resh.edu.ru/subject/lesson/7734/start/721/</w:t>
            </w:r>
          </w:p>
        </w:tc>
      </w:tr>
    </w:tbl>
    <w:p w:rsidR="006406BB" w:rsidRDefault="006406BB">
      <w:pPr>
        <w:autoSpaceDE w:val="0"/>
        <w:autoSpaceDN w:val="0"/>
        <w:spacing w:after="0" w:line="14" w:lineRule="exact"/>
      </w:pPr>
    </w:p>
    <w:p w:rsidR="006406BB" w:rsidRDefault="006406BB">
      <w:pPr>
        <w:sectPr w:rsidR="006406BB">
          <w:pgSz w:w="16840" w:h="11900"/>
          <w:pgMar w:top="284" w:right="640" w:bottom="376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6406BB" w:rsidRDefault="006406BB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2294"/>
        <w:gridCol w:w="528"/>
        <w:gridCol w:w="1104"/>
        <w:gridCol w:w="1142"/>
        <w:gridCol w:w="864"/>
        <w:gridCol w:w="4562"/>
        <w:gridCol w:w="1116"/>
        <w:gridCol w:w="3424"/>
      </w:tblGrid>
      <w:tr w:rsidR="006406BB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5.6.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proofErr w:type="gramStart"/>
            <w:r w:rsidRPr="00DD3294">
              <w:rPr>
                <w:rFonts w:ascii="Times New Roman" w:eastAsia="Times New Roman" w:hAnsi="Times New Roman"/>
                <w:color w:val="221F1F"/>
                <w:w w:val="97"/>
                <w:sz w:val="16"/>
                <w:lang w:val="ru-RU"/>
              </w:rPr>
              <w:t>Основные за дачи на дроби.</w:t>
            </w:r>
            <w:proofErr w:type="gram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21.04.2023 26.04.2023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47" w:lineRule="auto"/>
              <w:ind w:left="72" w:right="144"/>
            </w:pPr>
            <w:r w:rsidRPr="00DD329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Моделировать ход решения задачи с помощью рисунка, схемы, таблицы.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Приводить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разбирать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оценивать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различные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решения, записи решений текстовых задач;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Контрольная работа;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https://resh.edu.ru/subject/lesson/7734/start/721/</w:t>
            </w:r>
          </w:p>
        </w:tc>
      </w:tr>
      <w:tr w:rsidR="006406BB">
        <w:trPr>
          <w:trHeight w:hRule="exact" w:val="348"/>
        </w:trPr>
        <w:tc>
          <w:tcPr>
            <w:tcW w:w="27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разделу: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38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6406BB"/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6406BB"/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6406BB"/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6406BB"/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406BB" w:rsidRDefault="006406BB"/>
        </w:tc>
        <w:tc>
          <w:tcPr>
            <w:tcW w:w="3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6406BB"/>
        </w:tc>
      </w:tr>
      <w:tr w:rsidR="006406BB" w:rsidRPr="00202888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b/>
                <w:color w:val="221F1F"/>
                <w:w w:val="97"/>
                <w:sz w:val="16"/>
                <w:lang w:val="ru-RU"/>
              </w:rPr>
              <w:t xml:space="preserve">Раздел 6. Наглядная геометрия. Тела и фигуры в пространстве </w:t>
            </w:r>
          </w:p>
        </w:tc>
      </w:tr>
      <w:tr w:rsidR="006406BB">
        <w:trPr>
          <w:trHeight w:hRule="exact" w:val="73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6.1.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221F1F"/>
                <w:w w:val="97"/>
                <w:sz w:val="16"/>
              </w:rPr>
              <w:t xml:space="preserve">Многогранники.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27.04.2023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78" w:after="0" w:line="247" w:lineRule="auto"/>
              <w:ind w:left="72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Распознавать на чертежах, рисунках, в окружающем мире </w:t>
            </w:r>
            <w:r w:rsidRPr="00DD3294">
              <w:rPr>
                <w:lang w:val="ru-RU"/>
              </w:rPr>
              <w:br/>
            </w:r>
            <w:r w:rsidRPr="00DD329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прямоугольный параллелепипед, куб, многогранники, описывать, используя терминологию, оценивать линейные размеры;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https://resh.edu.ru/subject/lesson/7731/start/325368/</w:t>
            </w:r>
          </w:p>
        </w:tc>
      </w:tr>
      <w:tr w:rsidR="006406BB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6.2.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221F1F"/>
                <w:w w:val="97"/>
                <w:sz w:val="16"/>
              </w:rPr>
              <w:t>Изображение многогранников.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28.04.2023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Изображать куб на клетчатой бумаге;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https://resh.edu.ru/subject/lesson/7731/start/325368/</w:t>
            </w:r>
          </w:p>
        </w:tc>
      </w:tr>
      <w:tr w:rsidR="006406BB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6.3.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221F1F"/>
                <w:w w:val="97"/>
                <w:sz w:val="16"/>
              </w:rPr>
              <w:t>Модели пространственных тел.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0.25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02.05.2023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76" w:after="0" w:line="245" w:lineRule="auto"/>
              <w:ind w:left="72" w:right="576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Моделировать куб и параллелепипед из бумаги и прочих материалов, объяснять способ моделирования;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https://resh.edu.ru/subject/lesson/7731/start/325368/</w:t>
            </w:r>
          </w:p>
        </w:tc>
      </w:tr>
      <w:tr w:rsidR="006406BB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6.4.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45" w:lineRule="auto"/>
              <w:ind w:left="72" w:right="720"/>
            </w:pPr>
            <w:r>
              <w:rPr>
                <w:rFonts w:ascii="Times New Roman" w:eastAsia="Times New Roman" w:hAnsi="Times New Roman"/>
                <w:color w:val="221F1F"/>
                <w:w w:val="97"/>
                <w:sz w:val="16"/>
              </w:rPr>
              <w:t xml:space="preserve">Прямоугольный </w:t>
            </w:r>
            <w:r>
              <w:br/>
            </w:r>
            <w:r>
              <w:rPr>
                <w:rFonts w:ascii="Times New Roman" w:eastAsia="Times New Roman" w:hAnsi="Times New Roman"/>
                <w:color w:val="221F1F"/>
                <w:w w:val="97"/>
                <w:sz w:val="16"/>
              </w:rPr>
              <w:t>параллелепипед, куб.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03.05.2023 04.05.2023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76" w:after="0" w:line="245" w:lineRule="auto"/>
              <w:ind w:left="72" w:right="576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Моделировать куб и параллелепипед из бумаги и прочих материалов, объяснять способ моделирования;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https://resh.edu.ru/subject/lesson/7731/start/325368/</w:t>
            </w:r>
          </w:p>
        </w:tc>
      </w:tr>
      <w:tr w:rsidR="006406BB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6.5.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45" w:lineRule="auto"/>
              <w:ind w:right="1008"/>
              <w:jc w:val="center"/>
            </w:pPr>
            <w:r>
              <w:rPr>
                <w:rFonts w:ascii="Times New Roman" w:eastAsia="Times New Roman" w:hAnsi="Times New Roman"/>
                <w:color w:val="221F1F"/>
                <w:w w:val="97"/>
                <w:sz w:val="16"/>
              </w:rPr>
              <w:t>Развёртки куба и параллелепипеда.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05.05.2023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Распознавать и изображать развёртки куба и параллелепипеда;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45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https://resh.edu.ru/subject/lesson/7731/start/325368/</w:t>
            </w:r>
          </w:p>
        </w:tc>
      </w:tr>
      <w:tr w:rsidR="006406BB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6.6..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45" w:lineRule="auto"/>
              <w:ind w:left="72" w:right="720"/>
            </w:pPr>
            <w:r>
              <w:rPr>
                <w:rFonts w:ascii="Times New Roman" w:eastAsia="Times New Roman" w:hAnsi="Times New Roman"/>
                <w:color w:val="221F1F"/>
                <w:w w:val="97"/>
                <w:sz w:val="16"/>
              </w:rPr>
              <w:t>Практическая работа«Развёртка куба».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08.05.2023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Распознавать и изображать развёртки куба и параллелепипеда;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https://resh.edu.ru/subject/lesson/7731/start/325368/</w:t>
            </w:r>
          </w:p>
        </w:tc>
      </w:tr>
      <w:tr w:rsidR="006406BB">
        <w:trPr>
          <w:trHeight w:hRule="exact" w:val="92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6.7.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221F1F"/>
                <w:w w:val="97"/>
                <w:sz w:val="16"/>
              </w:rPr>
              <w:t>Объём куба, прямоугольного параллелепипеда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10.05.2023 11.05.2023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Находить измерения, вычислять площадь поверхности; объём куба, прямоугольного параллелепипеда; исследовать зависимость объёма куба от длины его ребра, выдвигать и обосновывать гипотезу;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45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https://resh.edu.ru/subject/lesson/7731/start/325368/</w:t>
            </w:r>
          </w:p>
        </w:tc>
      </w:tr>
      <w:tr w:rsidR="006406BB">
        <w:trPr>
          <w:trHeight w:hRule="exact" w:val="348"/>
        </w:trPr>
        <w:tc>
          <w:tcPr>
            <w:tcW w:w="27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разделу: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9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6406BB"/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6406BB"/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6406BB"/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6406BB"/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406BB" w:rsidRDefault="006406BB"/>
        </w:tc>
        <w:tc>
          <w:tcPr>
            <w:tcW w:w="3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6406BB"/>
        </w:tc>
      </w:tr>
      <w:tr w:rsidR="006406BB">
        <w:trPr>
          <w:trHeight w:hRule="exact" w:val="348"/>
        </w:trPr>
        <w:tc>
          <w:tcPr>
            <w:tcW w:w="1096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Раздел 7. </w:t>
            </w:r>
            <w:r>
              <w:rPr>
                <w:rFonts w:ascii="Times New Roman" w:eastAsia="Times New Roman" w:hAnsi="Times New Roman"/>
                <w:b/>
                <w:color w:val="221F1F"/>
                <w:w w:val="97"/>
                <w:sz w:val="16"/>
              </w:rPr>
              <w:t>Повторение и обобщение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406BB" w:rsidRDefault="006406BB"/>
        </w:tc>
        <w:tc>
          <w:tcPr>
            <w:tcW w:w="3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6406BB"/>
        </w:tc>
      </w:tr>
      <w:tr w:rsidR="006406BB" w:rsidRPr="00202888">
        <w:trPr>
          <w:trHeight w:hRule="exact" w:val="146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7.1.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221F1F"/>
                <w:w w:val="97"/>
                <w:sz w:val="16"/>
                <w:lang w:val="ru-RU"/>
              </w:rPr>
              <w:t xml:space="preserve">Повторение основных понятий и методов курса 5 класса, </w:t>
            </w:r>
            <w:r w:rsidRPr="00DD3294">
              <w:rPr>
                <w:lang w:val="ru-RU"/>
              </w:rPr>
              <w:br/>
            </w:r>
            <w:r w:rsidRPr="00DD3294">
              <w:rPr>
                <w:rFonts w:ascii="Times New Roman" w:eastAsia="Times New Roman" w:hAnsi="Times New Roman"/>
                <w:color w:val="221F1F"/>
                <w:w w:val="97"/>
                <w:sz w:val="16"/>
                <w:lang w:val="ru-RU"/>
              </w:rPr>
              <w:t>обобщение знаний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12.05.2023 25.05.2023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76" w:after="0" w:line="245" w:lineRule="auto"/>
              <w:ind w:left="72" w:right="288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Решать задачи из реальной жизни, применять математические знания для решения задач из других учебных предметов;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76" w:after="0" w:line="252" w:lineRule="auto"/>
              <w:ind w:left="72" w:right="144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</w:t>
            </w:r>
            <w:r w:rsidRPr="00DD3294">
              <w:rPr>
                <w:lang w:val="ru-RU"/>
              </w:rPr>
              <w:br/>
            </w:r>
            <w:r w:rsidRPr="00DD329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опрос; </w:t>
            </w:r>
            <w:r w:rsidRPr="00DD3294">
              <w:rPr>
                <w:lang w:val="ru-RU"/>
              </w:rPr>
              <w:br/>
            </w:r>
            <w:r w:rsidRPr="00DD329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Письменный контроль; </w:t>
            </w:r>
            <w:r w:rsidRPr="00DD3294">
              <w:rPr>
                <w:lang w:val="ru-RU"/>
              </w:rPr>
              <w:br/>
            </w:r>
            <w:r w:rsidRPr="00DD329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Контрольная работа;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76" w:after="0" w:line="233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DD329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proofErr w:type="spellEnd"/>
            <w:r w:rsidRPr="00DD329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DD329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DD329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DD329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</w:t>
            </w:r>
            <w:r w:rsidRPr="00DD329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/7789/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start</w:t>
            </w:r>
            <w:r w:rsidRPr="00DD329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/266057/</w:t>
            </w:r>
          </w:p>
        </w:tc>
      </w:tr>
      <w:tr w:rsidR="006406BB">
        <w:trPr>
          <w:trHeight w:hRule="exact" w:val="348"/>
        </w:trPr>
        <w:tc>
          <w:tcPr>
            <w:tcW w:w="27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разделу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: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6406BB"/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6406BB"/>
        </w:tc>
        <w:tc>
          <w:tcPr>
            <w:tcW w:w="99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6406BB"/>
        </w:tc>
      </w:tr>
      <w:tr w:rsidR="006406BB">
        <w:trPr>
          <w:trHeight w:hRule="exact" w:val="520"/>
        </w:trPr>
        <w:tc>
          <w:tcPr>
            <w:tcW w:w="27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ОБЩЕЕ КОЛИЧЕСТВО ЧАСОВ ПО ПРОГРАММЕ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170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12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14.25</w:t>
            </w:r>
          </w:p>
        </w:tc>
        <w:tc>
          <w:tcPr>
            <w:tcW w:w="99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6406BB"/>
        </w:tc>
      </w:tr>
    </w:tbl>
    <w:p w:rsidR="006406BB" w:rsidRDefault="006406BB">
      <w:pPr>
        <w:autoSpaceDE w:val="0"/>
        <w:autoSpaceDN w:val="0"/>
        <w:spacing w:after="0" w:line="14" w:lineRule="exact"/>
      </w:pPr>
    </w:p>
    <w:p w:rsidR="006406BB" w:rsidRDefault="006406BB">
      <w:pPr>
        <w:sectPr w:rsidR="006406BB">
          <w:pgSz w:w="16840" w:h="11900"/>
          <w:pgMar w:top="284" w:right="640" w:bottom="1242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6406BB" w:rsidRDefault="006406BB">
      <w:pPr>
        <w:autoSpaceDE w:val="0"/>
        <w:autoSpaceDN w:val="0"/>
        <w:spacing w:after="78" w:line="220" w:lineRule="exact"/>
      </w:pPr>
    </w:p>
    <w:p w:rsidR="006406BB" w:rsidRDefault="00DD3294">
      <w:pPr>
        <w:autoSpaceDE w:val="0"/>
        <w:autoSpaceDN w:val="0"/>
        <w:spacing w:after="32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ПОУРОЧНОЕ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074"/>
        <w:gridCol w:w="732"/>
        <w:gridCol w:w="1620"/>
        <w:gridCol w:w="1668"/>
        <w:gridCol w:w="1236"/>
        <w:gridCol w:w="1646"/>
      </w:tblGrid>
      <w:tr w:rsidR="006406BB">
        <w:trPr>
          <w:trHeight w:hRule="exact" w:val="492"/>
        </w:trPr>
        <w:tc>
          <w:tcPr>
            <w:tcW w:w="5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п/п</w:t>
            </w:r>
          </w:p>
        </w:tc>
        <w:tc>
          <w:tcPr>
            <w:tcW w:w="30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Тема урока</w:t>
            </w:r>
          </w:p>
        </w:tc>
        <w:tc>
          <w:tcPr>
            <w:tcW w:w="4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изучения</w:t>
            </w:r>
          </w:p>
        </w:tc>
        <w:tc>
          <w:tcPr>
            <w:tcW w:w="16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71" w:lineRule="auto"/>
              <w:ind w:left="72" w:right="43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Виды,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формы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контроля</w:t>
            </w:r>
          </w:p>
        </w:tc>
      </w:tr>
      <w:tr w:rsidR="006406BB">
        <w:trPr>
          <w:trHeight w:hRule="exact" w:val="828"/>
        </w:trPr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6BB" w:rsidRDefault="006406BB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6BB" w:rsidRDefault="006406BB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всего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контрольные работы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практические работы</w:t>
            </w:r>
          </w:p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6BB" w:rsidRDefault="006406BB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6BB" w:rsidRDefault="006406BB"/>
        </w:tc>
      </w:tr>
      <w:tr w:rsidR="006406B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Ряд натуральных чисел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02.09.2022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406BB">
        <w:trPr>
          <w:trHeight w:hRule="exact" w:val="116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Десятичная система </w:t>
            </w:r>
            <w:proofErr w:type="spellStart"/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хаписи</w:t>
            </w:r>
            <w:proofErr w:type="spellEnd"/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натуральных </w:t>
            </w:r>
            <w:proofErr w:type="spellStart"/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чисел</w:t>
            </w:r>
            <w:proofErr w:type="gramStart"/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.Р</w:t>
            </w:r>
            <w:proofErr w:type="gramEnd"/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имская</w:t>
            </w:r>
            <w:proofErr w:type="spellEnd"/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нумерация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05.09.2022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406BB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100" w:after="0"/>
              <w:ind w:left="72" w:right="144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Чтение и запись </w:t>
            </w:r>
            <w:r w:rsidRPr="00DD3294">
              <w:rPr>
                <w:lang w:val="ru-RU"/>
              </w:rPr>
              <w:br/>
            </w: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натуральных чисел. Запись числа в виде суммы </w:t>
            </w:r>
            <w:r w:rsidRPr="00DD3294">
              <w:rPr>
                <w:lang w:val="ru-RU"/>
              </w:rPr>
              <w:br/>
            </w: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разрядных слагаемых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0.25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06.09.2022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100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6406B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Сравнение натуральных чисел. Входной контроль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07.09.2022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Тестирование;</w:t>
            </w:r>
          </w:p>
        </w:tc>
      </w:tr>
      <w:tr w:rsidR="006406BB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Сравнение натуральных </w:t>
            </w:r>
            <w:r w:rsidRPr="00DD3294">
              <w:rPr>
                <w:lang w:val="ru-RU"/>
              </w:rPr>
              <w:br/>
            </w: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чисел. Решение задач с </w:t>
            </w:r>
            <w:r w:rsidRPr="00DD3294">
              <w:rPr>
                <w:lang w:val="ru-RU"/>
              </w:rPr>
              <w:br/>
            </w: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практическим содержанием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08.09.2022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Тестирование;</w:t>
            </w:r>
          </w:p>
        </w:tc>
      </w:tr>
      <w:tr w:rsidR="006406B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0.5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09.09.2022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6406BB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Округление натуральных </w:t>
            </w:r>
            <w:proofErr w:type="spellStart"/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чисел</w:t>
            </w:r>
            <w:proofErr w:type="gramStart"/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.Р</w:t>
            </w:r>
            <w:proofErr w:type="gramEnd"/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ешение</w:t>
            </w:r>
            <w:proofErr w:type="spellEnd"/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задач с </w:t>
            </w:r>
            <w:r w:rsidRPr="00DD3294">
              <w:rPr>
                <w:lang w:val="ru-RU"/>
              </w:rPr>
              <w:br/>
            </w: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практическим содержанием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12.09.2022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406B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Точка. Прямая. Линии на плоскости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13.09.2022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406BB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Окружность и круг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14.09.2022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100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работа;</w:t>
            </w:r>
          </w:p>
        </w:tc>
      </w:tr>
      <w:tr w:rsidR="006406BB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98" w:after="0"/>
              <w:ind w:left="72" w:right="432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Практическая работа (на клетчатой бумаге) </w:t>
            </w:r>
            <w:r w:rsidRPr="00DD3294">
              <w:rPr>
                <w:lang w:val="ru-RU"/>
              </w:rPr>
              <w:br/>
            </w: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"Построение узора из </w:t>
            </w:r>
            <w:r w:rsidRPr="00DD3294">
              <w:rPr>
                <w:lang w:val="ru-RU"/>
              </w:rPr>
              <w:br/>
            </w: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окружности"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15.09.2022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6406B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Луч и отрезок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16.09.2022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406B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98" w:after="0" w:line="262" w:lineRule="auto"/>
              <w:ind w:left="72" w:right="432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Длина отрезка. Единицы измерения длины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19.09.2022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406BB">
        <w:trPr>
          <w:trHeight w:hRule="exact" w:val="8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Сравнение отрезков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20.09.2022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</w:tbl>
    <w:p w:rsidR="006406BB" w:rsidRDefault="006406BB">
      <w:pPr>
        <w:autoSpaceDE w:val="0"/>
        <w:autoSpaceDN w:val="0"/>
        <w:spacing w:after="0" w:line="14" w:lineRule="exact"/>
      </w:pPr>
    </w:p>
    <w:p w:rsidR="006406BB" w:rsidRDefault="006406BB">
      <w:pPr>
        <w:sectPr w:rsidR="006406BB">
          <w:pgSz w:w="11900" w:h="16840"/>
          <w:pgMar w:top="298" w:right="650" w:bottom="60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6406BB" w:rsidRDefault="006406BB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074"/>
        <w:gridCol w:w="732"/>
        <w:gridCol w:w="1620"/>
        <w:gridCol w:w="1668"/>
        <w:gridCol w:w="1236"/>
        <w:gridCol w:w="1646"/>
      </w:tblGrid>
      <w:tr w:rsidR="006406B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Координатная прямая. Шкалы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21.09.2022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406B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Координаты точки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22.09.2022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406B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98" w:after="0" w:line="262" w:lineRule="auto"/>
              <w:ind w:right="576"/>
              <w:jc w:val="center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Натуральные числа на </w:t>
            </w:r>
            <w:proofErr w:type="gramStart"/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координатной</w:t>
            </w:r>
            <w:proofErr w:type="gramEnd"/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прямой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23.09.2022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Тестирование;</w:t>
            </w:r>
          </w:p>
        </w:tc>
      </w:tr>
      <w:tr w:rsidR="006406BB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Решение логических задач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26.09.2022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406BB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Контрольная работа по </w:t>
            </w:r>
            <w:r w:rsidRPr="00DD3294">
              <w:rPr>
                <w:lang w:val="ru-RU"/>
              </w:rPr>
              <w:br/>
            </w: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темам "Натуральные числа " и "Линии на плоскости"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27.09.2022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работа;</w:t>
            </w:r>
          </w:p>
        </w:tc>
      </w:tr>
      <w:tr w:rsidR="006406BB">
        <w:trPr>
          <w:trHeight w:hRule="exact" w:val="217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Действие сложения.</w:t>
            </w:r>
          </w:p>
          <w:p w:rsidR="006406BB" w:rsidRPr="00DD3294" w:rsidRDefault="00DD3294">
            <w:pPr>
              <w:autoSpaceDE w:val="0"/>
              <w:autoSpaceDN w:val="0"/>
              <w:spacing w:before="70" w:after="0" w:line="230" w:lineRule="auto"/>
              <w:ind w:left="72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Компоненты действия.</w:t>
            </w:r>
          </w:p>
          <w:p w:rsidR="006406BB" w:rsidRDefault="00DD3294">
            <w:pPr>
              <w:autoSpaceDE w:val="0"/>
              <w:autoSpaceDN w:val="0"/>
              <w:spacing w:before="70" w:after="0"/>
              <w:ind w:left="72"/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Нахождение неизвестного компонента.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Сложение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многозначных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натуральных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28.09.2022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406BB">
        <w:trPr>
          <w:trHeight w:hRule="exact" w:val="25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98" w:after="0"/>
              <w:ind w:left="72" w:right="288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Переместительное и </w:t>
            </w:r>
            <w:r w:rsidRPr="00DD3294">
              <w:rPr>
                <w:lang w:val="ru-RU"/>
              </w:rPr>
              <w:br/>
            </w: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сочетательное свойство сложения. Свойство нуля при сложении.</w:t>
            </w:r>
          </w:p>
          <w:p w:rsidR="006406BB" w:rsidRPr="00DD3294" w:rsidRDefault="00DD3294">
            <w:pPr>
              <w:autoSpaceDE w:val="0"/>
              <w:autoSpaceDN w:val="0"/>
              <w:spacing w:before="70" w:after="0" w:line="271" w:lineRule="auto"/>
              <w:ind w:left="72" w:right="432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Использование букв для свойств арифметических действий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29.09.2022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406BB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98" w:after="0" w:line="281" w:lineRule="auto"/>
              <w:ind w:left="72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Решение задач и </w:t>
            </w:r>
            <w:r w:rsidRPr="00DD3294">
              <w:rPr>
                <w:lang w:val="ru-RU"/>
              </w:rPr>
              <w:br/>
            </w: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упражнений на применение переместительного и </w:t>
            </w:r>
            <w:r w:rsidRPr="00DD3294">
              <w:rPr>
                <w:lang w:val="ru-RU"/>
              </w:rPr>
              <w:br/>
            </w: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сочетательного свой</w:t>
            </w:r>
            <w:proofErr w:type="gramStart"/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ств </w:t>
            </w:r>
            <w:r w:rsidRPr="00DD3294">
              <w:rPr>
                <w:lang w:val="ru-RU"/>
              </w:rPr>
              <w:br/>
            </w: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сл</w:t>
            </w:r>
            <w:proofErr w:type="gramEnd"/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ожения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30.09.2022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406BB">
        <w:trPr>
          <w:trHeight w:hRule="exact" w:val="1838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</w:t>
            </w:r>
          </w:p>
        </w:tc>
        <w:tc>
          <w:tcPr>
            <w:tcW w:w="307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100" w:after="0" w:line="262" w:lineRule="auto"/>
              <w:ind w:left="72" w:right="288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Вычитание как действие, обратное сложению.</w:t>
            </w:r>
          </w:p>
          <w:p w:rsidR="006406BB" w:rsidRPr="00DD3294" w:rsidRDefault="00DD3294">
            <w:pPr>
              <w:autoSpaceDE w:val="0"/>
              <w:autoSpaceDN w:val="0"/>
              <w:spacing w:before="70" w:after="0" w:line="230" w:lineRule="auto"/>
              <w:ind w:left="72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Компоненты действия.</w:t>
            </w:r>
          </w:p>
          <w:p w:rsidR="006406BB" w:rsidRPr="00DD3294" w:rsidRDefault="00DD3294">
            <w:pPr>
              <w:autoSpaceDE w:val="0"/>
              <w:autoSpaceDN w:val="0"/>
              <w:spacing w:before="70" w:after="0" w:line="262" w:lineRule="auto"/>
              <w:ind w:left="72" w:right="288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Нахождение неизвестного компонента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03.10.2022</w:t>
            </w:r>
          </w:p>
        </w:tc>
        <w:tc>
          <w:tcPr>
            <w:tcW w:w="164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100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406B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Вычитание многозначных натуральных чисел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04.10.2022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6406B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Решение текстовых задач арифметическим способом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05.10.2022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6406BB">
        <w:trPr>
          <w:trHeight w:hRule="exact" w:val="114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Решение текстовых задач с помощью сложения и </w:t>
            </w:r>
            <w:r w:rsidRPr="00DD3294">
              <w:rPr>
                <w:lang w:val="ru-RU"/>
              </w:rPr>
              <w:br/>
            </w: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вычитания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06.10.2022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</w:tbl>
    <w:p w:rsidR="006406BB" w:rsidRDefault="006406BB">
      <w:pPr>
        <w:autoSpaceDE w:val="0"/>
        <w:autoSpaceDN w:val="0"/>
        <w:spacing w:after="0" w:line="14" w:lineRule="exact"/>
      </w:pPr>
    </w:p>
    <w:p w:rsidR="006406BB" w:rsidRDefault="006406BB">
      <w:pPr>
        <w:sectPr w:rsidR="006406BB">
          <w:pgSz w:w="11900" w:h="16840"/>
          <w:pgMar w:top="284" w:right="650" w:bottom="30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6406BB" w:rsidRDefault="006406BB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074"/>
        <w:gridCol w:w="732"/>
        <w:gridCol w:w="1620"/>
        <w:gridCol w:w="1668"/>
        <w:gridCol w:w="1236"/>
        <w:gridCol w:w="1646"/>
      </w:tblGrid>
      <w:tr w:rsidR="006406BB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Контрольная работа по теме "Сложение и вычитание </w:t>
            </w:r>
            <w:r w:rsidRPr="00DD3294">
              <w:rPr>
                <w:lang w:val="ru-RU"/>
              </w:rPr>
              <w:br/>
            </w: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натуральных чисел"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07.10.2022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работа;</w:t>
            </w:r>
          </w:p>
        </w:tc>
      </w:tr>
      <w:tr w:rsidR="006406BB">
        <w:trPr>
          <w:trHeight w:hRule="exact" w:val="318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Действие умножение.</w:t>
            </w:r>
          </w:p>
          <w:p w:rsidR="006406BB" w:rsidRPr="00DD3294" w:rsidRDefault="00DD3294">
            <w:pPr>
              <w:autoSpaceDE w:val="0"/>
              <w:autoSpaceDN w:val="0"/>
              <w:spacing w:before="70" w:after="0" w:line="230" w:lineRule="auto"/>
              <w:ind w:left="72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Компоненты действия.</w:t>
            </w:r>
          </w:p>
          <w:p w:rsidR="006406BB" w:rsidRPr="00DD3294" w:rsidRDefault="00DD3294">
            <w:pPr>
              <w:autoSpaceDE w:val="0"/>
              <w:autoSpaceDN w:val="0"/>
              <w:spacing w:before="70" w:after="0" w:line="262" w:lineRule="auto"/>
              <w:ind w:left="72" w:right="288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Нахождение неизвестного компонента.</w:t>
            </w:r>
          </w:p>
          <w:p w:rsidR="006406BB" w:rsidRPr="00DD3294" w:rsidRDefault="00DD3294">
            <w:pPr>
              <w:autoSpaceDE w:val="0"/>
              <w:autoSpaceDN w:val="0"/>
              <w:spacing w:before="70" w:after="0" w:line="281" w:lineRule="auto"/>
              <w:ind w:left="72" w:right="144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Переместительное и </w:t>
            </w:r>
            <w:r w:rsidRPr="00DD3294">
              <w:rPr>
                <w:lang w:val="ru-RU"/>
              </w:rPr>
              <w:br/>
            </w: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сочетательное свойства </w:t>
            </w:r>
            <w:r w:rsidRPr="00DD3294">
              <w:rPr>
                <w:lang w:val="ru-RU"/>
              </w:rPr>
              <w:br/>
            </w: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умножения. Использование букв для свойств </w:t>
            </w:r>
            <w:r w:rsidRPr="00DD3294">
              <w:rPr>
                <w:lang w:val="ru-RU"/>
              </w:rPr>
              <w:br/>
            </w: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арифметических действий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10.10.2022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406B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Умножение многозначных натуральных чисел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11.10.2022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406BB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Умножение многозначных натуральных чисел.</w:t>
            </w:r>
          </w:p>
          <w:p w:rsidR="006406BB" w:rsidRPr="00DD3294" w:rsidRDefault="00DD3294">
            <w:pPr>
              <w:autoSpaceDE w:val="0"/>
              <w:autoSpaceDN w:val="0"/>
              <w:spacing w:before="70" w:after="0" w:line="262" w:lineRule="auto"/>
              <w:ind w:left="72" w:right="288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Свойства нуля и единицы при умножении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12.10.2022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6406BB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98" w:after="0" w:line="262" w:lineRule="auto"/>
              <w:ind w:left="72" w:right="720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Распределительное </w:t>
            </w:r>
            <w:r w:rsidRPr="00DD3294">
              <w:rPr>
                <w:lang w:val="ru-RU"/>
              </w:rPr>
              <w:br/>
            </w: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свойство умножения.</w:t>
            </w:r>
          </w:p>
          <w:p w:rsidR="006406BB" w:rsidRPr="00DD3294" w:rsidRDefault="00DD3294">
            <w:pPr>
              <w:autoSpaceDE w:val="0"/>
              <w:autoSpaceDN w:val="0"/>
              <w:spacing w:before="70" w:after="0" w:line="271" w:lineRule="auto"/>
              <w:ind w:left="72" w:right="432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Использование букв для свойств арифметических действий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13.10.2022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406BB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31.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98" w:after="0" w:line="262" w:lineRule="auto"/>
              <w:ind w:left="72" w:right="720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Распределительное </w:t>
            </w:r>
            <w:r w:rsidRPr="00DD3294">
              <w:rPr>
                <w:lang w:val="ru-RU"/>
              </w:rPr>
              <w:br/>
            </w: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свойство умножения.</w:t>
            </w:r>
          </w:p>
          <w:p w:rsidR="006406BB" w:rsidRPr="00DD3294" w:rsidRDefault="00DD3294">
            <w:pPr>
              <w:autoSpaceDE w:val="0"/>
              <w:autoSpaceDN w:val="0"/>
              <w:spacing w:before="70" w:after="0" w:line="262" w:lineRule="auto"/>
              <w:ind w:left="72" w:right="1296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применение при вычислениях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14.10.2022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406BB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32.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Квадрат и куб числа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17.10.2022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406B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33.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100" w:after="0" w:line="262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18.10.2022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100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406BB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34.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Деление как действие, обратное умножению.</w:t>
            </w:r>
          </w:p>
          <w:p w:rsidR="006406BB" w:rsidRPr="00DD3294" w:rsidRDefault="00DD3294">
            <w:pPr>
              <w:autoSpaceDE w:val="0"/>
              <w:autoSpaceDN w:val="0"/>
              <w:spacing w:before="70" w:after="0" w:line="230" w:lineRule="auto"/>
              <w:ind w:left="72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Компоненты действия.</w:t>
            </w:r>
          </w:p>
          <w:p w:rsidR="006406BB" w:rsidRPr="00DD3294" w:rsidRDefault="00DD3294">
            <w:pPr>
              <w:autoSpaceDE w:val="0"/>
              <w:autoSpaceDN w:val="0"/>
              <w:spacing w:before="70" w:after="0" w:line="262" w:lineRule="auto"/>
              <w:ind w:left="72" w:right="288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Нахождение неизвестного компонента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19.10.2022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406B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35.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Деление многозначных чисел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20.10.2022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406BB">
        <w:trPr>
          <w:trHeight w:hRule="exact" w:val="8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36.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21.10.2022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</w:tbl>
    <w:p w:rsidR="006406BB" w:rsidRDefault="006406BB">
      <w:pPr>
        <w:autoSpaceDE w:val="0"/>
        <w:autoSpaceDN w:val="0"/>
        <w:spacing w:after="0" w:line="14" w:lineRule="exact"/>
      </w:pPr>
    </w:p>
    <w:p w:rsidR="006406BB" w:rsidRDefault="006406BB">
      <w:pPr>
        <w:sectPr w:rsidR="006406BB">
          <w:pgSz w:w="11900" w:h="16840"/>
          <w:pgMar w:top="284" w:right="650" w:bottom="55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6406BB" w:rsidRDefault="006406BB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074"/>
        <w:gridCol w:w="732"/>
        <w:gridCol w:w="1620"/>
        <w:gridCol w:w="1668"/>
        <w:gridCol w:w="1236"/>
        <w:gridCol w:w="1646"/>
      </w:tblGrid>
      <w:tr w:rsidR="006406BB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37.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Деление с остатком.</w:t>
            </w:r>
          </w:p>
          <w:p w:rsidR="006406BB" w:rsidRPr="00DD3294" w:rsidRDefault="00DD3294">
            <w:pPr>
              <w:autoSpaceDE w:val="0"/>
              <w:autoSpaceDN w:val="0"/>
              <w:spacing w:before="70" w:after="0" w:line="262" w:lineRule="auto"/>
              <w:ind w:left="72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Решение задач с </w:t>
            </w:r>
            <w:r w:rsidRPr="00DD3294">
              <w:rPr>
                <w:lang w:val="ru-RU"/>
              </w:rPr>
              <w:br/>
            </w: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практическим содержанием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0.5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6406BB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6406B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38.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Делители и кратные числа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6406BB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406B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39.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Признаки делимости на 2,5,10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6406BB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406B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40.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Признаки делимости на 3,9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6406BB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6406BB">
        <w:trPr>
          <w:trHeight w:hRule="exact" w:val="830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41.</w:t>
            </w:r>
          </w:p>
        </w:tc>
        <w:tc>
          <w:tcPr>
            <w:tcW w:w="307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Простые и составные числа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6406BB">
            <w:pPr>
              <w:autoSpaceDE w:val="0"/>
              <w:autoSpaceDN w:val="0"/>
              <w:spacing w:before="100" w:after="0" w:line="230" w:lineRule="auto"/>
              <w:jc w:val="center"/>
            </w:pPr>
          </w:p>
        </w:tc>
        <w:tc>
          <w:tcPr>
            <w:tcW w:w="164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100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406B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42.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98" w:after="0" w:line="262" w:lineRule="auto"/>
              <w:ind w:left="72" w:right="720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Разложение числа на простые множители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6406BB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406B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43.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98" w:after="0" w:line="262" w:lineRule="auto"/>
              <w:ind w:right="576"/>
              <w:jc w:val="center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Числовые выражения. Чтение и составление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6406BB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406B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44.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Преобразование числовых выражений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6406BB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6406BB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45.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Решение текстовых задач.</w:t>
            </w:r>
          </w:p>
          <w:p w:rsidR="006406BB" w:rsidRPr="00DD3294" w:rsidRDefault="00DD3294">
            <w:pPr>
              <w:autoSpaceDE w:val="0"/>
              <w:autoSpaceDN w:val="0"/>
              <w:spacing w:before="70" w:after="0" w:line="271" w:lineRule="auto"/>
              <w:ind w:left="72" w:right="432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Использование при </w:t>
            </w:r>
            <w:r w:rsidRPr="00DD3294">
              <w:rPr>
                <w:lang w:val="ru-RU"/>
              </w:rPr>
              <w:br/>
            </w: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решении задач таблиц и схем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6406BB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6406BB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46.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98" w:after="0"/>
              <w:ind w:left="72" w:right="288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Порядок выполнения </w:t>
            </w:r>
            <w:r w:rsidRPr="00DD3294">
              <w:rPr>
                <w:lang w:val="ru-RU"/>
              </w:rPr>
              <w:br/>
            </w: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действий при вычислении </w:t>
            </w:r>
            <w:proofErr w:type="spellStart"/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знчения</w:t>
            </w:r>
            <w:proofErr w:type="spellEnd"/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числового </w:t>
            </w:r>
            <w:r w:rsidRPr="00DD3294">
              <w:rPr>
                <w:lang w:val="ru-RU"/>
              </w:rPr>
              <w:br/>
            </w: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выражения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6406BB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406B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47.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Решение текстовых задач. Задачи на части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6406BB">
            <w:pPr>
              <w:autoSpaceDE w:val="0"/>
              <w:autoSpaceDN w:val="0"/>
              <w:spacing w:before="98" w:after="0" w:line="230" w:lineRule="auto"/>
              <w:ind w:left="72"/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6406BB">
        <w:trPr>
          <w:trHeight w:hRule="exact" w:val="183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48.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100" w:after="0" w:line="281" w:lineRule="auto"/>
              <w:ind w:left="72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Преобразование числовых выражений при выполнении действий со скобками в </w:t>
            </w:r>
            <w:r w:rsidRPr="00DD3294">
              <w:rPr>
                <w:lang w:val="ru-RU"/>
              </w:rPr>
              <w:br/>
            </w: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вычислениях числовых </w:t>
            </w:r>
            <w:r w:rsidRPr="00DD3294">
              <w:rPr>
                <w:lang w:val="ru-RU"/>
              </w:rPr>
              <w:br/>
            </w: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выражений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0.5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6406BB">
            <w:pPr>
              <w:autoSpaceDE w:val="0"/>
              <w:autoSpaceDN w:val="0"/>
              <w:spacing w:before="100" w:after="0" w:line="230" w:lineRule="auto"/>
              <w:ind w:left="72"/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tabs>
                <w:tab w:val="left" w:pos="156"/>
              </w:tabs>
              <w:autoSpaceDE w:val="0"/>
              <w:autoSpaceDN w:val="0"/>
              <w:spacing w:before="100" w:after="0" w:line="262" w:lineRule="auto"/>
              <w:ind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Практическая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работа;</w:t>
            </w:r>
          </w:p>
        </w:tc>
      </w:tr>
      <w:tr w:rsidR="006406B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49.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Решение текстовых задач. Задачи на </w:t>
            </w:r>
            <w:proofErr w:type="spellStart"/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джвижение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6406BB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406B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50.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Решение текстовых задач. Составление выражения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6406BB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406BB">
        <w:trPr>
          <w:trHeight w:hRule="exact" w:val="114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51.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Контрольная работа по теме "Умножение и деление </w:t>
            </w:r>
            <w:r w:rsidRPr="00DD3294">
              <w:rPr>
                <w:lang w:val="ru-RU"/>
              </w:rPr>
              <w:br/>
            </w: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натуральных чисел"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6406BB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работа;</w:t>
            </w:r>
          </w:p>
        </w:tc>
      </w:tr>
    </w:tbl>
    <w:p w:rsidR="006406BB" w:rsidRDefault="006406BB">
      <w:pPr>
        <w:autoSpaceDE w:val="0"/>
        <w:autoSpaceDN w:val="0"/>
        <w:spacing w:after="0" w:line="14" w:lineRule="exact"/>
      </w:pPr>
    </w:p>
    <w:p w:rsidR="006406BB" w:rsidRDefault="006406BB">
      <w:pPr>
        <w:sectPr w:rsidR="006406BB">
          <w:pgSz w:w="11900" w:h="16840"/>
          <w:pgMar w:top="284" w:right="650" w:bottom="404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6406BB" w:rsidRDefault="006406BB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074"/>
        <w:gridCol w:w="732"/>
        <w:gridCol w:w="1620"/>
        <w:gridCol w:w="1668"/>
        <w:gridCol w:w="1236"/>
        <w:gridCol w:w="1646"/>
      </w:tblGrid>
      <w:tr w:rsidR="006406B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52.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Ломаная. Измерение длины ломаной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6406BB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406B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53.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Углы. Виды углов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6406BB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406B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54.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6406BB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406BB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55.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6406BB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6406B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56.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Сравнение углов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6406BB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406B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57.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 "Построение углов"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6406BB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6406B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58.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Доли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6406BB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406B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59.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98" w:after="0" w:line="262" w:lineRule="auto"/>
              <w:ind w:left="72" w:right="432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Дробь как способ записи части величины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6406BB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406BB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60.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Обыкновенные дроби.</w:t>
            </w:r>
          </w:p>
          <w:p w:rsidR="006406BB" w:rsidRPr="00DD3294" w:rsidRDefault="00DD3294">
            <w:pPr>
              <w:autoSpaceDE w:val="0"/>
              <w:autoSpaceDN w:val="0"/>
              <w:spacing w:before="70" w:after="0" w:line="262" w:lineRule="auto"/>
              <w:ind w:left="72" w:right="288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Практические задачи, </w:t>
            </w:r>
            <w:r w:rsidRPr="00DD3294">
              <w:rPr>
                <w:lang w:val="ru-RU"/>
              </w:rPr>
              <w:br/>
            </w: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содержащие доли и дроби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6406BB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406BB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61.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Обыкновенные дроби.</w:t>
            </w:r>
          </w:p>
          <w:p w:rsidR="006406BB" w:rsidRPr="00DD3294" w:rsidRDefault="00DD3294">
            <w:pPr>
              <w:autoSpaceDE w:val="0"/>
              <w:autoSpaceDN w:val="0"/>
              <w:spacing w:before="70" w:after="0"/>
              <w:ind w:left="72" w:right="288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Изображение </w:t>
            </w:r>
            <w:r w:rsidRPr="00DD3294">
              <w:rPr>
                <w:lang w:val="ru-RU"/>
              </w:rPr>
              <w:br/>
            </w: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обыкновенных дробей </w:t>
            </w:r>
            <w:r w:rsidRPr="00DD3294">
              <w:rPr>
                <w:lang w:val="ru-RU"/>
              </w:rPr>
              <w:br/>
            </w: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точками на </w:t>
            </w:r>
            <w:proofErr w:type="gramStart"/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координатной</w:t>
            </w:r>
            <w:proofErr w:type="gramEnd"/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прямой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0.5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6406BB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6406B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62.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Обыкновенные дроби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6406BB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406BB">
        <w:trPr>
          <w:trHeight w:hRule="exact" w:val="830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63.</w:t>
            </w:r>
          </w:p>
        </w:tc>
        <w:tc>
          <w:tcPr>
            <w:tcW w:w="307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6406BB">
            <w:pPr>
              <w:autoSpaceDE w:val="0"/>
              <w:autoSpaceDN w:val="0"/>
              <w:spacing w:before="100" w:after="0" w:line="230" w:lineRule="auto"/>
              <w:jc w:val="center"/>
            </w:pPr>
          </w:p>
        </w:tc>
        <w:tc>
          <w:tcPr>
            <w:tcW w:w="164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100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406BB">
        <w:trPr>
          <w:trHeight w:hRule="exact" w:val="49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64.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6406BB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Тестирование;</w:t>
            </w:r>
          </w:p>
        </w:tc>
      </w:tr>
      <w:tr w:rsidR="006406B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65.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Приведение дроби к новому </w:t>
            </w:r>
            <w:proofErr w:type="spellStart"/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знаментелю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6406BB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406B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66.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Приведение дроби к новому знаменателю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6406BB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6406B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67.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6406BB">
            <w:pPr>
              <w:autoSpaceDE w:val="0"/>
              <w:autoSpaceDN w:val="0"/>
              <w:spacing w:before="98" w:after="0" w:line="230" w:lineRule="auto"/>
              <w:ind w:left="72"/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6406BB">
        <w:trPr>
          <w:trHeight w:hRule="exact" w:val="8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68.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6406BB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</w:tbl>
    <w:p w:rsidR="006406BB" w:rsidRDefault="006406BB">
      <w:pPr>
        <w:autoSpaceDE w:val="0"/>
        <w:autoSpaceDN w:val="0"/>
        <w:spacing w:after="0" w:line="14" w:lineRule="exact"/>
      </w:pPr>
    </w:p>
    <w:p w:rsidR="006406BB" w:rsidRDefault="006406BB">
      <w:pPr>
        <w:sectPr w:rsidR="006406BB">
          <w:pgSz w:w="11900" w:h="16840"/>
          <w:pgMar w:top="284" w:right="650" w:bottom="584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6406BB" w:rsidRDefault="006406BB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074"/>
        <w:gridCol w:w="732"/>
        <w:gridCol w:w="1620"/>
        <w:gridCol w:w="1668"/>
        <w:gridCol w:w="1236"/>
        <w:gridCol w:w="1646"/>
      </w:tblGrid>
      <w:tr w:rsidR="006406B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69.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21.12.2022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6406B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70.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22.12.2022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406BB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71.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Сравнение дробей. Решение задач с практическим </w:t>
            </w:r>
            <w:r w:rsidRPr="00DD3294">
              <w:rPr>
                <w:lang w:val="ru-RU"/>
              </w:rPr>
              <w:br/>
            </w: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применением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23.12.2022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406B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72.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Правильные и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неправильные дроби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26.12.2022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Тестирование;</w:t>
            </w:r>
          </w:p>
        </w:tc>
      </w:tr>
      <w:tr w:rsidR="006406BB">
        <w:trPr>
          <w:trHeight w:hRule="exact" w:val="830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73.</w:t>
            </w:r>
          </w:p>
        </w:tc>
        <w:tc>
          <w:tcPr>
            <w:tcW w:w="307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100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Правильные и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неправильные дроби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0.5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27.12.2022</w:t>
            </w:r>
          </w:p>
        </w:tc>
        <w:tc>
          <w:tcPr>
            <w:tcW w:w="164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100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6406B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74.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Смешанные дроби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11.01.2023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406B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75.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Перевод неправильной дроби в </w:t>
            </w:r>
            <w:proofErr w:type="gramStart"/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смешанную</w:t>
            </w:r>
            <w:proofErr w:type="gram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12.01.2023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406BB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76.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98" w:after="0" w:line="271" w:lineRule="auto"/>
              <w:ind w:left="72" w:right="576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Перевод неправильной дроби в </w:t>
            </w:r>
            <w:proofErr w:type="gramStart"/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смешанную</w:t>
            </w:r>
            <w:proofErr w:type="gramEnd"/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и обратно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13.01.2023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406B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77.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98" w:after="0" w:line="262" w:lineRule="auto"/>
              <w:ind w:left="72" w:right="432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Решение практических и прикладных задач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16.01.2023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6406B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78.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Контрольная работа по теме "Доли и дроби"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17.01.2023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работа;</w:t>
            </w:r>
          </w:p>
        </w:tc>
      </w:tr>
      <w:tr w:rsidR="006406BB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79.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115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Многоугольники. Треугольник.</w:t>
            </w:r>
          </w:p>
          <w:p w:rsidR="006406BB" w:rsidRDefault="00DD3294">
            <w:pPr>
              <w:autoSpaceDE w:val="0"/>
              <w:autoSpaceDN w:val="0"/>
              <w:spacing w:before="7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Четырехугольник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18.01.2023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406BB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80.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Равенство фигур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19.01.2023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406B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81.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Периметр треугольника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20.01.2023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406BB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82.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98" w:after="0" w:line="271" w:lineRule="auto"/>
              <w:ind w:left="72" w:right="288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Прямоугольник. Квадрат</w:t>
            </w:r>
            <w:proofErr w:type="gramStart"/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</w:t>
            </w:r>
            <w:proofErr w:type="gramEnd"/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войства сторон и углов прямоугольника, квадрата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0.5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23.01.2023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6406BB">
        <w:trPr>
          <w:trHeight w:hRule="exact" w:val="114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83.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98" w:after="0" w:line="271" w:lineRule="auto"/>
              <w:ind w:left="72" w:right="288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Прямоугольник. Квадрат. Построения на клетчатой бумаге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24.01.2023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</w:tbl>
    <w:p w:rsidR="006406BB" w:rsidRDefault="006406BB">
      <w:pPr>
        <w:autoSpaceDE w:val="0"/>
        <w:autoSpaceDN w:val="0"/>
        <w:spacing w:after="0" w:line="14" w:lineRule="exact"/>
      </w:pPr>
    </w:p>
    <w:p w:rsidR="006406BB" w:rsidRDefault="006406BB">
      <w:pPr>
        <w:sectPr w:rsidR="006406BB">
          <w:pgSz w:w="11900" w:h="16840"/>
          <w:pgMar w:top="284" w:right="650" w:bottom="107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6406BB" w:rsidRDefault="006406BB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074"/>
        <w:gridCol w:w="732"/>
        <w:gridCol w:w="1620"/>
        <w:gridCol w:w="1668"/>
        <w:gridCol w:w="1236"/>
        <w:gridCol w:w="1646"/>
      </w:tblGrid>
      <w:tr w:rsidR="006406BB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84.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98" w:after="0" w:line="281" w:lineRule="auto"/>
              <w:ind w:left="72" w:right="288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Практическая работа </w:t>
            </w:r>
            <w:r w:rsidRPr="00DD3294">
              <w:rPr>
                <w:lang w:val="ru-RU"/>
              </w:rPr>
              <w:br/>
            </w: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"Построение </w:t>
            </w:r>
            <w:r w:rsidRPr="00DD3294">
              <w:rPr>
                <w:lang w:val="ru-RU"/>
              </w:rPr>
              <w:br/>
            </w: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прямоугольника с </w:t>
            </w:r>
            <w:r w:rsidRPr="00DD3294">
              <w:rPr>
                <w:lang w:val="ru-RU"/>
              </w:rPr>
              <w:br/>
            </w: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заданными сторонами на нелинованной бумаге"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25.01.2023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6406BB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85.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Площадь и периметр </w:t>
            </w:r>
            <w:r w:rsidRPr="00DD3294">
              <w:rPr>
                <w:lang w:val="ru-RU"/>
              </w:rPr>
              <w:br/>
            </w: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прямоугольника, квадрата.</w:t>
            </w:r>
          </w:p>
          <w:p w:rsidR="006406BB" w:rsidRDefault="00DD3294">
            <w:pPr>
              <w:autoSpaceDE w:val="0"/>
              <w:autoSpaceDN w:val="0"/>
              <w:spacing w:before="70" w:after="0" w:line="262" w:lineRule="auto"/>
              <w:ind w:left="72" w:right="86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Единицы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измерения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площади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26.01.2023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Тестирование;</w:t>
            </w:r>
          </w:p>
        </w:tc>
      </w:tr>
      <w:tr w:rsidR="006406BB">
        <w:trPr>
          <w:trHeight w:hRule="exact" w:val="116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86.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100" w:after="0" w:line="271" w:lineRule="auto"/>
              <w:ind w:left="72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Площади многоугольников, составленных из </w:t>
            </w:r>
            <w:r w:rsidRPr="00DD3294">
              <w:rPr>
                <w:lang w:val="ru-RU"/>
              </w:rPr>
              <w:br/>
            </w: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прямоугольников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27.01.2023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100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406BB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87.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98" w:after="0" w:line="281" w:lineRule="auto"/>
              <w:ind w:left="72" w:right="144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Решение практических </w:t>
            </w:r>
            <w:r w:rsidRPr="00DD3294">
              <w:rPr>
                <w:lang w:val="ru-RU"/>
              </w:rPr>
              <w:br/>
            </w: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задач на нахождение </w:t>
            </w:r>
            <w:r w:rsidRPr="00DD3294">
              <w:rPr>
                <w:lang w:val="ru-RU"/>
              </w:rPr>
              <w:br/>
            </w: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площади прямоугольника, квадрата, периметра </w:t>
            </w:r>
            <w:r w:rsidRPr="00DD3294">
              <w:rPr>
                <w:lang w:val="ru-RU"/>
              </w:rPr>
              <w:br/>
            </w: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многоугольника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30.01.2023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406B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88.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Контрольная работа по теме "Многоугольники"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31.01.2023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работа;</w:t>
            </w:r>
          </w:p>
        </w:tc>
      </w:tr>
      <w:tr w:rsidR="006406B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89.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98" w:after="0" w:line="262" w:lineRule="auto"/>
              <w:ind w:right="576"/>
              <w:jc w:val="center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01.02.2023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406B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90.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98" w:after="0" w:line="262" w:lineRule="auto"/>
              <w:ind w:right="576"/>
              <w:jc w:val="center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02.02.2023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406B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91.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98" w:after="0" w:line="262" w:lineRule="auto"/>
              <w:ind w:right="576"/>
              <w:jc w:val="center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03.02.2023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6406BB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92.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дробей.</w:t>
            </w:r>
          </w:p>
          <w:p w:rsidR="006406BB" w:rsidRPr="00DD3294" w:rsidRDefault="00DD3294">
            <w:pPr>
              <w:autoSpaceDE w:val="0"/>
              <w:autoSpaceDN w:val="0"/>
              <w:spacing w:before="72" w:after="0" w:line="262" w:lineRule="auto"/>
              <w:ind w:left="72" w:right="288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06.02.2023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406BB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93.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дробей.</w:t>
            </w:r>
          </w:p>
          <w:p w:rsidR="006406BB" w:rsidRPr="00DD3294" w:rsidRDefault="00DD3294">
            <w:pPr>
              <w:autoSpaceDE w:val="0"/>
              <w:autoSpaceDN w:val="0"/>
              <w:spacing w:before="70" w:after="0" w:line="262" w:lineRule="auto"/>
              <w:ind w:left="72" w:right="288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07.02.2023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6406B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94.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Умножение обыкновенной дроби на натуральное число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08.02.2023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6406B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95.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Умножение обыкновенной дроби на натуральное число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09.02.2023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6406BB">
        <w:trPr>
          <w:trHeight w:hRule="exact" w:val="8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96.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Умножение обыкновенных дробей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10.02.2023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</w:tbl>
    <w:p w:rsidR="006406BB" w:rsidRDefault="006406BB">
      <w:pPr>
        <w:autoSpaceDE w:val="0"/>
        <w:autoSpaceDN w:val="0"/>
        <w:spacing w:after="0" w:line="14" w:lineRule="exact"/>
      </w:pPr>
    </w:p>
    <w:p w:rsidR="006406BB" w:rsidRDefault="006406BB">
      <w:pPr>
        <w:sectPr w:rsidR="006406BB">
          <w:pgSz w:w="11900" w:h="16840"/>
          <w:pgMar w:top="284" w:right="650" w:bottom="56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6406BB" w:rsidRDefault="006406BB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074"/>
        <w:gridCol w:w="732"/>
        <w:gridCol w:w="1620"/>
        <w:gridCol w:w="1668"/>
        <w:gridCol w:w="1236"/>
        <w:gridCol w:w="1646"/>
      </w:tblGrid>
      <w:tr w:rsidR="006406B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97.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Умножение обыкновенных дробей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0.25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13.02.2023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6406BB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98.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Умножение обыкновенных дробей. Решение текстовых задач, содержащих </w:t>
            </w:r>
            <w:r w:rsidRPr="00DD3294">
              <w:rPr>
                <w:lang w:val="ru-RU"/>
              </w:rPr>
              <w:br/>
            </w: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обыкновенные дроби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14.02.2023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406BB">
        <w:trPr>
          <w:trHeight w:hRule="exact" w:val="183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99.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98" w:after="0" w:line="281" w:lineRule="auto"/>
              <w:ind w:left="72" w:right="144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Умножение обыкновенных дробей. Числовые </w:t>
            </w:r>
            <w:r w:rsidRPr="00DD3294">
              <w:rPr>
                <w:lang w:val="ru-RU"/>
              </w:rPr>
              <w:br/>
            </w: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выражения, содержащие умножение обыкновенных дробей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15.02.2023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406BB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100.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98" w:after="0"/>
              <w:ind w:left="156" w:hanging="156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Умножение обыкновенных дробей. Решение текстовых задач, содержащих </w:t>
            </w:r>
            <w:r w:rsidRPr="00DD3294">
              <w:rPr>
                <w:lang w:val="ru-RU"/>
              </w:rPr>
              <w:br/>
            </w: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обыкновенные дроби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16.02.2023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6406BB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101.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98" w:after="0"/>
              <w:ind w:left="576" w:hanging="576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101. Умножение дробей. </w:t>
            </w:r>
            <w:r w:rsidRPr="00DD3294">
              <w:rPr>
                <w:lang w:val="ru-RU"/>
              </w:rPr>
              <w:br/>
            </w: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Решение текстовых задач, содержащих обыкновенные дроби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17.02.2023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406B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102.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Взаимно обратные дроби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20.02.2023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406BB">
        <w:trPr>
          <w:trHeight w:hRule="exact" w:val="49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103.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Взаимно обратные дроби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21.02.2023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Тестирование;</w:t>
            </w:r>
          </w:p>
        </w:tc>
      </w:tr>
      <w:tr w:rsidR="006406BB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104.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98" w:after="0" w:line="271" w:lineRule="auto"/>
              <w:ind w:left="576" w:right="576" w:hanging="576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104. Деление обыкновенной дроби на натуральное число.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22.02.2023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406BB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105.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/>
              <w:ind w:left="576" w:right="576" w:hanging="576"/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105. Деление обыкновенной дроби на натуральное число.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практических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24.02.2023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406B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106.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43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106. Деление обыкновенных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добей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27.02.2023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6406BB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107.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98" w:after="0"/>
              <w:ind w:left="576" w:right="288" w:hanging="576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107. Деление обыкновенных дробей. Решение задач на деление обыкновенных дробей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28.02.2023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6406BB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108.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98" w:after="0"/>
              <w:ind w:left="576" w:right="432" w:hanging="576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108. Деление обыкновенных дробей. Числовые </w:t>
            </w:r>
            <w:r w:rsidRPr="00DD3294">
              <w:rPr>
                <w:lang w:val="ru-RU"/>
              </w:rPr>
              <w:br/>
            </w: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выражения, содержание обыкновенные дроби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01.03.2023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</w:tbl>
    <w:p w:rsidR="006406BB" w:rsidRDefault="006406BB">
      <w:pPr>
        <w:autoSpaceDE w:val="0"/>
        <w:autoSpaceDN w:val="0"/>
        <w:spacing w:after="0" w:line="14" w:lineRule="exact"/>
      </w:pPr>
    </w:p>
    <w:p w:rsidR="006406BB" w:rsidRDefault="006406BB">
      <w:pPr>
        <w:sectPr w:rsidR="006406BB">
          <w:pgSz w:w="11900" w:h="16840"/>
          <w:pgMar w:top="284" w:right="650" w:bottom="6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6406BB" w:rsidRDefault="006406BB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074"/>
        <w:gridCol w:w="732"/>
        <w:gridCol w:w="1620"/>
        <w:gridCol w:w="1668"/>
        <w:gridCol w:w="1236"/>
        <w:gridCol w:w="1646"/>
      </w:tblGrid>
      <w:tr w:rsidR="006406BB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109.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98" w:after="0" w:line="271" w:lineRule="auto"/>
              <w:ind w:left="156" w:hanging="156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Решение текстовых задач на нахождение части целого по его части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02.03.2023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406BB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110.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98" w:after="0" w:line="271" w:lineRule="auto"/>
              <w:ind w:left="156" w:right="288" w:hanging="156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Решение текстовых задач на нахождение целого по его части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03.03.2023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6406B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111.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Основные задачи на дроби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06.03.2023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6406BB">
        <w:trPr>
          <w:trHeight w:hRule="exact" w:val="116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112.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100" w:after="0" w:line="271" w:lineRule="auto"/>
              <w:ind w:left="576" w:right="432" w:hanging="576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112. Числовые и буквенные выражения, содержащие обыкновенные дроби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07.03.2023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100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406BB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113.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Контрольная работа по теме "Действия с </w:t>
            </w:r>
            <w:r w:rsidRPr="00DD3294">
              <w:rPr>
                <w:lang w:val="ru-RU"/>
              </w:rPr>
              <w:br/>
            </w: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обыкновенными дробями"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09.03.2023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работа;</w:t>
            </w:r>
          </w:p>
        </w:tc>
      </w:tr>
      <w:tr w:rsidR="006406B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114.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114. Многогранники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10.03.2023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406BB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115.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1152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115. Прямоугольный </w:t>
            </w:r>
            <w:r w:rsidRPr="00DD3294">
              <w:rPr>
                <w:lang w:val="ru-RU"/>
              </w:rPr>
              <w:tab/>
            </w: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параллелепипед.</w:t>
            </w:r>
          </w:p>
          <w:p w:rsidR="006406BB" w:rsidRPr="00DD3294" w:rsidRDefault="00DD3294">
            <w:pPr>
              <w:autoSpaceDE w:val="0"/>
              <w:autoSpaceDN w:val="0"/>
              <w:spacing w:before="70" w:after="0" w:line="271" w:lineRule="auto"/>
              <w:ind w:left="72" w:right="1152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Изображение </w:t>
            </w:r>
            <w:r w:rsidRPr="00DD3294">
              <w:rPr>
                <w:lang w:val="ru-RU"/>
              </w:rPr>
              <w:br/>
            </w: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прямоугольного параллелепипеда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13.03.2023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406B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116.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Развертки прямоугольного параллелепипеда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14.03.2023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Тестирование;</w:t>
            </w:r>
          </w:p>
        </w:tc>
      </w:tr>
      <w:tr w:rsidR="006406B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117.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432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117. Куб. Изображение куба. </w:t>
            </w:r>
            <w:r w:rsidRPr="00DD3294">
              <w:rPr>
                <w:lang w:val="ru-RU"/>
              </w:rPr>
              <w:tab/>
            </w: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Развертка куба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15.03.2023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406BB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118.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98" w:after="0" w:line="278" w:lineRule="auto"/>
              <w:ind w:left="576" w:hanging="576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118. Создание моделей </w:t>
            </w:r>
            <w:r w:rsidRPr="00DD3294">
              <w:rPr>
                <w:lang w:val="ru-RU"/>
              </w:rPr>
              <w:br/>
            </w: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многогранников (из бумаги, проволоки, пластилина и </w:t>
            </w:r>
            <w:proofErr w:type="spellStart"/>
            <w:proofErr w:type="gramStart"/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др</w:t>
            </w:r>
            <w:proofErr w:type="spellEnd"/>
            <w:proofErr w:type="gramEnd"/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16.03.2023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6406B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119.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Понятие объема. Единицы измерения объема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17.03.2023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406BB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120.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98" w:after="0" w:line="271" w:lineRule="auto"/>
              <w:ind w:left="576" w:right="1152" w:hanging="576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120. Объем куба и </w:t>
            </w:r>
            <w:r w:rsidRPr="00DD3294">
              <w:rPr>
                <w:lang w:val="ru-RU"/>
              </w:rPr>
              <w:br/>
            </w: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прямоугольного параллелепипеда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20.03.2023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работа;</w:t>
            </w:r>
          </w:p>
        </w:tc>
      </w:tr>
      <w:tr w:rsidR="006406BB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121.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98" w:after="0"/>
              <w:ind w:left="576" w:hanging="576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121. Практическая работа по </w:t>
            </w:r>
            <w:r w:rsidRPr="00DD3294">
              <w:rPr>
                <w:lang w:val="ru-RU"/>
              </w:rPr>
              <w:br/>
            </w: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теме "Площадь поверхности куба и прямоугольного </w:t>
            </w:r>
            <w:r w:rsidRPr="00DD3294">
              <w:rPr>
                <w:lang w:val="ru-RU"/>
              </w:rPr>
              <w:br/>
            </w: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параллелепипеда"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21.03.2023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6406BB">
        <w:trPr>
          <w:trHeight w:hRule="exact" w:val="8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122.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Десятичная запись дробных чисел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22.03.2023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</w:tbl>
    <w:p w:rsidR="006406BB" w:rsidRDefault="006406BB">
      <w:pPr>
        <w:autoSpaceDE w:val="0"/>
        <w:autoSpaceDN w:val="0"/>
        <w:spacing w:after="0" w:line="14" w:lineRule="exact"/>
      </w:pPr>
    </w:p>
    <w:p w:rsidR="006406BB" w:rsidRDefault="006406BB">
      <w:pPr>
        <w:sectPr w:rsidR="006406BB">
          <w:pgSz w:w="11900" w:h="16840"/>
          <w:pgMar w:top="284" w:right="650" w:bottom="316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6406BB" w:rsidRDefault="006406BB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074"/>
        <w:gridCol w:w="732"/>
        <w:gridCol w:w="1620"/>
        <w:gridCol w:w="1668"/>
        <w:gridCol w:w="1236"/>
        <w:gridCol w:w="1646"/>
      </w:tblGrid>
      <w:tr w:rsidR="006406B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123.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Десятичная запись дробных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чисел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23.03.2023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406B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124.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Запись и чтение десятичных </w:t>
            </w:r>
            <w:r w:rsidRPr="00DD3294">
              <w:rPr>
                <w:lang w:val="ru-RU"/>
              </w:rPr>
              <w:tab/>
            </w: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дробей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0.25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24.03.2023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6406BB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125.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98" w:after="0"/>
              <w:ind w:left="156" w:right="432" w:hanging="156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Решение практических и прикладных задач, </w:t>
            </w:r>
            <w:r w:rsidRPr="00DD3294">
              <w:rPr>
                <w:lang w:val="ru-RU"/>
              </w:rPr>
              <w:br/>
            </w: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содержащих десятичные дроби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03.04.2023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406BB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126.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100" w:after="0"/>
              <w:ind w:left="156" w:right="144" w:hanging="156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Решение практических и прикладных задач, </w:t>
            </w:r>
            <w:r w:rsidRPr="00DD3294">
              <w:rPr>
                <w:lang w:val="ru-RU"/>
              </w:rPr>
              <w:br/>
            </w: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содержащих представление данных в виде таблиц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04.04.2023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100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6406BB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127.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98" w:after="0" w:line="281" w:lineRule="auto"/>
              <w:ind w:left="156" w:right="144" w:hanging="156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Решение практических и прикладных задач, </w:t>
            </w:r>
            <w:r w:rsidRPr="00DD3294">
              <w:rPr>
                <w:lang w:val="ru-RU"/>
              </w:rPr>
              <w:br/>
            </w: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содержащих представление данных в виде столбчатых диаграмм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05.04.2023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406BB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128.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98" w:after="0"/>
              <w:ind w:left="576" w:right="576" w:hanging="576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128. Решение практических задач, содержащих </w:t>
            </w:r>
            <w:r w:rsidRPr="00DD3294">
              <w:rPr>
                <w:lang w:val="ru-RU"/>
              </w:rPr>
              <w:br/>
            </w: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обыкновенные и </w:t>
            </w:r>
            <w:r w:rsidRPr="00DD3294">
              <w:rPr>
                <w:lang w:val="ru-RU"/>
              </w:rPr>
              <w:br/>
            </w: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десятичные дроби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06.04.2023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406BB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129.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98" w:after="0" w:line="271" w:lineRule="auto"/>
              <w:ind w:left="72" w:right="288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Изображение десятичных дробей точками на </w:t>
            </w:r>
            <w:r w:rsidRPr="00DD3294">
              <w:rPr>
                <w:lang w:val="ru-RU"/>
              </w:rPr>
              <w:br/>
            </w:r>
            <w:proofErr w:type="gramStart"/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числовой</w:t>
            </w:r>
            <w:proofErr w:type="gramEnd"/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прямой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07.04.2023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406BB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130.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98" w:after="0" w:line="271" w:lineRule="auto"/>
              <w:ind w:left="156" w:right="288" w:hanging="156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Изображение десятичных дробей точками на </w:t>
            </w:r>
            <w:r w:rsidRPr="00DD3294">
              <w:rPr>
                <w:lang w:val="ru-RU"/>
              </w:rPr>
              <w:br/>
            </w:r>
            <w:proofErr w:type="gramStart"/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числовой</w:t>
            </w:r>
            <w:proofErr w:type="gramEnd"/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прямой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10.04.2023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Тестирование;</w:t>
            </w:r>
          </w:p>
        </w:tc>
      </w:tr>
      <w:tr w:rsidR="006406BB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131.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tabs>
                <w:tab w:val="left" w:pos="576"/>
              </w:tabs>
              <w:autoSpaceDE w:val="0"/>
              <w:autoSpaceDN w:val="0"/>
              <w:spacing w:before="100" w:after="0" w:line="262" w:lineRule="auto"/>
              <w:ind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131. Сравнение десятичных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дробей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0.25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11.04.2023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100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6406BB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132.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98" w:after="0"/>
              <w:ind w:left="156" w:right="144" w:hanging="156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Решение прикладных задач с использованием </w:t>
            </w:r>
            <w:r w:rsidRPr="00DD3294">
              <w:rPr>
                <w:lang w:val="ru-RU"/>
              </w:rPr>
              <w:br/>
            </w: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сравнения десятичных </w:t>
            </w:r>
            <w:r w:rsidRPr="00DD3294">
              <w:rPr>
                <w:lang w:val="ru-RU"/>
              </w:rPr>
              <w:br/>
            </w: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дробей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12.04.2023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6406BB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133.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98" w:after="0" w:line="271" w:lineRule="auto"/>
              <w:ind w:left="156" w:hanging="156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Решение прикладных задач, содержащих десятичные </w:t>
            </w:r>
            <w:r w:rsidRPr="00DD3294">
              <w:rPr>
                <w:lang w:val="ru-RU"/>
              </w:rPr>
              <w:br/>
            </w: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дроби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13.04.2023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Письменный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контроль;</w:t>
            </w:r>
          </w:p>
        </w:tc>
      </w:tr>
      <w:tr w:rsidR="006406B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134.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576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134. Сложение и вычитание </w:t>
            </w:r>
            <w:r w:rsidRPr="00DD3294">
              <w:rPr>
                <w:lang w:val="ru-RU"/>
              </w:rPr>
              <w:tab/>
            </w: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десятичных дробей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14.04.2023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406BB">
        <w:trPr>
          <w:trHeight w:hRule="exact" w:val="8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135.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576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135. Сложение и вычитание </w:t>
            </w:r>
            <w:r w:rsidRPr="00DD3294">
              <w:rPr>
                <w:lang w:val="ru-RU"/>
              </w:rPr>
              <w:tab/>
            </w: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десятичных дробей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17.04.2023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</w:tbl>
    <w:p w:rsidR="006406BB" w:rsidRDefault="006406BB">
      <w:pPr>
        <w:autoSpaceDE w:val="0"/>
        <w:autoSpaceDN w:val="0"/>
        <w:spacing w:after="0" w:line="14" w:lineRule="exact"/>
      </w:pPr>
    </w:p>
    <w:p w:rsidR="006406BB" w:rsidRDefault="006406BB">
      <w:pPr>
        <w:sectPr w:rsidR="006406BB">
          <w:pgSz w:w="11900" w:h="16840"/>
          <w:pgMar w:top="284" w:right="650" w:bottom="39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6406BB" w:rsidRDefault="006406BB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074"/>
        <w:gridCol w:w="732"/>
        <w:gridCol w:w="1620"/>
        <w:gridCol w:w="1668"/>
        <w:gridCol w:w="1236"/>
        <w:gridCol w:w="1646"/>
      </w:tblGrid>
      <w:tr w:rsidR="006406BB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136.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576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136. Сложение и вычитание </w:t>
            </w:r>
            <w:r w:rsidRPr="00DD3294">
              <w:rPr>
                <w:lang w:val="ru-RU"/>
              </w:rPr>
              <w:tab/>
            </w: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десятичных дробей.</w:t>
            </w:r>
          </w:p>
          <w:p w:rsidR="006406BB" w:rsidRDefault="00DD3294">
            <w:pPr>
              <w:autoSpaceDE w:val="0"/>
              <w:autoSpaceDN w:val="0"/>
              <w:spacing w:before="70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текстовых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18.04.2023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6406BB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137.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98" w:after="0" w:line="281" w:lineRule="auto"/>
              <w:ind w:left="156" w:hanging="156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Решение практических и </w:t>
            </w:r>
            <w:r w:rsidRPr="00DD3294">
              <w:rPr>
                <w:lang w:val="ru-RU"/>
              </w:rPr>
              <w:br/>
            </w: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прикладных задач с </w:t>
            </w:r>
            <w:r w:rsidRPr="00DD3294">
              <w:rPr>
                <w:lang w:val="ru-RU"/>
              </w:rPr>
              <w:br/>
            </w: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использованием сложения и вычитания обыкновенных дробей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19.04.2023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406BB">
        <w:trPr>
          <w:trHeight w:hRule="exact" w:val="183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138.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98" w:after="0" w:line="281" w:lineRule="auto"/>
              <w:ind w:left="156" w:hanging="156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Решение практических и </w:t>
            </w:r>
            <w:r w:rsidRPr="00DD3294">
              <w:rPr>
                <w:lang w:val="ru-RU"/>
              </w:rPr>
              <w:br/>
            </w: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прикладных задач с </w:t>
            </w:r>
            <w:r w:rsidRPr="00DD3294">
              <w:rPr>
                <w:lang w:val="ru-RU"/>
              </w:rPr>
              <w:br/>
            </w: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использованием сложения и вычитания десятичных </w:t>
            </w:r>
            <w:r w:rsidRPr="00DD3294">
              <w:rPr>
                <w:lang w:val="ru-RU"/>
              </w:rPr>
              <w:br/>
            </w: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дробей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20.04.2023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работа;</w:t>
            </w:r>
          </w:p>
        </w:tc>
      </w:tr>
      <w:tr w:rsidR="006406B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139.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43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139. Умножение десятичной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дроби на 10,100,1000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21.04.2023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406BB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140.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98" w:after="0" w:line="271" w:lineRule="auto"/>
              <w:ind w:left="576" w:right="288" w:hanging="576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140. Умножение десятичной дроби на 0,1; 0,01; 0,001 и </w:t>
            </w:r>
            <w:proofErr w:type="spellStart"/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</w:t>
            </w:r>
            <w:proofErr w:type="gramStart"/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.д</w:t>
            </w:r>
            <w:proofErr w:type="spellEnd"/>
            <w:proofErr w:type="gram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24.04.2023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406B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141.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43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141. Умножение десятичных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дробей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25.04.2023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406BB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142.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98" w:after="0" w:line="271" w:lineRule="auto"/>
              <w:ind w:left="576" w:hanging="576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142. Умножение десятичных </w:t>
            </w:r>
            <w:r w:rsidRPr="00DD3294">
              <w:rPr>
                <w:lang w:val="ru-RU"/>
              </w:rPr>
              <w:br/>
            </w: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дробей. Решение текстовых задач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26.04.2023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6406B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143.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Деление десятичных дробей на натуральное число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27.04.2023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406BB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144.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Деление десятичных дробей на натуральное число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28.04.2023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406B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145.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tabs>
                <w:tab w:val="left" w:pos="156"/>
              </w:tabs>
              <w:autoSpaceDE w:val="0"/>
              <w:autoSpaceDN w:val="0"/>
              <w:spacing w:before="100" w:after="0" w:line="262" w:lineRule="auto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Деление десятичных дробей </w:t>
            </w:r>
            <w:r w:rsidRPr="00DD3294">
              <w:rPr>
                <w:lang w:val="ru-RU"/>
              </w:rPr>
              <w:tab/>
            </w: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на 10,100,1000 и </w:t>
            </w:r>
            <w:proofErr w:type="spellStart"/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</w:t>
            </w:r>
            <w:proofErr w:type="gramStart"/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.д</w:t>
            </w:r>
            <w:proofErr w:type="spellEnd"/>
            <w:proofErr w:type="gram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02.05.2023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100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6406B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146.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Деление десятичных дробей на 0,1; 0,01; 0,001 и </w:t>
            </w:r>
            <w:proofErr w:type="spellStart"/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</w:t>
            </w:r>
            <w:proofErr w:type="gramStart"/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.д</w:t>
            </w:r>
            <w:proofErr w:type="spellEnd"/>
            <w:proofErr w:type="gram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03.05.2023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Тестирование;</w:t>
            </w:r>
          </w:p>
        </w:tc>
      </w:tr>
      <w:tr w:rsidR="006406B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147.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Деление десятичных дробей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04.05.2023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406B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148.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Деление десятичных дробей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05.05.2023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6406BB">
        <w:trPr>
          <w:trHeight w:hRule="exact" w:val="114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149.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98" w:after="0" w:line="271" w:lineRule="auto"/>
              <w:ind w:left="576" w:hanging="576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149. Деление десятичных </w:t>
            </w:r>
            <w:r w:rsidRPr="00DD3294">
              <w:rPr>
                <w:lang w:val="ru-RU"/>
              </w:rPr>
              <w:br/>
            </w: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дробей. Решение текстовых задач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08.05.2023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</w:tbl>
    <w:p w:rsidR="006406BB" w:rsidRDefault="006406BB">
      <w:pPr>
        <w:autoSpaceDE w:val="0"/>
        <w:autoSpaceDN w:val="0"/>
        <w:spacing w:after="0" w:line="14" w:lineRule="exact"/>
      </w:pPr>
    </w:p>
    <w:p w:rsidR="006406BB" w:rsidRDefault="006406BB">
      <w:pPr>
        <w:sectPr w:rsidR="006406BB">
          <w:pgSz w:w="11900" w:h="16840"/>
          <w:pgMar w:top="284" w:right="650" w:bottom="65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6406BB" w:rsidRDefault="006406BB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074"/>
        <w:gridCol w:w="732"/>
        <w:gridCol w:w="1620"/>
        <w:gridCol w:w="1668"/>
        <w:gridCol w:w="1236"/>
        <w:gridCol w:w="1646"/>
      </w:tblGrid>
      <w:tr w:rsidR="006406B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150.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720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150. Решение текстовых и </w:t>
            </w:r>
            <w:r w:rsidRPr="00DD3294">
              <w:rPr>
                <w:lang w:val="ru-RU"/>
              </w:rPr>
              <w:tab/>
            </w: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прикладных задач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10.05.2023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406BB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151.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98" w:after="0" w:line="271" w:lineRule="auto"/>
              <w:ind w:left="576" w:hanging="576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151. Деление Десятичных </w:t>
            </w:r>
            <w:r w:rsidRPr="00DD3294">
              <w:rPr>
                <w:lang w:val="ru-RU"/>
              </w:rPr>
              <w:br/>
            </w: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дробей. Решение текстовых задач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11.05.2023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Тестирование;</w:t>
            </w:r>
          </w:p>
        </w:tc>
      </w:tr>
      <w:tr w:rsidR="006406B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152.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43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152. Округление десятичныз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дробей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12.05.2023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6406B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153.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43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153. Округление десятичных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дробей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0.25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15.05.2023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406BB">
        <w:trPr>
          <w:trHeight w:hRule="exact" w:val="1502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154. </w:t>
            </w:r>
          </w:p>
        </w:tc>
        <w:tc>
          <w:tcPr>
            <w:tcW w:w="307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100" w:after="0"/>
              <w:ind w:left="156" w:right="432" w:hanging="156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Решение практических и прикладных задач на </w:t>
            </w:r>
            <w:r w:rsidRPr="00DD3294">
              <w:rPr>
                <w:lang w:val="ru-RU"/>
              </w:rPr>
              <w:br/>
            </w: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округление десятичных дробей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16.05.2023</w:t>
            </w:r>
          </w:p>
        </w:tc>
        <w:tc>
          <w:tcPr>
            <w:tcW w:w="164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100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6406B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155.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17.05.2023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406B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156.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288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Решение текстовых задач, </w:t>
            </w:r>
            <w:r w:rsidRPr="00DD3294">
              <w:rPr>
                <w:lang w:val="ru-RU"/>
              </w:rPr>
              <w:tab/>
            </w: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содержащих дроби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18.05.2023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406BB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157.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98" w:after="0"/>
              <w:ind w:left="156" w:hanging="156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Решение текстовых задач, содержащих зависимость, связывающие величины: </w:t>
            </w:r>
            <w:r w:rsidRPr="00DD3294">
              <w:rPr>
                <w:lang w:val="ru-RU"/>
              </w:rPr>
              <w:br/>
            </w: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цена, </w:t>
            </w:r>
            <w:proofErr w:type="spellStart"/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количесвто</w:t>
            </w:r>
            <w:proofErr w:type="spellEnd"/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, стоимость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19.05.2023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Тестирование;</w:t>
            </w:r>
          </w:p>
        </w:tc>
      </w:tr>
      <w:tr w:rsidR="006406B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158.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144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Решение задач перебором </w:t>
            </w:r>
            <w:r w:rsidRPr="00DD3294">
              <w:rPr>
                <w:lang w:val="ru-RU"/>
              </w:rPr>
              <w:tab/>
            </w: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всех возможных вариантов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22.05.2023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406B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159.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Контрольная работа по теме "Десятичные дроби"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23.05.2023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работа;</w:t>
            </w:r>
          </w:p>
        </w:tc>
      </w:tr>
      <w:tr w:rsidR="006406BB">
        <w:trPr>
          <w:trHeight w:hRule="exact" w:val="116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160.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98" w:after="0" w:line="271" w:lineRule="auto"/>
              <w:ind w:left="156" w:right="316" w:hanging="156"/>
              <w:jc w:val="both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Повторение и обобщение. Действия с натуральными числами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24.05.2023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6406BB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161.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81" w:lineRule="auto"/>
              <w:ind w:left="576" w:right="288" w:hanging="576"/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161. Числовые и буквенные выражения, порядок </w:t>
            </w:r>
            <w:r w:rsidRPr="00DD3294">
              <w:rPr>
                <w:lang w:val="ru-RU"/>
              </w:rPr>
              <w:br/>
            </w: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действий, использование скобок.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Упрощение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выражений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25.05.2023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406B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162.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Округление натуральных чисел, десятичных дробей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26.05.2023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Тестирование;</w:t>
            </w:r>
          </w:p>
        </w:tc>
      </w:tr>
      <w:tr w:rsidR="006406BB">
        <w:trPr>
          <w:trHeight w:hRule="exact" w:val="8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163.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163. Обыкновенные дробя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29.05.2023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Письменный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контроль;</w:t>
            </w:r>
          </w:p>
        </w:tc>
      </w:tr>
    </w:tbl>
    <w:p w:rsidR="006406BB" w:rsidRDefault="006406BB">
      <w:pPr>
        <w:autoSpaceDE w:val="0"/>
        <w:autoSpaceDN w:val="0"/>
        <w:spacing w:after="0" w:line="14" w:lineRule="exact"/>
      </w:pPr>
    </w:p>
    <w:p w:rsidR="006406BB" w:rsidRDefault="006406BB">
      <w:pPr>
        <w:sectPr w:rsidR="006406BB">
          <w:pgSz w:w="11900" w:h="16840"/>
          <w:pgMar w:top="284" w:right="650" w:bottom="82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6406BB" w:rsidRDefault="006406BB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074"/>
        <w:gridCol w:w="732"/>
        <w:gridCol w:w="1620"/>
        <w:gridCol w:w="1668"/>
        <w:gridCol w:w="1236"/>
        <w:gridCol w:w="1646"/>
      </w:tblGrid>
      <w:tr w:rsidR="006406BB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164.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288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Решение текстовых задач, </w:t>
            </w:r>
            <w:r w:rsidRPr="00DD3294">
              <w:rPr>
                <w:lang w:val="ru-RU"/>
              </w:rPr>
              <w:tab/>
            </w: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содержащих дроби.</w:t>
            </w:r>
          </w:p>
          <w:p w:rsidR="006406BB" w:rsidRDefault="00DD3294">
            <w:pPr>
              <w:autoSpaceDE w:val="0"/>
              <w:autoSpaceDN w:val="0"/>
              <w:spacing w:before="70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задачи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дроби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30.05.2023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406B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165.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288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Решение текстовых задач </w:t>
            </w:r>
            <w:r w:rsidRPr="00DD3294">
              <w:rPr>
                <w:lang w:val="ru-RU"/>
              </w:rPr>
              <w:tab/>
            </w: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 движение, покупки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31.05.2023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406B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166.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166. Сложение и вычитание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дробей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24.10.2022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406B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167.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167. Умножение и деление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дробей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25.10.2022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Тестирование;</w:t>
            </w:r>
          </w:p>
        </w:tc>
      </w:tr>
      <w:tr w:rsidR="006406BB">
        <w:trPr>
          <w:trHeight w:hRule="exact" w:val="830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168. </w:t>
            </w:r>
          </w:p>
        </w:tc>
        <w:tc>
          <w:tcPr>
            <w:tcW w:w="307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tabs>
                <w:tab w:val="left" w:pos="156"/>
              </w:tabs>
              <w:autoSpaceDE w:val="0"/>
              <w:autoSpaceDN w:val="0"/>
              <w:spacing w:before="100" w:after="0" w:line="262" w:lineRule="auto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Решение текстовых задач с </w:t>
            </w:r>
            <w:r w:rsidRPr="00DD3294">
              <w:rPr>
                <w:lang w:val="ru-RU"/>
              </w:rPr>
              <w:tab/>
            </w: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практическим содержанием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26.10.2022</w:t>
            </w:r>
          </w:p>
        </w:tc>
        <w:tc>
          <w:tcPr>
            <w:tcW w:w="164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100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работа;</w:t>
            </w:r>
          </w:p>
        </w:tc>
      </w:tr>
      <w:tr w:rsidR="006406B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169.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Решение текстовых задач с </w:t>
            </w:r>
            <w:r w:rsidRPr="00DD3294">
              <w:rPr>
                <w:lang w:val="ru-RU"/>
              </w:rPr>
              <w:tab/>
            </w: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практическим содержанием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27.10.2022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406B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170.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Решение текстовых задач с </w:t>
            </w:r>
            <w:r w:rsidRPr="00DD3294">
              <w:rPr>
                <w:lang w:val="ru-RU"/>
              </w:rPr>
              <w:tab/>
            </w: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практическим содержанием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28.10.2022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406BB">
        <w:trPr>
          <w:trHeight w:hRule="exact" w:val="808"/>
        </w:trPr>
        <w:tc>
          <w:tcPr>
            <w:tcW w:w="3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Pr="00DD3294" w:rsidRDefault="00DD3294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DD32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406BB" w:rsidRDefault="00DD32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14.25</w:t>
            </w:r>
          </w:p>
        </w:tc>
      </w:tr>
    </w:tbl>
    <w:p w:rsidR="006406BB" w:rsidRDefault="006406BB">
      <w:pPr>
        <w:autoSpaceDE w:val="0"/>
        <w:autoSpaceDN w:val="0"/>
        <w:spacing w:after="0" w:line="14" w:lineRule="exact"/>
      </w:pPr>
    </w:p>
    <w:p w:rsidR="006406BB" w:rsidRDefault="006406BB">
      <w:pPr>
        <w:sectPr w:rsidR="006406BB">
          <w:pgSz w:w="11900" w:h="16840"/>
          <w:pgMar w:top="284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6406BB" w:rsidRDefault="006406BB">
      <w:pPr>
        <w:autoSpaceDE w:val="0"/>
        <w:autoSpaceDN w:val="0"/>
        <w:spacing w:after="78" w:line="220" w:lineRule="exact"/>
      </w:pPr>
    </w:p>
    <w:p w:rsidR="006406BB" w:rsidRDefault="00DD3294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УЧЕБНО-МЕТОДИЧЕСКОЕ ОБЕСПЕЧЕНИЕ ОБРАЗОВАТЕЛЬНОГО ПРОЦЕССА </w:t>
      </w:r>
    </w:p>
    <w:p w:rsidR="006406BB" w:rsidRDefault="00DD3294">
      <w:pPr>
        <w:autoSpaceDE w:val="0"/>
        <w:autoSpaceDN w:val="0"/>
        <w:spacing w:before="346"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ОБЯЗАТЕЛЬНЫЕ УЧЕБНЫЕ МАТЕРИАЛЫ ДЛЯ УЧЕНИКА</w:t>
      </w:r>
    </w:p>
    <w:p w:rsidR="006406BB" w:rsidRPr="00DD3294" w:rsidRDefault="00DD3294">
      <w:pPr>
        <w:autoSpaceDE w:val="0"/>
        <w:autoSpaceDN w:val="0"/>
        <w:spacing w:before="166" w:after="0" w:line="271" w:lineRule="auto"/>
        <w:rPr>
          <w:lang w:val="ru-RU"/>
        </w:rPr>
      </w:pP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 xml:space="preserve">Дорофеев Г.В., </w:t>
      </w:r>
      <w:proofErr w:type="spellStart"/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>Шарыгин</w:t>
      </w:r>
      <w:proofErr w:type="spellEnd"/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 xml:space="preserve"> И.Ф., Суворова С.Б. и другие, Математика,  5 класс, Акционерное общество "Издательство "Просвещение"; </w:t>
      </w:r>
      <w:r w:rsidRPr="00DD3294">
        <w:rPr>
          <w:lang w:val="ru-RU"/>
        </w:rPr>
        <w:br/>
      </w: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>Введите свой вариант:</w:t>
      </w:r>
    </w:p>
    <w:p w:rsidR="006406BB" w:rsidRPr="00DD3294" w:rsidRDefault="00DD3294">
      <w:pPr>
        <w:autoSpaceDE w:val="0"/>
        <w:autoSpaceDN w:val="0"/>
        <w:spacing w:before="262" w:after="0" w:line="230" w:lineRule="auto"/>
        <w:rPr>
          <w:lang w:val="ru-RU"/>
        </w:rPr>
      </w:pPr>
      <w:r w:rsidRPr="00DD3294">
        <w:rPr>
          <w:rFonts w:ascii="Times New Roman" w:eastAsia="Times New Roman" w:hAnsi="Times New Roman"/>
          <w:b/>
          <w:color w:val="000000"/>
          <w:sz w:val="24"/>
          <w:lang w:val="ru-RU"/>
        </w:rPr>
        <w:t>МЕТОДИЧЕСКИЕ МАТЕРИАЛЫ ДЛЯ УЧИТЕЛЯ</w:t>
      </w:r>
    </w:p>
    <w:p w:rsidR="006406BB" w:rsidRPr="00DD3294" w:rsidRDefault="00DD3294">
      <w:pPr>
        <w:autoSpaceDE w:val="0"/>
        <w:autoSpaceDN w:val="0"/>
        <w:spacing w:before="166" w:after="0" w:line="262" w:lineRule="auto"/>
        <w:ind w:right="144"/>
        <w:rPr>
          <w:lang w:val="ru-RU"/>
        </w:rPr>
      </w:pP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 xml:space="preserve">Дорофеев Г.В., </w:t>
      </w:r>
      <w:proofErr w:type="spellStart"/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>Шарыгин</w:t>
      </w:r>
      <w:proofErr w:type="spellEnd"/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 xml:space="preserve"> И.Ф., Суворова С.Б. и другие, Математика, 5 класс, Акционерное общество "Издательство "Просвещение";</w:t>
      </w:r>
    </w:p>
    <w:p w:rsidR="006406BB" w:rsidRPr="00DD3294" w:rsidRDefault="00DD3294">
      <w:pPr>
        <w:autoSpaceDE w:val="0"/>
        <w:autoSpaceDN w:val="0"/>
        <w:spacing w:before="264" w:after="0" w:line="230" w:lineRule="auto"/>
        <w:rPr>
          <w:lang w:val="ru-RU"/>
        </w:rPr>
      </w:pPr>
      <w:r w:rsidRPr="00DD3294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:rsidR="006406BB" w:rsidRDefault="00202888">
      <w:pPr>
        <w:autoSpaceDE w:val="0"/>
        <w:autoSpaceDN w:val="0"/>
        <w:spacing w:before="168" w:after="0" w:line="230" w:lineRule="auto"/>
        <w:rPr>
          <w:rFonts w:ascii="Times New Roman" w:eastAsia="Times New Roman" w:hAnsi="Times New Roman"/>
          <w:color w:val="000000"/>
          <w:sz w:val="24"/>
          <w:lang w:val="ru-RU"/>
        </w:rPr>
      </w:pPr>
      <w:hyperlink r:id="rId8" w:history="1">
        <w:r w:rsidR="00DD3294" w:rsidRPr="006E30E1">
          <w:rPr>
            <w:rStyle w:val="affa"/>
            <w:rFonts w:ascii="Times New Roman" w:eastAsia="Times New Roman" w:hAnsi="Times New Roman"/>
            <w:sz w:val="24"/>
          </w:rPr>
          <w:t>https</w:t>
        </w:r>
        <w:r w:rsidR="00DD3294" w:rsidRPr="006E30E1">
          <w:rPr>
            <w:rStyle w:val="affa"/>
            <w:rFonts w:ascii="Times New Roman" w:eastAsia="Times New Roman" w:hAnsi="Times New Roman"/>
            <w:sz w:val="24"/>
            <w:lang w:val="ru-RU"/>
          </w:rPr>
          <w:t>://</w:t>
        </w:r>
        <w:proofErr w:type="spellStart"/>
        <w:r w:rsidR="00DD3294" w:rsidRPr="006E30E1">
          <w:rPr>
            <w:rStyle w:val="affa"/>
            <w:rFonts w:ascii="Times New Roman" w:eastAsia="Times New Roman" w:hAnsi="Times New Roman"/>
            <w:sz w:val="24"/>
          </w:rPr>
          <w:t>resh</w:t>
        </w:r>
        <w:proofErr w:type="spellEnd"/>
        <w:r w:rsidR="00DD3294" w:rsidRPr="006E30E1">
          <w:rPr>
            <w:rStyle w:val="affa"/>
            <w:rFonts w:ascii="Times New Roman" w:eastAsia="Times New Roman" w:hAnsi="Times New Roman"/>
            <w:sz w:val="24"/>
            <w:lang w:val="ru-RU"/>
          </w:rPr>
          <w:t>.</w:t>
        </w:r>
        <w:proofErr w:type="spellStart"/>
        <w:r w:rsidR="00DD3294" w:rsidRPr="006E30E1">
          <w:rPr>
            <w:rStyle w:val="affa"/>
            <w:rFonts w:ascii="Times New Roman" w:eastAsia="Times New Roman" w:hAnsi="Times New Roman"/>
            <w:sz w:val="24"/>
          </w:rPr>
          <w:t>edu</w:t>
        </w:r>
        <w:proofErr w:type="spellEnd"/>
        <w:r w:rsidR="00DD3294" w:rsidRPr="006E30E1">
          <w:rPr>
            <w:rStyle w:val="affa"/>
            <w:rFonts w:ascii="Times New Roman" w:eastAsia="Times New Roman" w:hAnsi="Times New Roman"/>
            <w:sz w:val="24"/>
            <w:lang w:val="ru-RU"/>
          </w:rPr>
          <w:t>.</w:t>
        </w:r>
        <w:proofErr w:type="spellStart"/>
        <w:r w:rsidR="00DD3294" w:rsidRPr="006E30E1">
          <w:rPr>
            <w:rStyle w:val="affa"/>
            <w:rFonts w:ascii="Times New Roman" w:eastAsia="Times New Roman" w:hAnsi="Times New Roman"/>
            <w:sz w:val="24"/>
          </w:rPr>
          <w:t>ru</w:t>
        </w:r>
        <w:proofErr w:type="spellEnd"/>
        <w:r w:rsidR="00DD3294" w:rsidRPr="006E30E1">
          <w:rPr>
            <w:rStyle w:val="affa"/>
            <w:rFonts w:ascii="Times New Roman" w:eastAsia="Times New Roman" w:hAnsi="Times New Roman"/>
            <w:sz w:val="24"/>
            <w:lang w:val="ru-RU"/>
          </w:rPr>
          <w:t>/</w:t>
        </w:r>
        <w:r w:rsidR="00DD3294" w:rsidRPr="006E30E1">
          <w:rPr>
            <w:rStyle w:val="affa"/>
            <w:rFonts w:ascii="Times New Roman" w:eastAsia="Times New Roman" w:hAnsi="Times New Roman"/>
            <w:sz w:val="24"/>
          </w:rPr>
          <w:t>subject</w:t>
        </w:r>
        <w:r w:rsidR="00DD3294" w:rsidRPr="006E30E1">
          <w:rPr>
            <w:rStyle w:val="affa"/>
            <w:rFonts w:ascii="Times New Roman" w:eastAsia="Times New Roman" w:hAnsi="Times New Roman"/>
            <w:sz w:val="24"/>
            <w:lang w:val="ru-RU"/>
          </w:rPr>
          <w:t>/12/5/</w:t>
        </w:r>
      </w:hyperlink>
    </w:p>
    <w:p w:rsidR="00DD3294" w:rsidRPr="00DD3294" w:rsidRDefault="00DD3294">
      <w:pPr>
        <w:autoSpaceDE w:val="0"/>
        <w:autoSpaceDN w:val="0"/>
        <w:spacing w:before="168" w:after="0" w:line="230" w:lineRule="auto"/>
        <w:rPr>
          <w:lang w:val="ru-RU"/>
        </w:rPr>
      </w:pPr>
    </w:p>
    <w:p w:rsidR="00DD3294" w:rsidRPr="00DD3294" w:rsidRDefault="00DD3294" w:rsidP="00DD3294">
      <w:pPr>
        <w:autoSpaceDE w:val="0"/>
        <w:autoSpaceDN w:val="0"/>
        <w:spacing w:after="0" w:line="230" w:lineRule="auto"/>
        <w:rPr>
          <w:lang w:val="ru-RU"/>
        </w:rPr>
      </w:pPr>
      <w:r w:rsidRPr="00DD3294">
        <w:rPr>
          <w:rFonts w:ascii="Times New Roman" w:eastAsia="Times New Roman" w:hAnsi="Times New Roman"/>
          <w:b/>
          <w:color w:val="000000"/>
          <w:sz w:val="24"/>
          <w:lang w:val="ru-RU"/>
        </w:rPr>
        <w:t>МАТЕРИАЛЬНО-ТЕХНИЧЕСКОЕ ОБЕСПЕЧЕНИЕ ОБРАЗОВАТЕЛЬНОГО ПРОЦЕССА</w:t>
      </w:r>
    </w:p>
    <w:p w:rsidR="00DD3294" w:rsidRPr="00DD3294" w:rsidRDefault="00DD3294" w:rsidP="00DD3294">
      <w:pPr>
        <w:autoSpaceDE w:val="0"/>
        <w:autoSpaceDN w:val="0"/>
        <w:spacing w:before="346" w:after="0" w:line="230" w:lineRule="auto"/>
        <w:rPr>
          <w:lang w:val="ru-RU"/>
        </w:rPr>
      </w:pPr>
      <w:r w:rsidRPr="00DD3294">
        <w:rPr>
          <w:rFonts w:ascii="Times New Roman" w:eastAsia="Times New Roman" w:hAnsi="Times New Roman"/>
          <w:b/>
          <w:color w:val="000000"/>
          <w:sz w:val="24"/>
          <w:lang w:val="ru-RU"/>
        </w:rPr>
        <w:t>УЧЕБНОЕ ОБОРУДОВАНИЕ</w:t>
      </w:r>
    </w:p>
    <w:p w:rsidR="00DD3294" w:rsidRPr="00DD3294" w:rsidRDefault="00DD3294" w:rsidP="00DD3294">
      <w:pPr>
        <w:autoSpaceDE w:val="0"/>
        <w:autoSpaceDN w:val="0"/>
        <w:spacing w:before="166" w:after="0" w:line="271" w:lineRule="auto"/>
        <w:ind w:right="4608"/>
        <w:rPr>
          <w:lang w:val="ru-RU"/>
        </w:rPr>
      </w:pP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>- доска магнитная</w:t>
      </w:r>
      <w:r w:rsidRPr="00DD3294">
        <w:rPr>
          <w:lang w:val="ru-RU"/>
        </w:rPr>
        <w:br/>
      </w: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>- комплект чертежных инструментов</w:t>
      </w:r>
      <w:r w:rsidRPr="00DD3294">
        <w:rPr>
          <w:lang w:val="ru-RU"/>
        </w:rPr>
        <w:br/>
      </w:r>
      <w:r w:rsidRPr="00DD3294">
        <w:rPr>
          <w:rFonts w:ascii="Times New Roman" w:eastAsia="Times New Roman" w:hAnsi="Times New Roman"/>
          <w:color w:val="000000"/>
          <w:sz w:val="24"/>
          <w:lang w:val="ru-RU"/>
        </w:rPr>
        <w:t>- комплекты планиметрических и стереометрических тел</w:t>
      </w:r>
    </w:p>
    <w:p w:rsidR="00DD3294" w:rsidRPr="00DD3294" w:rsidRDefault="00DD3294" w:rsidP="00DD3294">
      <w:pPr>
        <w:autoSpaceDE w:val="0"/>
        <w:autoSpaceDN w:val="0"/>
        <w:spacing w:before="262" w:after="0" w:line="230" w:lineRule="auto"/>
        <w:rPr>
          <w:lang w:val="ru-RU"/>
        </w:rPr>
      </w:pPr>
      <w:r w:rsidRPr="00DD3294">
        <w:rPr>
          <w:rFonts w:ascii="Times New Roman" w:eastAsia="Times New Roman" w:hAnsi="Times New Roman"/>
          <w:b/>
          <w:color w:val="000000"/>
          <w:sz w:val="24"/>
          <w:lang w:val="ru-RU"/>
        </w:rPr>
        <w:t>ОБОРУДОВАНИЕ ДЛЯ ПРОВЕДЕНИЯ ЛАБОРАТОРНЫХ И ПРАКТИЧЕСКИХ РАБОТ</w:t>
      </w:r>
    </w:p>
    <w:p w:rsidR="00DD3294" w:rsidRDefault="00DD3294" w:rsidP="00DD3294">
      <w:pPr>
        <w:autoSpaceDE w:val="0"/>
        <w:autoSpaceDN w:val="0"/>
        <w:spacing w:before="166" w:after="0" w:line="262" w:lineRule="auto"/>
        <w:ind w:right="7776"/>
      </w:pPr>
      <w:r>
        <w:rPr>
          <w:rFonts w:ascii="Times New Roman" w:eastAsia="Times New Roman" w:hAnsi="Times New Roman"/>
          <w:color w:val="000000"/>
          <w:sz w:val="24"/>
        </w:rPr>
        <w:t xml:space="preserve">- </w:t>
      </w:r>
      <w:proofErr w:type="spellStart"/>
      <w:proofErr w:type="gramStart"/>
      <w:r>
        <w:rPr>
          <w:rFonts w:ascii="Times New Roman" w:eastAsia="Times New Roman" w:hAnsi="Times New Roman"/>
          <w:color w:val="000000"/>
          <w:sz w:val="24"/>
        </w:rPr>
        <w:t>персональный</w:t>
      </w:r>
      <w:proofErr w:type="spellEnd"/>
      <w:proofErr w:type="gramEnd"/>
      <w:r>
        <w:rPr>
          <w:rFonts w:ascii="Times New Roman" w:eastAsia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компьютер</w:t>
      </w:r>
      <w:proofErr w:type="spellEnd"/>
      <w:r>
        <w:br/>
      </w:r>
      <w:r>
        <w:rPr>
          <w:rFonts w:ascii="Times New Roman" w:eastAsia="Times New Roman" w:hAnsi="Times New Roman"/>
          <w:color w:val="000000"/>
          <w:sz w:val="24"/>
        </w:rPr>
        <w:t xml:space="preserve">- 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проектор</w:t>
      </w:r>
      <w:proofErr w:type="spellEnd"/>
    </w:p>
    <w:p w:rsidR="00DD3294" w:rsidRDefault="00DD3294" w:rsidP="00DD3294">
      <w:pPr>
        <w:sectPr w:rsidR="00DD3294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6406BB" w:rsidRPr="00DD3294" w:rsidRDefault="006406BB">
      <w:pPr>
        <w:rPr>
          <w:lang w:val="ru-RU"/>
        </w:rPr>
        <w:sectPr w:rsidR="006406BB" w:rsidRPr="00DD3294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6406BB" w:rsidRPr="00DD3294" w:rsidRDefault="006406BB">
      <w:pPr>
        <w:autoSpaceDE w:val="0"/>
        <w:autoSpaceDN w:val="0"/>
        <w:spacing w:after="78" w:line="220" w:lineRule="exact"/>
        <w:rPr>
          <w:lang w:val="ru-RU"/>
        </w:rPr>
      </w:pPr>
    </w:p>
    <w:p w:rsidR="00DD3294" w:rsidRDefault="00DD3294"/>
    <w:sectPr w:rsidR="00DD3294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02888"/>
    <w:rsid w:val="0029639D"/>
    <w:rsid w:val="00326F90"/>
    <w:rsid w:val="006406BB"/>
    <w:rsid w:val="00AA1D8D"/>
    <w:rsid w:val="00B47730"/>
    <w:rsid w:val="00B544F9"/>
    <w:rsid w:val="00CB0664"/>
    <w:rsid w:val="00DD329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DD32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DD3294"/>
    <w:rPr>
      <w:rFonts w:ascii="Tahoma" w:hAnsi="Tahoma" w:cs="Tahoma"/>
      <w:sz w:val="16"/>
      <w:szCs w:val="16"/>
    </w:rPr>
  </w:style>
  <w:style w:type="character" w:styleId="affa">
    <w:name w:val="Hyperlink"/>
    <w:basedOn w:val="a2"/>
    <w:uiPriority w:val="99"/>
    <w:unhideWhenUsed/>
    <w:rsid w:val="00DD329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DD32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DD3294"/>
    <w:rPr>
      <w:rFonts w:ascii="Tahoma" w:hAnsi="Tahoma" w:cs="Tahoma"/>
      <w:sz w:val="16"/>
      <w:szCs w:val="16"/>
    </w:rPr>
  </w:style>
  <w:style w:type="character" w:styleId="affa">
    <w:name w:val="Hyperlink"/>
    <w:basedOn w:val="a2"/>
    <w:uiPriority w:val="99"/>
    <w:unhideWhenUsed/>
    <w:rsid w:val="00DD329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sh.edu.ru/subject/12/5/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B56EF1C-68B3-4B47-B219-77378A8C50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8295</Words>
  <Characters>47288</Characters>
  <Application>Microsoft Office Word</Application>
  <DocSecurity>0</DocSecurity>
  <Lines>394</Lines>
  <Paragraphs>110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55473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Маша</cp:lastModifiedBy>
  <cp:revision>5</cp:revision>
  <cp:lastPrinted>2022-09-09T00:45:00Z</cp:lastPrinted>
  <dcterms:created xsi:type="dcterms:W3CDTF">2013-12-23T23:15:00Z</dcterms:created>
  <dcterms:modified xsi:type="dcterms:W3CDTF">2022-09-09T01:01:00Z</dcterms:modified>
  <cp:category/>
</cp:coreProperties>
</file>