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BB" w:rsidRDefault="00202888">
      <w:pPr>
        <w:autoSpaceDE w:val="0"/>
        <w:autoSpaceDN w:val="0"/>
        <w:spacing w:after="78" w:line="220" w:lineRule="exact"/>
      </w:pPr>
      <w:r>
        <w:rPr>
          <w:noProof/>
          <w:lang w:val="ru-RU" w:eastAsia="ru-RU"/>
        </w:rPr>
        <w:drawing>
          <wp:inline distT="0" distB="0" distL="0" distR="0">
            <wp:extent cx="6529070" cy="9234440"/>
            <wp:effectExtent l="0" t="0" r="5080" b="5080"/>
            <wp:docPr id="1" name="Рисунок 1" descr="C:\Users\Маша\Pictures\IMG_202209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909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9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BB" w:rsidRPr="00DD3294" w:rsidRDefault="00202888" w:rsidP="00202888">
      <w:pPr>
        <w:autoSpaceDE w:val="0"/>
        <w:autoSpaceDN w:val="0"/>
        <w:spacing w:after="0" w:line="230" w:lineRule="auto"/>
        <w:ind w:left="1494"/>
        <w:rPr>
          <w:lang w:val="ru-RU"/>
        </w:rPr>
        <w:sectPr w:rsidR="006406BB" w:rsidRPr="00DD3294">
          <w:pgSz w:w="11900" w:h="16840"/>
          <w:pgMar w:top="298" w:right="880" w:bottom="408" w:left="738" w:header="720" w:footer="720" w:gutter="0"/>
          <w:cols w:space="720" w:equalWidth="0">
            <w:col w:w="10282" w:space="0"/>
          </w:cols>
          <w:docGrid w:linePitch="360"/>
        </w:sectPr>
      </w:pPr>
      <w:bookmarkStart w:id="0" w:name="_GoBack"/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529070" cy="9234440"/>
            <wp:effectExtent l="0" t="0" r="5080" b="5080"/>
            <wp:docPr id="2" name="Рисунок 2" descr="C:\Users\Маша\Pictures\IMG_202209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ша\Pictures\IMG_20220909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9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D3294">
        <w:rPr>
          <w:lang w:val="ru-RU"/>
        </w:rPr>
        <w:t xml:space="preserve"> </w:t>
      </w:r>
    </w:p>
    <w:p w:rsidR="006406BB" w:rsidRPr="00DD3294" w:rsidRDefault="006406BB">
      <w:pPr>
        <w:autoSpaceDE w:val="0"/>
        <w:autoSpaceDN w:val="0"/>
        <w:spacing w:after="78" w:line="220" w:lineRule="exact"/>
        <w:rPr>
          <w:lang w:val="ru-RU"/>
        </w:rPr>
      </w:pPr>
    </w:p>
    <w:p w:rsidR="006406BB" w:rsidRPr="00DD3294" w:rsidRDefault="00DD3294" w:rsidP="00DD329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406BB" w:rsidRPr="00DD3294" w:rsidRDefault="00DD3294" w:rsidP="00DD3294">
      <w:pPr>
        <w:autoSpaceDE w:val="0"/>
        <w:autoSpaceDN w:val="0"/>
        <w:spacing w:before="346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"МАТЕМАТИКА" </w:t>
      </w:r>
    </w:p>
    <w:p w:rsidR="006406BB" w:rsidRPr="00DD3294" w:rsidRDefault="00DD3294" w:rsidP="00DD3294">
      <w:pPr>
        <w:autoSpaceDE w:val="0"/>
        <w:autoSpaceDN w:val="0"/>
        <w:spacing w:before="166" w:after="0" w:line="240" w:lineRule="auto"/>
        <w:ind w:firstLine="180"/>
        <w:contextualSpacing/>
        <w:rPr>
          <w:lang w:val="ru-RU"/>
        </w:rPr>
      </w:pP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рабочей программе учтены идеи и положения Концепции развития математического образования в Российской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общеобразовательной подготовки, в том числе и математической.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математике даёт возможность развивать у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right="432"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DD3294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DD3294" w:rsidRPr="00DD3294" w:rsidRDefault="00DD3294" w:rsidP="00DD3294">
      <w:pPr>
        <w:autoSpaceDE w:val="0"/>
        <w:autoSpaceDN w:val="0"/>
        <w:spacing w:before="166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Приоритетными целями обучения математике в 5 классе являются:</w:t>
      </w:r>
    </w:p>
    <w:p w:rsidR="00DD3294" w:rsidRPr="00DD3294" w:rsidRDefault="00DD3294" w:rsidP="00DD3294">
      <w:pPr>
        <w:autoSpaceDE w:val="0"/>
        <w:autoSpaceDN w:val="0"/>
        <w:spacing w:before="18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продолжение формирования основных математических понятий (число, величина,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7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подведение обучающихся на доступном для них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уровне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к осознанию взаимосвязи математики и окружающего мира;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432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right="432"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арифметического материала начинается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вычислений. </w:t>
      </w:r>
    </w:p>
    <w:p w:rsidR="00DD3294" w:rsidRPr="00DD3294" w:rsidRDefault="00DD3294" w:rsidP="00DD3294">
      <w:pPr>
        <w:autoSpaceDE w:val="0"/>
        <w:autoSpaceDN w:val="0"/>
        <w:spacing w:before="72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дробей в полном объёме предшествует изучению десятичных дробей, что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целесообразно с точки зрения логики изложения числовой линии, когда правила действий с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При обучении решению текстовых задач в 5 классе используются арифметические приёмы решения.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используется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начальной школе, систематизируются и расширяются.</w:t>
      </w:r>
    </w:p>
    <w:p w:rsidR="00DD3294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DD3294" w:rsidRDefault="00DD3294" w:rsidP="00DD3294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  170 учебных часов.</w:t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DD3294" w:rsidRDefault="00DD3294" w:rsidP="00DD3294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D3294" w:rsidRPr="00DD3294" w:rsidRDefault="00DD3294" w:rsidP="00DD329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 "МАТЕМАТИКА"</w:t>
      </w:r>
    </w:p>
    <w:p w:rsidR="00DD3294" w:rsidRPr="00DD3294" w:rsidRDefault="00DD3294" w:rsidP="00DD3294">
      <w:pPr>
        <w:autoSpaceDE w:val="0"/>
        <w:autoSpaceDN w:val="0"/>
        <w:spacing w:before="346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 и нуль</w:t>
      </w:r>
    </w:p>
    <w:p w:rsidR="00DD3294" w:rsidRPr="00DD3294" w:rsidRDefault="00DD3294" w:rsidP="00DD3294">
      <w:pPr>
        <w:autoSpaceDE w:val="0"/>
        <w:autoSpaceDN w:val="0"/>
        <w:spacing w:before="166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координатной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</w:t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Сложение натуральных чисел; свойство нуля при сложении. Вычитание как действие, обратное сложению.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выражение. Вычисление значений числовых выражений; порядок выполнения действий.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D3294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DD3294" w:rsidRPr="00DD3294" w:rsidRDefault="00DD3294" w:rsidP="00DD3294">
      <w:pPr>
        <w:autoSpaceDE w:val="0"/>
        <w:autoSpaceDN w:val="0"/>
        <w:spacing w:before="166"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DD3294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DD3294" w:rsidRPr="00DD3294" w:rsidRDefault="00DD3294" w:rsidP="00DD3294">
      <w:pPr>
        <w:autoSpaceDE w:val="0"/>
        <w:autoSpaceDN w:val="0"/>
        <w:spacing w:before="168" w:after="0" w:line="240" w:lineRule="auto"/>
        <w:ind w:right="432"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Единицы измерения: массы, объёма, цены; расстояния, времени, скорости.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right="1296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DD3294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DD3294" w:rsidRPr="00DD3294" w:rsidRDefault="00DD3294" w:rsidP="00DD3294">
      <w:pPr>
        <w:autoSpaceDE w:val="0"/>
        <w:autoSpaceDN w:val="0"/>
        <w:spacing w:before="166" w:after="0" w:line="240" w:lineRule="auto"/>
        <w:ind w:right="144" w:firstLine="180"/>
        <w:contextualSpacing/>
        <w:rPr>
          <w:lang w:val="ru-RU"/>
        </w:rPr>
      </w:pP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ломаной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ств ст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орон и углов прямоугольника, квадрата. Площадь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ОБРАЗОВАТЕЛЬНЫЕ РЕЗУЛЬТАТЫ </w:t>
      </w:r>
    </w:p>
    <w:p w:rsidR="00DD3294" w:rsidRPr="00DD3294" w:rsidRDefault="00DD3294" w:rsidP="00DD3294">
      <w:pPr>
        <w:autoSpaceDE w:val="0"/>
        <w:autoSpaceDN w:val="0"/>
        <w:spacing w:before="346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166" w:after="0" w:line="240" w:lineRule="auto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учебного предмета «Математика» характеризуются: </w:t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Патриотическое воспитание: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lastRenderedPageBreak/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Трудовое воспитание: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воспитание, формирование культуры здоровья и эмоционального благополучия: </w:t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сформированностью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признанием своего права на ошибку и такого же права другого человека.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Экологическое воспитание: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DD3294">
        <w:rPr>
          <w:lang w:val="ru-RU"/>
        </w:rPr>
        <w:tab/>
      </w:r>
      <w:proofErr w:type="gramStart"/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D3294">
        <w:rPr>
          <w:lang w:val="ru-RU"/>
        </w:rPr>
        <w:br/>
      </w: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ind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D3294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D3294" w:rsidRPr="00DD3294" w:rsidRDefault="00DD3294" w:rsidP="00DD3294">
      <w:pPr>
        <w:autoSpaceDE w:val="0"/>
        <w:autoSpaceDN w:val="0"/>
        <w:spacing w:before="166" w:after="0" w:line="240" w:lineRule="auto"/>
        <w:ind w:right="720" w:firstLine="180"/>
        <w:contextualSpacing/>
        <w:rPr>
          <w:lang w:val="ru-RU"/>
        </w:rPr>
      </w:pP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учебного предмета «</w:t>
      </w: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Математика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»х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арактеризуются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овладением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универсальными </w:t>
      </w:r>
      <w:r w:rsidRPr="00DD329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познавательными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действиями, универсальными </w:t>
      </w:r>
      <w:r w:rsidRPr="00DD329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коммуникативными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 и универсальными </w:t>
      </w:r>
      <w:r w:rsidRPr="00DD329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регулятивными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действиями.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right="288" w:firstLine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Универсальные </w:t>
      </w:r>
      <w:r w:rsidRPr="00DD329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DD3294" w:rsidRPr="00DD3294" w:rsidRDefault="00DD3294" w:rsidP="00DD3294">
      <w:pPr>
        <w:autoSpaceDE w:val="0"/>
        <w:autoSpaceDN w:val="0"/>
        <w:spacing w:before="192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420" w:right="576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58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предлагать критерии для выявления закономерностей и противоречий;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58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контрпримеры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152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D3294" w:rsidRPr="00DD3294" w:rsidRDefault="00DD3294" w:rsidP="00DD3294">
      <w:pPr>
        <w:autoSpaceDE w:val="0"/>
        <w:autoSpaceDN w:val="0"/>
        <w:spacing w:before="18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вопросы как исследовательский инструмент познания;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296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аргументировать свою позицию, мнение;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288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DD3294" w:rsidRPr="00DD3294" w:rsidRDefault="00DD3294" w:rsidP="00DD3294">
      <w:pPr>
        <w:autoSpaceDE w:val="0"/>
        <w:autoSpaceDN w:val="0"/>
        <w:spacing w:after="78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</w:t>
      </w:r>
      <w:r w:rsidRPr="00DD3294">
        <w:rPr>
          <w:lang w:val="ru-RU"/>
        </w:rPr>
        <w:t xml:space="preserve"> 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288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296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учителем или сформулированным самостоятельно.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18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 Универсальные </w:t>
      </w:r>
      <w:r w:rsidRPr="00DD329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 обеспечивают </w:t>
      </w:r>
      <w:proofErr w:type="spellStart"/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>сформированность</w:t>
      </w:r>
      <w:proofErr w:type="spellEnd"/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социальных навыков обучающихся.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 в соответствии с условиями и целями общения;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7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корректной форме формулировать разногласия, свои возражения;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аудитории.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Сотрудничество: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420" w:right="144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DD3294" w:rsidRPr="00DD3294" w:rsidRDefault="00DD3294" w:rsidP="00DD3294">
      <w:pPr>
        <w:autoSpaceDE w:val="0"/>
        <w:autoSpaceDN w:val="0"/>
        <w:spacing w:before="192" w:after="0" w:line="240" w:lineRule="auto"/>
        <w:ind w:left="420" w:right="288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обобщать мнения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людей; участвовать в групповых формах работы (обсуждения, обмен мнениями, мозговые штурмы и др.);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420" w:right="576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178" w:after="0" w:line="240" w:lineRule="auto"/>
        <w:ind w:right="144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Универсальные </w:t>
      </w:r>
      <w:r w:rsidRPr="00DD329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DD3294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смысловых установок и жизненных навыков личности.</w:t>
      </w:r>
    </w:p>
    <w:p w:rsidR="00DD3294" w:rsidRPr="00DD3294" w:rsidRDefault="00DD3294" w:rsidP="00DD3294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DD3294" w:rsidRPr="00DD3294" w:rsidRDefault="00DD3294" w:rsidP="00DD3294">
      <w:pPr>
        <w:autoSpaceDE w:val="0"/>
        <w:autoSpaceDN w:val="0"/>
        <w:spacing w:before="178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406BB" w:rsidRPr="00DD3294" w:rsidRDefault="006406BB" w:rsidP="00DD3294">
      <w:pPr>
        <w:autoSpaceDE w:val="0"/>
        <w:autoSpaceDN w:val="0"/>
        <w:spacing w:before="166" w:after="0" w:line="240" w:lineRule="auto"/>
        <w:contextualSpacing/>
        <w:rPr>
          <w:lang w:val="ru-RU"/>
        </w:rPr>
        <w:sectPr w:rsidR="006406BB" w:rsidRPr="00DD3294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Pr="00DD3294" w:rsidRDefault="006406BB" w:rsidP="00DD3294">
      <w:pPr>
        <w:autoSpaceDE w:val="0"/>
        <w:autoSpaceDN w:val="0"/>
        <w:spacing w:after="114" w:line="240" w:lineRule="auto"/>
        <w:contextualSpacing/>
        <w:rPr>
          <w:lang w:val="ru-RU"/>
        </w:rPr>
      </w:pPr>
    </w:p>
    <w:p w:rsidR="006406BB" w:rsidRPr="00DD3294" w:rsidRDefault="00DD3294" w:rsidP="00DD3294">
      <w:pPr>
        <w:autoSpaceDE w:val="0"/>
        <w:autoSpaceDN w:val="0"/>
        <w:spacing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Самоконтроль:</w:t>
      </w:r>
    </w:p>
    <w:p w:rsidR="006406BB" w:rsidRPr="00DD3294" w:rsidRDefault="00DD3294" w:rsidP="00DD3294">
      <w:pPr>
        <w:autoSpaceDE w:val="0"/>
        <w:autoSpaceDN w:val="0"/>
        <w:spacing w:before="178" w:after="0" w:line="240" w:lineRule="auto"/>
        <w:ind w:left="420" w:right="1296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6406BB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406BB" w:rsidRPr="00DD3294" w:rsidRDefault="00DD3294" w:rsidP="00DD3294">
      <w:pPr>
        <w:autoSpaceDE w:val="0"/>
        <w:autoSpaceDN w:val="0"/>
        <w:spacing w:before="190" w:after="0" w:line="240" w:lineRule="auto"/>
        <w:ind w:left="42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цели, находить ошибку, давать оценку приобретённому опыту.</w:t>
      </w:r>
    </w:p>
    <w:p w:rsidR="006406BB" w:rsidRPr="00DD3294" w:rsidRDefault="00DD3294" w:rsidP="00DD3294">
      <w:pPr>
        <w:autoSpaceDE w:val="0"/>
        <w:autoSpaceDN w:val="0"/>
        <w:spacing w:before="324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406BB" w:rsidRPr="00DD3294" w:rsidRDefault="00DD3294" w:rsidP="00DD3294">
      <w:pPr>
        <w:autoSpaceDE w:val="0"/>
        <w:autoSpaceDN w:val="0"/>
        <w:spacing w:before="264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166" w:after="0" w:line="240" w:lineRule="auto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координатной (числовой) прямой.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Выполнять проверку, прикидку результата вычислений.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Округлять натуральные числа.</w:t>
      </w:r>
    </w:p>
    <w:p w:rsidR="006406BB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166" w:after="0" w:line="240" w:lineRule="auto"/>
        <w:ind w:right="432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Использовать краткие записи, схемы, таблицы, обозначения при решении задач.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и-</w:t>
      </w:r>
      <w:proofErr w:type="gram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чины через другие.</w:t>
      </w:r>
    </w:p>
    <w:p w:rsidR="006406BB" w:rsidRPr="00DD3294" w:rsidRDefault="00DD3294" w:rsidP="00DD3294">
      <w:pPr>
        <w:autoSpaceDE w:val="0"/>
        <w:autoSpaceDN w:val="0"/>
        <w:spacing w:before="72" w:after="0" w:line="240" w:lineRule="auto"/>
        <w:ind w:right="432"/>
        <w:contextualSpacing/>
        <w:jc w:val="center"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406BB" w:rsidRPr="00DD3294" w:rsidRDefault="00DD3294" w:rsidP="00DD3294">
      <w:pPr>
        <w:autoSpaceDE w:val="0"/>
        <w:autoSpaceDN w:val="0"/>
        <w:spacing w:before="262"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166" w:after="0" w:line="240" w:lineRule="auto"/>
        <w:ind w:right="576"/>
        <w:contextualSpacing/>
        <w:rPr>
          <w:lang w:val="ru-RU"/>
        </w:rPr>
      </w:pPr>
      <w:r w:rsidRPr="00DD3294">
        <w:rPr>
          <w:lang w:val="ru-RU"/>
        </w:rPr>
        <w:tab/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406BB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406BB" w:rsidRPr="00DD3294" w:rsidRDefault="00DD3294" w:rsidP="00DD3294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Использовать свойства сторон и углов прямоугольника, квадрата для их построения, вычисления</w:t>
      </w:r>
    </w:p>
    <w:p w:rsidR="00DD3294" w:rsidRPr="00DD3294" w:rsidRDefault="00DD3294" w:rsidP="00DD3294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площади и периметра.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1584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DD3294">
        <w:rPr>
          <w:lang w:val="ru-RU"/>
        </w:rPr>
        <w:tab/>
      </w:r>
      <w:proofErr w:type="gram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DD3294" w:rsidRPr="00DD3294" w:rsidRDefault="00DD3294" w:rsidP="00DD3294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DD3294">
        <w:rPr>
          <w:lang w:val="ru-RU"/>
        </w:rPr>
        <w:tab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D3294" w:rsidRPr="00DD3294" w:rsidRDefault="00DD3294" w:rsidP="00DD3294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6406BB" w:rsidRPr="00DD3294" w:rsidRDefault="006406BB" w:rsidP="00DD3294">
      <w:pPr>
        <w:spacing w:line="240" w:lineRule="auto"/>
        <w:contextualSpacing/>
        <w:rPr>
          <w:lang w:val="ru-RU"/>
        </w:rPr>
        <w:sectPr w:rsidR="006406BB" w:rsidRPr="00DD3294">
          <w:pgSz w:w="11900" w:h="16840"/>
          <w:pgMar w:top="334" w:right="774" w:bottom="33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6406BB" w:rsidRPr="00DD3294" w:rsidRDefault="006406BB">
      <w:pPr>
        <w:autoSpaceDE w:val="0"/>
        <w:autoSpaceDN w:val="0"/>
        <w:spacing w:after="64" w:line="220" w:lineRule="exact"/>
        <w:rPr>
          <w:lang w:val="ru-RU"/>
        </w:rPr>
      </w:pPr>
    </w:p>
    <w:p w:rsidR="006406BB" w:rsidRDefault="00DD3294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94"/>
        <w:gridCol w:w="528"/>
        <w:gridCol w:w="1104"/>
        <w:gridCol w:w="1142"/>
        <w:gridCol w:w="864"/>
        <w:gridCol w:w="4562"/>
        <w:gridCol w:w="1116"/>
        <w:gridCol w:w="3424"/>
      </w:tblGrid>
      <w:tr w:rsidR="006406BB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6406BB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6406BB" w:rsidRDefault="006406BB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</w:tr>
      <w:tr w:rsidR="006406BB" w:rsidRPr="00202888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 </w:t>
            </w:r>
            <w:r w:rsidRPr="00DD3294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Натуральные числа. Действия с натуральными числами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Десятичная система счисления.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записывать, сравнивать натуральные числа; предлагать и обсуждать способы упорядочивания чисел;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https://resh.edu.ru/subject/lesson/7721/start/287636/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Ряд натуральных чисел.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Натуральный ряд.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https://resh.edu.ru/subject/lesson/7719/start/316201/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Число 0.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Натуральные числа на </w:t>
            </w:r>
            <w:proofErr w:type="gram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координатной</w:t>
            </w:r>
            <w:proofErr w:type="gram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прямой.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08.09.2022 12.09.2022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прямую, отмечать числа точками на координатной прямой, находить координаты точки;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Сравнение, округление натуральныхчисел.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13.09.2022 16.09.2022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https://resh.edu.ru/subject/lesson/7718/start/316232/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Арифметические действия с натуральными числами.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19.09.2022 22.09.2022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142"/>
              <w:jc w:val="both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натурального ряда, чисел 0 и 1 при сложении и умножении;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https://resh.edu.ru/subject/lesson/7723/start/272294/</w:t>
            </w:r>
          </w:p>
        </w:tc>
      </w:tr>
      <w:tr w:rsidR="006406B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Переместительное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сочетательное свойства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сложения и умножения,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распределительное свойство умножения.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26.09.2022 27.09.2022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86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https://resh.edu.ru/subject/lesson/7723/start/272294/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Делители и кратные числа, разложение числа на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множители.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28.09.2022 03.10.2022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и применять правила преобразования числовых выражений на основе свойств арифметических действий;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https://resh.edu.ru/subject/lesson/7723/start/272294/</w:t>
            </w:r>
          </w:p>
        </w:tc>
      </w:tr>
      <w:tr w:rsidR="006406B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Деление с остатком.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04.10.2022 10.10.2022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https://resh.edu.ru/subject/lesson/7712/start/235037/</w:t>
            </w:r>
          </w:p>
        </w:tc>
      </w:tr>
      <w:tr w:rsidR="006406BB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Простые и составные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11.10.2022 12.10.2022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свойства натурального ряда, чисел 0 и 1 при сложении и умножении;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простые и составные числа;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https://resh.edu.ru/subject/lesson/7749/start/313626/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6840" w:h="11900"/>
          <w:pgMar w:top="282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94"/>
        <w:gridCol w:w="528"/>
        <w:gridCol w:w="1104"/>
        <w:gridCol w:w="1142"/>
        <w:gridCol w:w="864"/>
        <w:gridCol w:w="4562"/>
        <w:gridCol w:w="1116"/>
        <w:gridCol w:w="3424"/>
      </w:tblGrid>
      <w:tr w:rsidR="006406B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Признаки делимости на 2, 5, 10, 3, 9.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13.10.2022 19.10.2022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https://resh.edu.ru/subject/lesson/7750/start/325275/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Степень с натуральным показателем.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20.10.2022 21.10.2022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Записывать произведение в виде степени, читать степени,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терминологию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показатель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вычислять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степеней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Числовые выражения; порядок действий.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24.10.2022 25.10.2022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и применять правила преобразования числовых выражений на основе свойств арифметических действий;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26.10.2022 08.11.2022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Решать текстовые задачи арифметическим способом,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зависимости между величинами (скорость, время, расстояние; цена, количество, стоимость и др.): анализировать и осмысливать текст задачи, переформулировать условие,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извлекать необходимые данные, устанавливать зависимости между величинами, строить логическую цепочку рассуждений;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 w:rsidRPr="0020288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</w:t>
            </w:r>
            <w:r w:rsidRPr="00DD3294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>Наглядная геометрия. Линии на плоскости</w:t>
            </w:r>
          </w:p>
        </w:tc>
      </w:tr>
      <w:tr w:rsidR="006406BB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Точка, прямая, отрезок, луч.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описывать, используя терминологию, и изображать с помощью чертёжных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инструментов: точку, прямую, отрезок, луч, угол, ломаную, окружность;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10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Ломаная.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описывать, используя терминологию, и изображать с помощью чертёжных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инструментов: точку, прямую, отрезок, луч, угол, ломаную, окружность;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Измерение длины отрезка, метрические единицы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измерения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построения и измерения: измерять длину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Окружность и круг.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построения и измерения: измерять длину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109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4" w:after="0" w:line="250" w:lineRule="auto"/>
              <w:ind w:left="72" w:right="720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Практическая </w:t>
            </w:r>
            <w:proofErr w:type="spell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работа</w:t>
            </w:r>
            <w:proofErr w:type="gram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«П</w:t>
            </w:r>
            <w:proofErr w:type="gram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остроение</w:t>
            </w:r>
            <w:proofErr w:type="spell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узора из окружностей».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</w:t>
            </w:r>
          </w:p>
        </w:tc>
        <w:tc>
          <w:tcPr>
            <w:tcW w:w="4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4" w:after="0" w:line="25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построения и измерения: измерять длину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6840" w:h="11900"/>
          <w:pgMar w:top="284" w:right="640" w:bottom="7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94"/>
        <w:gridCol w:w="528"/>
        <w:gridCol w:w="1104"/>
        <w:gridCol w:w="1142"/>
        <w:gridCol w:w="864"/>
        <w:gridCol w:w="4562"/>
        <w:gridCol w:w="1116"/>
        <w:gridCol w:w="3424"/>
      </w:tblGrid>
      <w:tr w:rsidR="006406BB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Угол.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линейку и транспортир как инструменты для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построения и измерения: измерять длину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резка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Прямой, острый, тупой и развёрнутый углы.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на нелинованной и клетчатой бумаге прямой, острый, тупой, развёрнутый углы; сравнивать углы;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58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Измерение углов.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18.11.2022 23.11.2022</w:t>
            </w:r>
          </w:p>
        </w:tc>
        <w:tc>
          <w:tcPr>
            <w:tcW w:w="4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на нелинованной и клетчатой бумаге прямой, острый, тупой, развёрнутый углы; сравнивать углы;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«Построение </w:t>
            </w:r>
            <w:r w:rsidRPr="00DD3294">
              <w:rPr>
                <w:lang w:val="ru-RU"/>
              </w:rPr>
              <w:br/>
            </w:r>
            <w:proofErr w:type="spell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углов</w:t>
            </w:r>
            <w:proofErr w:type="gram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»П</w:t>
            </w:r>
            <w:proofErr w:type="gram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рактическая</w:t>
            </w:r>
            <w:proofErr w:type="spell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</w:t>
            </w:r>
            <w:proofErr w:type="spell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работа«Построение</w:t>
            </w:r>
            <w:proofErr w:type="spell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r w:rsidRPr="00DD3294">
              <w:rPr>
                <w:lang w:val="ru-RU"/>
              </w:rPr>
              <w:br/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неметрическими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системами мер; выражать длину в различных единицах измерения;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https://resh.edu.ru/subject/12/5/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Обыкновенные дроби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Дробь.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25.11.2022 28.11.2022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записывать, сравнивать обыкновенные дроби,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https://resh.edu.ru/subject/lesson/7782/start/313719/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Правильные и неправильные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29.11.2022 01.12.2022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записывать, сравнивать обыкновенные дроби,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https://resh.edu.ru/subject/lesson/7782/start/313719/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Основноесвойство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02.12.2022 06.12.2022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записывать, сравнивать обыкновенные дроби,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предлагать, обосновывать и обсуждать способы упорядочивания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https://resh.edu.ru/subject/lesson/7782/start/313719/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07.12.2022 09.12.2022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454"/>
              <w:jc w:val="both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Изображать обыкновенные дроби точками на координатной прямой; использовать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координатную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прямую для сравнения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https://resh.edu.ru/subject/lesson/7776/start/233239/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12.12.2022 21.12.2022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https://resh.edu.ru/subject/lesson/7774/start/313297/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Смешанная дробь.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22.12.2022 27.12.2022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смешанную дробь в виде неправильной и выделять целую часть числа из неправильной дроби;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https://resh.edu.ru/subject/lesson/7771/start/313328/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Умножение и деление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09.01.2023 24.01.2023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https://resh.edu.ru/subject/lesson/7769/start/290790/</w:t>
            </w:r>
          </w:p>
        </w:tc>
      </w:tr>
      <w:tr w:rsidR="006406BB">
        <w:trPr>
          <w:trHeight w:hRule="exact" w:val="8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Решение текстовых задач, </w:t>
            </w:r>
            <w:proofErr w:type="gram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со</w:t>
            </w:r>
            <w:proofErr w:type="gramEnd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 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25.01.2023 30.01.2023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https://resh.edu.ru/subject/lesson/7768/start/234138/</w:t>
            </w:r>
          </w:p>
        </w:tc>
      </w:tr>
      <w:tr w:rsidR="006406BB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gram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31.01.2023 03.02.2023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ход решения задачи с помощью рисунка, схемы, таблицы;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https://resh.edu.ru/subject/lesson/7768/start/234138/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6840" w:h="11900"/>
          <w:pgMar w:top="284" w:right="640" w:bottom="5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94"/>
        <w:gridCol w:w="528"/>
        <w:gridCol w:w="1104"/>
        <w:gridCol w:w="1142"/>
        <w:gridCol w:w="864"/>
        <w:gridCol w:w="4562"/>
        <w:gridCol w:w="1116"/>
        <w:gridCol w:w="3424"/>
      </w:tblGrid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06.02.2023 08.02.2023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https://resh.edu.ru/subject/lesson/7788/start/234448/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Наглядная геометрия. Многоугольники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Многоугольники.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Описывать, используя терминологию, изображать с помощью чертёжных инструментов и от руки, моделировать из бумаги многоугольники;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https://resh.edu.ru/subject/lesson/7737/start/233673/</w:t>
            </w:r>
          </w:p>
        </w:tc>
      </w:tr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Четырёхугольник,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прямоугольник, квадрат.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https://resh.edu.ru/subject/lesson/7737/start/233518/</w:t>
            </w:r>
          </w:p>
        </w:tc>
      </w:tr>
      <w:tr w:rsidR="006406B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Практическая работа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«Построение прямоугольника с заданными сторонами на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нелинованной бумаге».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остроугольные, прямоугольные и тупоугольные треугольники;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https://resh.edu.ru/subject/lesson/7737/start/233518/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Треугольник.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остроугольные, прямоугольные и тупоугольные треугольники;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https://resh.edu.ru/subject/lesson/7734/start/234913/</w:t>
            </w:r>
          </w:p>
        </w:tc>
      </w:tr>
      <w:tr w:rsidR="006406BB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Площадь и периметр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прямоугольника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многоугольников,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составленных из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15.02.2023 20.02.2023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Выражать величину площади в различных единицах измерения метрической системы мер, понимать и использовать зависимости между метрическими единицами измерения площади;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https://resh.edu.ru/subject/lesson/7734/start/234518/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Периметр много 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21.02.2023 22.02.2023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примерами применения площади и периметра в практических ситуациях;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https://resh.edu.ru/subject/lesson/7734/start/234518/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 xml:space="preserve">Десятичные дроби </w:t>
            </w:r>
          </w:p>
        </w:tc>
      </w:tr>
      <w:tr w:rsidR="006406BB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24.02.2023 01.03.2023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обыкновенной, читать и записывать, сравнивать десятичные дроби, предлагать,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десятичных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https://resh.edu.ru/subject/lesson/7734/start/704/</w:t>
            </w:r>
          </w:p>
        </w:tc>
      </w:tr>
      <w:tr w:rsidR="006406BB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Сравнение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02.03.2023 07.03.2023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десятичную дробь в виде обыкновенной, читать и записывать, сравнивать десятичные дроби, предлагать,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обосновывать и обсуждать способы упорядочивания десятичных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https://resh.edu.ru/subject/lesson/7734/start/718/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Действия с десятичными дробями.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09.03.2023 05.04.2023</w:t>
            </w:r>
          </w:p>
        </w:tc>
        <w:tc>
          <w:tcPr>
            <w:tcW w:w="4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4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арифметические действия с десятичными дробями; выполнять прикидку и оценку результата вычислений;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https://resh.edu.ru/subject/lesson/7734/start/719/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.5.4.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Округление десятичных дробей.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06.04.2023 13.04.2023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правило округления десятичных дробей;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https://resh.edu.ru/subject/lesson/7734/start/27/</w:t>
            </w:r>
          </w:p>
        </w:tc>
      </w:tr>
      <w:tr w:rsidR="006406BB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14.04.2023 20.04.2023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 w:right="404"/>
              <w:jc w:val="both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Решать текстовые задачи, содержащие дробные данные, и на нахождение части целого и целого по его части; выявлять их сходства и различия;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https://resh.edu.ru/subject/lesson/7734/start/721/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6840" w:h="11900"/>
          <w:pgMar w:top="284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294"/>
        <w:gridCol w:w="528"/>
        <w:gridCol w:w="1104"/>
        <w:gridCol w:w="1142"/>
        <w:gridCol w:w="864"/>
        <w:gridCol w:w="4562"/>
        <w:gridCol w:w="1116"/>
        <w:gridCol w:w="3424"/>
      </w:tblGrid>
      <w:tr w:rsidR="006406BB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gramStart"/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21.04.2023 26.04.2023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ход решения задачи с помощью рисунка, схемы, таблицы.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Приводить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разбирать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оценивать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решения, записи решений текстовых задач;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https://resh.edu.ru/subject/lesson/7734/start/721/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 w:rsidRPr="0020288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  <w:tr w:rsidR="006406BB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Многогранники.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на чертежах, рисунках, в окружающем мире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прямоугольный параллелепипед, куб, многогранники, описывать, используя терминологию, оценивать линейные размеры;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Изображение многогранников.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28.04.2023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Изображать куб на клетчатой бумаге;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Модели пространственных тел.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куб и параллелепипед из бумаги и прочих материалов, объяснять способ моделирования;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 xml:space="preserve">Прямоугольный </w:t>
            </w:r>
            <w:r>
              <w:br/>
            </w: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параллелепипед, куб.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03.05.2023 04.05.2023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Моделировать куб и параллелепипед из бумаги и прочих материалов, объяснять способ моделирования;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Развёртки куба и параллелепипеда.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Практическая работа«Развёртка куба».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 изображать развёртки куба и параллелепипеда;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221F1F"/>
                <w:w w:val="97"/>
                <w:sz w:val="16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10.05.2023 11.05.2023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измерения, вычислять площадь поверхности; объём куба, прямоугольного параллелепипеда; исследовать зависимость объёма куба от длины его ребра, выдвигать и обосновывать гипотезу;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https://resh.edu.ru/subject/lesson/7731/start/325368/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>
        <w:trPr>
          <w:trHeight w:hRule="exact" w:val="348"/>
        </w:trPr>
        <w:tc>
          <w:tcPr>
            <w:tcW w:w="10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</w:rPr>
              <w:t>Повторение и обобщение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 w:rsidRPr="00202888">
        <w:trPr>
          <w:trHeight w:hRule="exact" w:val="14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 xml:space="preserve">Повторение основных понятий и методов курса 5 класса,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221F1F"/>
                <w:w w:val="97"/>
                <w:sz w:val="16"/>
                <w:lang w:val="ru-RU"/>
              </w:rPr>
              <w:t>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12.05.2023 25.05.2023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Решать задачи из реальной жизни, применять математические знания для решения задач из других учебных предметов;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/7789/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/266057/</w:t>
            </w:r>
          </w:p>
        </w:tc>
      </w:tr>
      <w:tr w:rsidR="006406BB">
        <w:trPr>
          <w:trHeight w:hRule="exact" w:val="348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  <w:tc>
          <w:tcPr>
            <w:tcW w:w="9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  <w:tr w:rsidR="006406BB">
        <w:trPr>
          <w:trHeight w:hRule="exact" w:val="520"/>
        </w:trPr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14.25</w:t>
            </w:r>
          </w:p>
        </w:tc>
        <w:tc>
          <w:tcPr>
            <w:tcW w:w="9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/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6840" w:h="11900"/>
          <w:pgMar w:top="284" w:right="640" w:bottom="12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78" w:line="220" w:lineRule="exact"/>
      </w:pPr>
    </w:p>
    <w:p w:rsidR="006406BB" w:rsidRDefault="00DD329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6406BB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6BB" w:rsidRDefault="006406BB"/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Ряд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Десятичная система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хаписи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натуральных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чисел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имская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нумерация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и запись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натуральных чисел. Запись числа в виде суммы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разрядных слагаемых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натуральных чисел. Входной контроль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натуральных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чисел. Решение задач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практическим содержанием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Округление натуральных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чисел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ешение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задач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практическим содержанием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Точка. Прямая. Линии на плоскости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(на клетчатой бумаге)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"Построение узора из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окружности"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Луч и отрезок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Длина отрезка. Единицы измерения длины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отрезков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98" w:right="650" w:bottom="6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Координатная прямая. Шкалы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Координаты точки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логических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темам "Натуральные числа " и "Линии на плоскости"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Действие сложения.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Компоненты действия.</w:t>
            </w:r>
          </w:p>
          <w:p w:rsidR="006406BB" w:rsidRDefault="00DD3294">
            <w:pPr>
              <w:autoSpaceDE w:val="0"/>
              <w:autoSpaceDN w:val="0"/>
              <w:spacing w:before="70" w:after="0"/>
              <w:ind w:left="72"/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сочетательное свойство сложения. Свойство нуля при сложении.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букв для свойств арифметических действий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задач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упражнений на применение переместительного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сочетательного свой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Компоненты действия.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 многозначных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04.10.2022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сложения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"Сложение и вычитание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натуральных чисел"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31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Действие умножение.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Компоненты действия.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Переместительное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сочетательное свойства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умножения. Использование букв для свойств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арифметических действий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Умножение многозначных натуральных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Умножение многозначных натуральных чисел.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Свойства нуля и единицы при умножении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Распределительное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свойство умножения.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букв для свойств арифметических действий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Распределительное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свойство умножения.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129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применение при вычислениях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Квадрат и куб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Деление как действие, обратное умножению.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Компоненты действия.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многозначных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Деление с остатком.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задач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практическим содержанием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Делители и кратные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 делимости на 2,5,10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 делимости на 3,9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Разложение числа на простые множители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Числовые выражения. Чтение и составление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Преобразование числовых выражений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71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при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решении задач таблиц и схем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Порядок выполнения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действий при вычислении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знчения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числового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задач. Задачи на части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 при выполнении действий со скобками в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вычислениях числовых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текстовых задач. Задачи на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джвижение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задач. Составление выражения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"Умножение и деление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натуральных чисел"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Ломаная. Измерение длины ломаной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Углы. Виды углов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углов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 "Построение углов"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Дробь как способ записи части величины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Обыкновенные дроби.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Практические задачи,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содержащие доли и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Обыкновенные дроби.</w:t>
            </w:r>
          </w:p>
          <w:p w:rsidR="006406BB" w:rsidRPr="00DD3294" w:rsidRDefault="00DD3294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дробей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точками на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Приведение дроби к новому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знаментелю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Приведение дроби к новому знаменателю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6406BB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дробей. Решение задач с практическим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применением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Смешанные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Перевод неправильной дроби в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смешанную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Перевод неправильной дроби в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смешанную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практических и прикладных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"Доли и дроби"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Многоугольники. Треугольник.</w:t>
            </w:r>
          </w:p>
          <w:p w:rsidR="006406BB" w:rsidRDefault="00DD3294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Четырехугольник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Равенство фигур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Периметр треугольника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войства сторон и углов прямоугольника, квадрата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Прямоугольник. Квадрат. Построения на клетчатой бумаге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10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"Построение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заданными сторонами на нелинованной бумаге"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Площадь и периметр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прямоугольника, квадрата.</w:t>
            </w:r>
          </w:p>
          <w:p w:rsidR="006406BB" w:rsidRDefault="00DD3294">
            <w:pPr>
              <w:autoSpaceDE w:val="0"/>
              <w:autoSpaceDN w:val="0"/>
              <w:spacing w:before="70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Площади многоугольников, составленных из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практических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 на нахождение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площади прямоугольника, квадрата, периметра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многоугольника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"Многоугольники"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  <w:p w:rsidR="006406BB" w:rsidRPr="00DD3294" w:rsidRDefault="00DD3294">
            <w:pPr>
              <w:autoSpaceDE w:val="0"/>
              <w:autoSpaceDN w:val="0"/>
              <w:spacing w:before="72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Умножение обыкновенной дроби на натуральное число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Умножение обыкновенной дроби на натуральное число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Умножение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обыкновенных дробей. Решение текстовых задач, содержащих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обыкновенных дробей. Числовые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выражения, содержащие умножение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156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Умножение обыкновенных дробей. Решение текстовых задач, содержащих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101. Умножение дробей.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обыкновенные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Взаимно обратные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Взаимно обратные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576" w:righ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104. Деление обыкновенной дроби на натуральное число.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/>
              <w:ind w:left="576" w:right="576" w:hanging="576"/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105. Деление обыкновенной дроби на натуральное число.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Деление обыкновенных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576" w:right="288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107. Деление обыкновенных дробей. Решение задач на деление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108. Деление обыкновенных дробей. Числовые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выражения, содержание обыкновенные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 на нахождение части целого по его части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 на нахождение целого по его части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Основные задачи на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 w:line="271" w:lineRule="auto"/>
              <w:ind w:left="576" w:right="432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112. Числовые и буквенные выражения, содержащие обыкновенные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"Действия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обыкновенными дробями"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 Многогранники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15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115. Прямоугольный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параллелепипед.</w:t>
            </w:r>
          </w:p>
          <w:p w:rsidR="006406BB" w:rsidRPr="00DD3294" w:rsidRDefault="00DD3294">
            <w:pPr>
              <w:autoSpaceDE w:val="0"/>
              <w:autoSpaceDN w:val="0"/>
              <w:spacing w:before="70" w:after="0" w:line="271" w:lineRule="auto"/>
              <w:ind w:left="72" w:right="115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прямоугольного параллелепипеда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Развертки прямоугольного параллелепипеда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117. Куб. Изображение куба.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Развертка куба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8" w:lineRule="auto"/>
              <w:ind w:lef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118. Создание моделей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многогранников (из бумаги, проволоки, пластилина и </w:t>
            </w:r>
            <w:proofErr w:type="spellStart"/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</w:t>
            </w:r>
            <w:proofErr w:type="spellEnd"/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объема. Единицы измерения объема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576" w:right="1152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120. Объем куба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прямоугольного параллелепипеда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121. Практическая работа по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теме "Площадь поверхности куба и прямоугольного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параллелепипеда"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Десятичная запись дробных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Десятичная запись дробных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Запись и чтение десятичных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156" w:right="432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практических и прикладных задач,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десятичные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/>
              <w:ind w:left="156" w:right="144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практических и прикладных задач,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представление данных в виде таблиц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156" w:right="144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практических и прикладных задач,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представление данных в виде столбчатых диаграмм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576" w:righ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128. Решение практических задач, содержащих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обыкновенные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десятичные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десятичных дробей точками на </w:t>
            </w:r>
            <w:r w:rsidRPr="00DD3294">
              <w:rPr>
                <w:lang w:val="ru-RU"/>
              </w:rPr>
              <w:br/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Изображение десятичных дробей точками на </w:t>
            </w:r>
            <w:r w:rsidRPr="00DD3294">
              <w:rPr>
                <w:lang w:val="ru-RU"/>
              </w:rPr>
              <w:br/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Сравнение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прикладных задач с использованием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сравнения десятичных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прикладных задач, содержащих десятичные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134. Сложение и вычитание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135. Сложение и вычитание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136. Сложение и вычитание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дробей.</w:t>
            </w:r>
          </w:p>
          <w:p w:rsidR="006406BB" w:rsidRDefault="00DD3294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практических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прикладных задач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 сложения и вычитания обыкновенных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практических и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прикладных задач с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сложения и вычитания десятичных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Умножение десятичной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 на 10,100,1000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140. Умножение десятичной дроби на 0,1; 0,01; 0,001 и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Умножение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142. Умножение десятичных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дробей. Решение текстовых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Деление десятичных дробей на натуральное число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Деление десятичных дробей на натуральное число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Деление десятичных дробей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 10,100,1000 и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Деление десятичных дробей на 0,1; 0,01; 0,001 и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</w:t>
            </w:r>
            <w:proofErr w:type="gram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десятичных дробей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десятичных дробей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149. Деление десятичных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дробей. Решение текстовых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150. Решение текстовых и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прикладных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151. Деление Десятичных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дробей. Решение текстовых задач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Округление десятичныз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Округление десятичных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100" w:after="0"/>
              <w:ind w:left="156" w:right="432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практических и прикладных задач на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округление десятичных дробей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задач,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дроби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/>
              <w:ind w:left="156" w:hanging="156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задач, содержащих зависимость, связывающие величины: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цена, </w:t>
            </w:r>
            <w:proofErr w:type="spellStart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количесвто</w:t>
            </w:r>
            <w:proofErr w:type="spellEnd"/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стоимость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задач перебором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всех возможных вариантов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71" w:lineRule="auto"/>
              <w:ind w:left="156" w:right="316" w:hanging="156"/>
              <w:jc w:val="both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 обобщение. Действия с натуральными числами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6406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81" w:lineRule="auto"/>
              <w:ind w:left="576" w:right="288" w:hanging="576"/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161. Числовые и буквенные выражения, порядок </w:t>
            </w:r>
            <w:r w:rsidRPr="00DD3294">
              <w:rPr>
                <w:lang w:val="ru-RU"/>
              </w:rPr>
              <w:br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действий, использование скобок.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Упрощение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Округление натуральных чисел, десятичных 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 Обыкновенные дробя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8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6406BB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задач,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содержащих дроби.</w:t>
            </w:r>
          </w:p>
          <w:p w:rsidR="006406BB" w:rsidRDefault="00DD3294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 движение, 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Сложение и вычитание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Умножение и деление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6406BB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168. 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 с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практическим содержанием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 с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практическим содержанием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Решение текстовых задач с </w:t>
            </w:r>
            <w:r w:rsidRPr="00DD3294">
              <w:rPr>
                <w:lang w:val="ru-RU"/>
              </w:rPr>
              <w:tab/>
            </w: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практическим содержанием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406BB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Pr="00DD3294" w:rsidRDefault="00DD329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D329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06BB" w:rsidRDefault="00DD329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14.25</w:t>
            </w:r>
          </w:p>
        </w:tc>
      </w:tr>
    </w:tbl>
    <w:p w:rsidR="006406BB" w:rsidRDefault="006406BB">
      <w:pPr>
        <w:autoSpaceDE w:val="0"/>
        <w:autoSpaceDN w:val="0"/>
        <w:spacing w:after="0" w:line="14" w:lineRule="exact"/>
      </w:pPr>
    </w:p>
    <w:p w:rsidR="006406BB" w:rsidRDefault="006406BB">
      <w:pPr>
        <w:sectPr w:rsidR="006406BB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Default="006406BB">
      <w:pPr>
        <w:autoSpaceDE w:val="0"/>
        <w:autoSpaceDN w:val="0"/>
        <w:spacing w:after="78" w:line="220" w:lineRule="exact"/>
      </w:pPr>
    </w:p>
    <w:p w:rsidR="006406BB" w:rsidRDefault="00DD329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406BB" w:rsidRDefault="00DD3294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406BB" w:rsidRPr="00DD3294" w:rsidRDefault="00DD3294">
      <w:pPr>
        <w:autoSpaceDE w:val="0"/>
        <w:autoSpaceDN w:val="0"/>
        <w:spacing w:before="166" w:after="0" w:line="271" w:lineRule="auto"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Дорофеев Г.В., </w:t>
      </w: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Шарыгин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И.Ф., Суворова С.Б. и другие, Математика,  5 класс, Акционерное общество "Издательство "Просвещение"; 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6406BB" w:rsidRPr="00DD3294" w:rsidRDefault="00DD3294">
      <w:pPr>
        <w:autoSpaceDE w:val="0"/>
        <w:autoSpaceDN w:val="0"/>
        <w:spacing w:before="262" w:after="0" w:line="230" w:lineRule="auto"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406BB" w:rsidRPr="00DD3294" w:rsidRDefault="00DD3294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Дорофеев Г.В., </w:t>
      </w:r>
      <w:proofErr w:type="spellStart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Шарыгин</w:t>
      </w:r>
      <w:proofErr w:type="spellEnd"/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 xml:space="preserve"> И.Ф., Суворова С.Б. и другие, Математика, 5 класс, Акционерное общество "Издательство "Просвещение";</w:t>
      </w:r>
    </w:p>
    <w:p w:rsidR="006406BB" w:rsidRPr="00DD3294" w:rsidRDefault="00DD3294">
      <w:pPr>
        <w:autoSpaceDE w:val="0"/>
        <w:autoSpaceDN w:val="0"/>
        <w:spacing w:before="264" w:after="0" w:line="230" w:lineRule="auto"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406BB" w:rsidRDefault="00202888">
      <w:pPr>
        <w:autoSpaceDE w:val="0"/>
        <w:autoSpaceDN w:val="0"/>
        <w:spacing w:before="16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8" w:history="1">
        <w:r w:rsidR="00DD3294" w:rsidRPr="006E30E1">
          <w:rPr>
            <w:rStyle w:val="affa"/>
            <w:rFonts w:ascii="Times New Roman" w:eastAsia="Times New Roman" w:hAnsi="Times New Roman"/>
            <w:sz w:val="24"/>
          </w:rPr>
          <w:t>https</w:t>
        </w:r>
        <w:r w:rsidR="00DD3294" w:rsidRPr="006E30E1">
          <w:rPr>
            <w:rStyle w:val="affa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="00DD3294" w:rsidRPr="006E30E1">
          <w:rPr>
            <w:rStyle w:val="affa"/>
            <w:rFonts w:ascii="Times New Roman" w:eastAsia="Times New Roman" w:hAnsi="Times New Roman"/>
            <w:sz w:val="24"/>
          </w:rPr>
          <w:t>resh</w:t>
        </w:r>
        <w:proofErr w:type="spellEnd"/>
        <w:r w:rsidR="00DD3294" w:rsidRPr="006E30E1">
          <w:rPr>
            <w:rStyle w:val="affa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DD3294" w:rsidRPr="006E30E1">
          <w:rPr>
            <w:rStyle w:val="affa"/>
            <w:rFonts w:ascii="Times New Roman" w:eastAsia="Times New Roman" w:hAnsi="Times New Roman"/>
            <w:sz w:val="24"/>
          </w:rPr>
          <w:t>edu</w:t>
        </w:r>
        <w:proofErr w:type="spellEnd"/>
        <w:r w:rsidR="00DD3294" w:rsidRPr="006E30E1">
          <w:rPr>
            <w:rStyle w:val="affa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DD3294" w:rsidRPr="006E30E1">
          <w:rPr>
            <w:rStyle w:val="affa"/>
            <w:rFonts w:ascii="Times New Roman" w:eastAsia="Times New Roman" w:hAnsi="Times New Roman"/>
            <w:sz w:val="24"/>
          </w:rPr>
          <w:t>ru</w:t>
        </w:r>
        <w:proofErr w:type="spellEnd"/>
        <w:r w:rsidR="00DD3294" w:rsidRPr="006E30E1">
          <w:rPr>
            <w:rStyle w:val="affa"/>
            <w:rFonts w:ascii="Times New Roman" w:eastAsia="Times New Roman" w:hAnsi="Times New Roman"/>
            <w:sz w:val="24"/>
            <w:lang w:val="ru-RU"/>
          </w:rPr>
          <w:t>/</w:t>
        </w:r>
        <w:r w:rsidR="00DD3294" w:rsidRPr="006E30E1">
          <w:rPr>
            <w:rStyle w:val="affa"/>
            <w:rFonts w:ascii="Times New Roman" w:eastAsia="Times New Roman" w:hAnsi="Times New Roman"/>
            <w:sz w:val="24"/>
          </w:rPr>
          <w:t>subject</w:t>
        </w:r>
        <w:r w:rsidR="00DD3294" w:rsidRPr="006E30E1">
          <w:rPr>
            <w:rStyle w:val="affa"/>
            <w:rFonts w:ascii="Times New Roman" w:eastAsia="Times New Roman" w:hAnsi="Times New Roman"/>
            <w:sz w:val="24"/>
            <w:lang w:val="ru-RU"/>
          </w:rPr>
          <w:t>/12/5/</w:t>
        </w:r>
      </w:hyperlink>
    </w:p>
    <w:p w:rsidR="00DD3294" w:rsidRPr="00DD3294" w:rsidRDefault="00DD3294">
      <w:pPr>
        <w:autoSpaceDE w:val="0"/>
        <w:autoSpaceDN w:val="0"/>
        <w:spacing w:before="168" w:after="0" w:line="230" w:lineRule="auto"/>
        <w:rPr>
          <w:lang w:val="ru-RU"/>
        </w:rPr>
      </w:pPr>
    </w:p>
    <w:p w:rsidR="00DD3294" w:rsidRPr="00DD3294" w:rsidRDefault="00DD3294" w:rsidP="00DD3294">
      <w:pPr>
        <w:autoSpaceDE w:val="0"/>
        <w:autoSpaceDN w:val="0"/>
        <w:spacing w:after="0" w:line="230" w:lineRule="auto"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DD3294" w:rsidRPr="00DD3294" w:rsidRDefault="00DD3294" w:rsidP="00DD3294">
      <w:pPr>
        <w:autoSpaceDE w:val="0"/>
        <w:autoSpaceDN w:val="0"/>
        <w:spacing w:before="346" w:after="0" w:line="230" w:lineRule="auto"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DD3294" w:rsidRPr="00DD3294" w:rsidRDefault="00DD3294" w:rsidP="00DD3294">
      <w:pPr>
        <w:autoSpaceDE w:val="0"/>
        <w:autoSpaceDN w:val="0"/>
        <w:spacing w:before="166" w:after="0" w:line="271" w:lineRule="auto"/>
        <w:ind w:right="4608"/>
        <w:rPr>
          <w:lang w:val="ru-RU"/>
        </w:rPr>
      </w:pP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- доска магнитная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- комплект чертежных инструментов</w:t>
      </w:r>
      <w:r w:rsidRPr="00DD3294">
        <w:rPr>
          <w:lang w:val="ru-RU"/>
        </w:rPr>
        <w:br/>
      </w:r>
      <w:r w:rsidRPr="00DD3294">
        <w:rPr>
          <w:rFonts w:ascii="Times New Roman" w:eastAsia="Times New Roman" w:hAnsi="Times New Roman"/>
          <w:color w:val="000000"/>
          <w:sz w:val="24"/>
          <w:lang w:val="ru-RU"/>
        </w:rPr>
        <w:t>- комплекты планиметрических и стереометрических тел</w:t>
      </w:r>
    </w:p>
    <w:p w:rsidR="00DD3294" w:rsidRPr="00DD3294" w:rsidRDefault="00DD3294" w:rsidP="00DD3294">
      <w:pPr>
        <w:autoSpaceDE w:val="0"/>
        <w:autoSpaceDN w:val="0"/>
        <w:spacing w:before="262" w:after="0" w:line="230" w:lineRule="auto"/>
        <w:rPr>
          <w:lang w:val="ru-RU"/>
        </w:rPr>
      </w:pPr>
      <w:r w:rsidRPr="00DD3294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DD3294" w:rsidRDefault="00DD3294" w:rsidP="00DD3294">
      <w:pPr>
        <w:autoSpaceDE w:val="0"/>
        <w:autoSpaceDN w:val="0"/>
        <w:spacing w:before="166" w:after="0" w:line="262" w:lineRule="auto"/>
        <w:ind w:right="7776"/>
      </w:pP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персональный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компьютер</w:t>
      </w:r>
      <w:proofErr w:type="spellEnd"/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</w:p>
    <w:p w:rsidR="00DD3294" w:rsidRDefault="00DD3294" w:rsidP="00DD3294">
      <w:pPr>
        <w:sectPr w:rsidR="00DD329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Pr="00DD3294" w:rsidRDefault="006406BB">
      <w:pPr>
        <w:rPr>
          <w:lang w:val="ru-RU"/>
        </w:rPr>
        <w:sectPr w:rsidR="006406BB" w:rsidRPr="00DD329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06BB" w:rsidRPr="00DD3294" w:rsidRDefault="006406BB">
      <w:pPr>
        <w:autoSpaceDE w:val="0"/>
        <w:autoSpaceDN w:val="0"/>
        <w:spacing w:after="78" w:line="220" w:lineRule="exact"/>
        <w:rPr>
          <w:lang w:val="ru-RU"/>
        </w:rPr>
      </w:pPr>
    </w:p>
    <w:p w:rsidR="00DD3294" w:rsidRDefault="00DD3294"/>
    <w:sectPr w:rsidR="00DD3294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2888"/>
    <w:rsid w:val="0029639D"/>
    <w:rsid w:val="00326F90"/>
    <w:rsid w:val="006406BB"/>
    <w:rsid w:val="00AA1D8D"/>
    <w:rsid w:val="00B47730"/>
    <w:rsid w:val="00B544F9"/>
    <w:rsid w:val="00CB0664"/>
    <w:rsid w:val="00DD32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D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D3294"/>
    <w:rPr>
      <w:rFonts w:ascii="Tahoma" w:hAnsi="Tahoma" w:cs="Tahoma"/>
      <w:sz w:val="16"/>
      <w:szCs w:val="16"/>
    </w:rPr>
  </w:style>
  <w:style w:type="character" w:styleId="affa">
    <w:name w:val="Hyperlink"/>
    <w:basedOn w:val="a2"/>
    <w:uiPriority w:val="99"/>
    <w:unhideWhenUsed/>
    <w:rsid w:val="00DD32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D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D3294"/>
    <w:rPr>
      <w:rFonts w:ascii="Tahoma" w:hAnsi="Tahoma" w:cs="Tahoma"/>
      <w:sz w:val="16"/>
      <w:szCs w:val="16"/>
    </w:rPr>
  </w:style>
  <w:style w:type="character" w:styleId="affa">
    <w:name w:val="Hyperlink"/>
    <w:basedOn w:val="a2"/>
    <w:uiPriority w:val="99"/>
    <w:unhideWhenUsed/>
    <w:rsid w:val="00DD32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2/5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56EF1C-68B3-4B47-B219-77378A8C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8295</Words>
  <Characters>47288</Characters>
  <Application>Microsoft Office Word</Application>
  <DocSecurity>0</DocSecurity>
  <Lines>394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55473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Маша</cp:lastModifiedBy>
  <cp:revision>5</cp:revision>
  <cp:lastPrinted>2022-09-09T00:45:00Z</cp:lastPrinted>
  <dcterms:created xsi:type="dcterms:W3CDTF">2013-12-23T23:15:00Z</dcterms:created>
  <dcterms:modified xsi:type="dcterms:W3CDTF">2022-09-09T01:01:00Z</dcterms:modified>
  <cp:category/>
</cp:coreProperties>
</file>