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A2A" w:rsidRDefault="00985FC1">
      <w:pPr>
        <w:autoSpaceDE w:val="0"/>
        <w:autoSpaceDN w:val="0"/>
        <w:spacing w:after="78" w:line="220" w:lineRule="exact"/>
      </w:pPr>
      <w:r>
        <w:rPr>
          <w:noProof/>
          <w:lang w:val="ru-RU" w:eastAsia="ru-RU"/>
        </w:rPr>
        <w:drawing>
          <wp:inline distT="0" distB="0" distL="0" distR="0">
            <wp:extent cx="6536690" cy="8984948"/>
            <wp:effectExtent l="0" t="0" r="0" b="6985"/>
            <wp:docPr id="1" name="Рисунок 1" descr="C:\Users\Маша\Pictures\IMG_202209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Pictures\IMG_20220913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9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C1" w:rsidRDefault="00985FC1" w:rsidP="00985FC1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 wp14:anchorId="330DBACE" wp14:editId="30C446B4">
            <wp:extent cx="6536690" cy="8984948"/>
            <wp:effectExtent l="0" t="0" r="0" b="6985"/>
            <wp:docPr id="2" name="Рисунок 2" descr="C:\Users\Маша\Pictures\IMG_202209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Pictures\IMG_20220913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9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C1" w:rsidRDefault="00985FC1" w:rsidP="00985FC1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85FC1" w:rsidRDefault="00985FC1" w:rsidP="00985FC1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85FC1" w:rsidRDefault="00985FC1" w:rsidP="00985FC1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85FC1" w:rsidRDefault="00985FC1" w:rsidP="00985FC1">
      <w:pPr>
        <w:autoSpaceDE w:val="0"/>
        <w:autoSpaceDN w:val="0"/>
        <w:spacing w:after="0" w:line="230" w:lineRule="auto"/>
        <w:ind w:left="1494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 </w:t>
      </w:r>
    </w:p>
    <w:p w:rsidR="00985FC1" w:rsidRPr="00985FC1" w:rsidRDefault="00985FC1">
      <w:pPr>
        <w:autoSpaceDE w:val="0"/>
        <w:autoSpaceDN w:val="0"/>
        <w:spacing w:after="138" w:line="220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/>
        <w:ind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рте основного общего образования, а также Примерной программы воспитания.</w:t>
      </w:r>
    </w:p>
    <w:p w:rsidR="00D82A2A" w:rsidRPr="00985FC1" w:rsidRDefault="00931E24">
      <w:pPr>
        <w:autoSpaceDE w:val="0"/>
        <w:autoSpaceDN w:val="0"/>
        <w:spacing w:before="226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D82A2A" w:rsidRPr="00985FC1" w:rsidRDefault="00931E24">
      <w:pPr>
        <w:autoSpaceDE w:val="0"/>
        <w:autoSpaceDN w:val="0"/>
        <w:spacing w:before="346" w:after="0"/>
        <w:ind w:right="144"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стандарта основного общего образования (ФГОС ООО) и с учётом Примерной основной образовательной программы основного общего образования (ПООП ООО).</w:t>
      </w:r>
    </w:p>
    <w:p w:rsidR="00D82A2A" w:rsidRPr="00985FC1" w:rsidRDefault="00931E24">
      <w:pPr>
        <w:autoSpaceDE w:val="0"/>
        <w:autoSpaceDN w:val="0"/>
        <w:spacing w:before="72" w:after="0" w:line="281" w:lineRule="auto"/>
        <w:ind w:right="144"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направлена на формирование 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естественно-научной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грамотности учащихся и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организацию изучения биологии на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деятельностной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основе. В программе учитываются возможности предмета в реализации Требований ФГОС ООО к планируемым, личностным и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метапредметным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результатам обучения, а также реализация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 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естественно-научн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ых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учебных предметов на уровне основного общего образования.</w:t>
      </w:r>
    </w:p>
    <w:p w:rsidR="00D82A2A" w:rsidRPr="00985FC1" w:rsidRDefault="00931E2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программе определяются основные цели изучения биологии на уровне 5 класса основного общего образования, планируемые результаты освоения курса биологии: личностные,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, предметные.</w:t>
      </w:r>
    </w:p>
    <w:p w:rsidR="00D82A2A" w:rsidRPr="00985FC1" w:rsidRDefault="00931E24">
      <w:pPr>
        <w:autoSpaceDE w:val="0"/>
        <w:autoSpaceDN w:val="0"/>
        <w:spacing w:before="262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О</w:t>
      </w: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БЩАЯ ХАРАКТЕРИСТИКА УЧЕБНОГО ПРЕДМЕТА «БИОЛОГИЯ»</w:t>
      </w:r>
    </w:p>
    <w:p w:rsidR="00D82A2A" w:rsidRPr="00985FC1" w:rsidRDefault="00931E24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«Биология» развивает представления о познаваемости живой природы и методах её познания, он позволяет сформировать систему научных знаний о живых системах, умения их получать, присваивать и пр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именять в жизненных ситуациях. </w:t>
      </w:r>
    </w:p>
    <w:p w:rsidR="00D82A2A" w:rsidRPr="00985FC1" w:rsidRDefault="00931E2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Биологическая подготовка обеспечивает понимание 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научных принципов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человеческой деятельности в природе, закладывает основы экологической культуры, здорового образа жизни.</w:t>
      </w:r>
    </w:p>
    <w:p w:rsidR="00D82A2A" w:rsidRPr="00985FC1" w:rsidRDefault="00931E24">
      <w:pPr>
        <w:autoSpaceDE w:val="0"/>
        <w:autoSpaceDN w:val="0"/>
        <w:spacing w:before="262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«БИОЛОГИ</w:t>
      </w: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Я»</w:t>
      </w:r>
    </w:p>
    <w:p w:rsidR="00D82A2A" w:rsidRPr="00985FC1" w:rsidRDefault="00931E24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Целями изучения биологии на уровне основного общего образования являются:</w:t>
      </w:r>
    </w:p>
    <w:p w:rsidR="00D82A2A" w:rsidRPr="00985FC1" w:rsidRDefault="00931E24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системы знаний о признаках и процессах жизнедеятельности биологических систем разного уровня организации; </w:t>
      </w:r>
    </w:p>
    <w:p w:rsidR="00D82A2A" w:rsidRPr="00985FC1" w:rsidRDefault="00931E24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системы знаний об особенностях строения, жизнедеятельности организма человека, условиях сохранения его здоровья; </w:t>
      </w:r>
    </w:p>
    <w:p w:rsidR="00D82A2A" w:rsidRPr="00985FC1" w:rsidRDefault="00931E24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умений применять методы биологической науки для изучения биологических систем, в том числе и организма человек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а;</w:t>
      </w:r>
    </w:p>
    <w:p w:rsidR="00D82A2A" w:rsidRPr="00985FC1" w:rsidRDefault="00931E24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:rsidR="00D82A2A" w:rsidRPr="00985FC1" w:rsidRDefault="00931E24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:rsidR="00D82A2A" w:rsidRPr="00985FC1" w:rsidRDefault="00931E24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экологической культуры в целях сохранения собственн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ого здоровья и охраны окружающей среды. </w:t>
      </w:r>
    </w:p>
    <w:p w:rsidR="00D82A2A" w:rsidRPr="00985FC1" w:rsidRDefault="00931E24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Достижение целей обеспечивается решением следующих ЗАДАЧ: 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358" w:right="650" w:bottom="2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144" w:line="220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 w:line="271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приобретение знаний 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о живой природе, закономерностях строения,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жизнедеятельности и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средообразующей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роли о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рганизмов; человеке как биосоциальном существе; о роли биологической науки в практической деятельности людей; </w:t>
      </w:r>
    </w:p>
    <w:p w:rsidR="00D82A2A" w:rsidRPr="00985FC1" w:rsidRDefault="00931E24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:rsidR="00D82A2A" w:rsidRPr="00985FC1" w:rsidRDefault="00931E24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:rsidR="00D82A2A" w:rsidRPr="00985FC1" w:rsidRDefault="00931E24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воспитание биологически и экологически грамотной личности, готовой к сохранению собственного здоровья и охр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аны окружающей среды.</w:t>
      </w:r>
    </w:p>
    <w:p w:rsidR="00D82A2A" w:rsidRPr="00985FC1" w:rsidRDefault="00931E24">
      <w:pPr>
        <w:autoSpaceDE w:val="0"/>
        <w:autoSpaceDN w:val="0"/>
        <w:spacing w:before="492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«БИОЛОГИЯ» В УЧЕБНОМ ПЛАНЕ</w:t>
      </w:r>
    </w:p>
    <w:p w:rsidR="00D82A2A" w:rsidRPr="00985FC1" w:rsidRDefault="00931E24">
      <w:pPr>
        <w:autoSpaceDE w:val="0"/>
        <w:autoSpaceDN w:val="0"/>
        <w:spacing w:before="166" w:after="0" w:line="271" w:lineRule="auto"/>
        <w:ind w:right="432"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ФГОС ООО биология является обязательным предметом на уровне основного общего образования. Данная программа предусматривает изучение биологии в 5 классе - 1 час в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неделю, всего - 34 часа.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364" w:right="744" w:bottom="1440" w:left="666" w:header="720" w:footer="720" w:gutter="0"/>
          <w:cols w:space="720" w:equalWidth="0">
            <w:col w:w="10490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78" w:line="220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D82A2A" w:rsidRPr="00985FC1" w:rsidRDefault="00931E24">
      <w:pPr>
        <w:autoSpaceDE w:val="0"/>
        <w:autoSpaceDN w:val="0"/>
        <w:spacing w:before="346" w:after="0" w:line="262" w:lineRule="auto"/>
        <w:ind w:left="180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Биология — наука о живой природе </w:t>
      </w:r>
      <w:r w:rsidRPr="00985FC1">
        <w:rPr>
          <w:lang w:val="ru-RU"/>
        </w:rPr>
        <w:br/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Понятие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о жизни. Признаки живого (клеточное строение, питание, дыхание, выделение, рост и др.).</w:t>
      </w:r>
    </w:p>
    <w:p w:rsidR="00D82A2A" w:rsidRPr="00985FC1" w:rsidRDefault="00931E24">
      <w:pPr>
        <w:autoSpaceDE w:val="0"/>
        <w:autoSpaceDN w:val="0"/>
        <w:spacing w:before="70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Объекты живой и неживой приро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ды, их сравнение. Живая и неживая природа — единое целое.</w:t>
      </w:r>
    </w:p>
    <w:p w:rsidR="00D82A2A" w:rsidRPr="00985FC1" w:rsidRDefault="00931E24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Биология — система наук о живой природе. 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Основные разделы биологии (ботаника, зоология, экология, цитология, анатомия, физиология и др.).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Профессии, связанные с биологией: врач, ветеринар, психолог,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агроном, животновод и др. (4—5). Связь биологии с другими науками (математика, география и др.). Роль биологии в познании окружающего мира и практической деятельности современного человека.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Кабинет биологии. Правила поведения и работы в кабинете с биолог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ическими приборами и инструментами.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Биологические термины, понятия, символы. Источники биологических знаний. Поиск информации с использованием различных источников (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научнопопулярная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литература, справочники, Интернет).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Методы изучения живой природы </w:t>
      </w:r>
      <w:r w:rsidRPr="00985FC1">
        <w:rPr>
          <w:lang w:val="ru-RU"/>
        </w:rPr>
        <w:br/>
      </w: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аучные методы изучения живой природы: наблюдение, эксперимент, описание, измерение, классификация. Устройство увеличительных приборов: лупы и микроскопа. Правила работы с увеличительными приборами.</w:t>
      </w:r>
    </w:p>
    <w:p w:rsidR="00D82A2A" w:rsidRPr="00985FC1" w:rsidRDefault="00931E24">
      <w:pPr>
        <w:autoSpaceDE w:val="0"/>
        <w:autoSpaceDN w:val="0"/>
        <w:spacing w:before="70" w:after="0" w:line="271" w:lineRule="auto"/>
        <w:ind w:right="864"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Метод описания в биологии (наглядный, словесный, схематический). Метод измерения (инструменты измерения). Метод классификации организмов, применение двойных названий организмов. Наблюдение и эксперимент как ведущие методы биологии.</w:t>
      </w:r>
    </w:p>
    <w:p w:rsidR="00D82A2A" w:rsidRPr="00985FC1" w:rsidRDefault="00931E24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>Лабораторные и практичес</w:t>
      </w:r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кие работы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1. Изучение лабораторного оборудования: термометры, весы, чашки Петри, пробирки, мензурки. Правила работы с оборудованием в школьном кабинете.</w:t>
      </w:r>
    </w:p>
    <w:p w:rsidR="00D82A2A" w:rsidRPr="00985FC1" w:rsidRDefault="00931E24">
      <w:pPr>
        <w:autoSpaceDE w:val="0"/>
        <w:autoSpaceDN w:val="0"/>
        <w:spacing w:before="70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2. Ознакомление с устройством лупы, светового микроскопа, правила работы с ними.</w:t>
      </w:r>
    </w:p>
    <w:p w:rsidR="00D82A2A" w:rsidRPr="00985FC1" w:rsidRDefault="00931E24">
      <w:pPr>
        <w:autoSpaceDE w:val="0"/>
        <w:autoSpaceDN w:val="0"/>
        <w:spacing w:before="70" w:after="0" w:line="262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3. Ознакомление с ра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:rsidR="00D82A2A" w:rsidRPr="00985FC1" w:rsidRDefault="00931E24">
      <w:pPr>
        <w:autoSpaceDE w:val="0"/>
        <w:autoSpaceDN w:val="0"/>
        <w:spacing w:before="70" w:after="0" w:line="262" w:lineRule="auto"/>
        <w:ind w:left="180" w:right="1872"/>
        <w:rPr>
          <w:lang w:val="ru-RU"/>
        </w:rPr>
      </w:pPr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Экскурсии или </w:t>
      </w:r>
      <w:proofErr w:type="spellStart"/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>видеоэкскурсии</w:t>
      </w:r>
      <w:proofErr w:type="spellEnd"/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Овладение методами изучения живой природы — наблюдением и эк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спериментом.</w:t>
      </w:r>
    </w:p>
    <w:p w:rsidR="00D82A2A" w:rsidRPr="00985FC1" w:rsidRDefault="00931E24">
      <w:pPr>
        <w:autoSpaceDE w:val="0"/>
        <w:autoSpaceDN w:val="0"/>
        <w:spacing w:before="190" w:after="0" w:line="262" w:lineRule="auto"/>
        <w:ind w:left="180" w:right="4464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Организмы — тела живой природы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Понятие об организме. Доядерные и ядерные организмы.</w:t>
      </w:r>
    </w:p>
    <w:p w:rsidR="00D82A2A" w:rsidRPr="00985FC1" w:rsidRDefault="00931E24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Клетка и её открытие. Клеточное строение организмов. Цитология — наука о клетке. Клетка 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—н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аименьшая единица строения и жизнедеятельности организмов. Строен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ие клетки под световым микроскопом: клеточная оболочка, цитоплазма, ядро.</w:t>
      </w:r>
    </w:p>
    <w:p w:rsidR="00D82A2A" w:rsidRPr="00985FC1" w:rsidRDefault="00931E2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Одноклеточные и многоклеточные организмы. Клетки, ткани, органы, системы органов.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Жизнедеятельность организмов. Особенности строения и процессов жизнедеятельности у растений, животн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ых, бактерий и грибов.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70" w:after="0" w:line="262" w:lineRule="auto"/>
        <w:ind w:right="1296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Свойства организмов: питание, дыхание, выделение, движение, размножение, развитие, раздражимость, приспособленность. Организм — единое целое.</w:t>
      </w:r>
    </w:p>
    <w:p w:rsidR="00D82A2A" w:rsidRPr="00985FC1" w:rsidRDefault="00931E2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Разнообразие организмов и их классификация (таксоны в биологии: царства, типы (отделы), классы, отряды (порядки), семейства, роды, виды.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Бактерии и вирусы как формы жизни. Значение бактерий и вирусов в природе и в жизни человека.</w:t>
      </w:r>
    </w:p>
    <w:p w:rsidR="00D82A2A" w:rsidRPr="00985FC1" w:rsidRDefault="00931E24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1. Изучение клеток кожицы чешуи лука под лупой и микроскопом (на примере самостоятельно приготовленного микропрепарата).</w:t>
      </w:r>
    </w:p>
    <w:p w:rsidR="00D82A2A" w:rsidRPr="00985FC1" w:rsidRDefault="00931E24">
      <w:pPr>
        <w:autoSpaceDE w:val="0"/>
        <w:autoSpaceDN w:val="0"/>
        <w:spacing w:before="70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2. Ознакомление с принципами систематики организмов.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66" w:line="220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3.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Наблюдение за потреблением воды растением.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Организмы и среда обитания </w:t>
      </w:r>
      <w:r w:rsidRPr="00985FC1">
        <w:rPr>
          <w:lang w:val="ru-RU"/>
        </w:rPr>
        <w:br/>
      </w: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Понятие о среде обитания. Водная,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наземновоздушная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, почвенная,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внутриорганизменная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среды обитания. Представители сред обитания. Особенности сред обитания организмов. Приспособлени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я организмов к среде обитания. Сезонные изменения в жизни организмов.</w:t>
      </w:r>
    </w:p>
    <w:p w:rsidR="00D82A2A" w:rsidRPr="00985FC1" w:rsidRDefault="00931E24">
      <w:pPr>
        <w:autoSpaceDE w:val="0"/>
        <w:autoSpaceDN w:val="0"/>
        <w:spacing w:before="70" w:after="0" w:line="262" w:lineRule="auto"/>
        <w:ind w:left="180" w:right="1440"/>
        <w:rPr>
          <w:lang w:val="ru-RU"/>
        </w:rPr>
      </w:pPr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Выявление приспособлений организмов к среде обитания (на конкретных примерах).</w:t>
      </w:r>
    </w:p>
    <w:p w:rsidR="00D82A2A" w:rsidRPr="00985FC1" w:rsidRDefault="00931E24">
      <w:pPr>
        <w:autoSpaceDE w:val="0"/>
        <w:autoSpaceDN w:val="0"/>
        <w:spacing w:before="70" w:after="0" w:line="262" w:lineRule="auto"/>
        <w:ind w:left="180" w:right="4032"/>
        <w:rPr>
          <w:lang w:val="ru-RU"/>
        </w:rPr>
      </w:pPr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Экскурсии или </w:t>
      </w:r>
      <w:proofErr w:type="spellStart"/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>видеоэкскурсии</w:t>
      </w:r>
      <w:proofErr w:type="spellEnd"/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Растительный и животный мир родного края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(краеведение).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5. Природные сообщества </w:t>
      </w:r>
      <w:r w:rsidRPr="00985FC1">
        <w:rPr>
          <w:lang w:val="ru-RU"/>
        </w:rPr>
        <w:br/>
      </w: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Понятие о природном сообществе. Взаимосвязи организмов в природных сообществах. Пищевые связи в сообществах. Пищевые звенья, цепи и сети питания. Производители, потребители и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разрушители органических веще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ств в пр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иродных сообществах. Примеры природных сообществ (лес, пруд, озеро и др.).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Искусственные сообщества, их отличительные признаки от природных сообществ. Причины неустойчивости искусственных сообществ. Роль искусственных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сообществ в жизни человека.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Природные зоны Земли, их обитатели. Флора и фауна природных зон. Ландшафты: природные и культурные.</w:t>
      </w:r>
    </w:p>
    <w:p w:rsidR="00D82A2A" w:rsidRPr="00985FC1" w:rsidRDefault="00931E24">
      <w:pPr>
        <w:autoSpaceDE w:val="0"/>
        <w:autoSpaceDN w:val="0"/>
        <w:spacing w:before="70" w:after="0" w:line="262" w:lineRule="auto"/>
        <w:ind w:left="180" w:right="1584"/>
        <w:rPr>
          <w:lang w:val="ru-RU"/>
        </w:rPr>
      </w:pPr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Изучение искусственных сообществ и их обитателей (на примере аквариума и др.).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70" w:after="0" w:line="262" w:lineRule="auto"/>
        <w:ind w:right="2304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>Экскурсии и</w:t>
      </w:r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ли </w:t>
      </w:r>
      <w:proofErr w:type="spellStart"/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>видеоэкскурсии</w:t>
      </w:r>
      <w:proofErr w:type="spellEnd"/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1. Изучение природных сообществ (на примере леса, озера, пруда, луга и др.).</w:t>
      </w:r>
    </w:p>
    <w:p w:rsidR="00D82A2A" w:rsidRPr="00985FC1" w:rsidRDefault="00931E24">
      <w:pPr>
        <w:autoSpaceDE w:val="0"/>
        <w:autoSpaceDN w:val="0"/>
        <w:spacing w:before="70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2. Изучение сезонных явлений в жизни природных сообществ.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6. Живая природа и человек </w:t>
      </w:r>
      <w:r w:rsidRPr="00985FC1">
        <w:rPr>
          <w:lang w:val="ru-RU"/>
        </w:rPr>
        <w:br/>
      </w: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Изменения в природе в связи с развитием сельского хозяйства, производств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а и ростом численности населения.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предотвращение. Пути сохранения биологического разнообразия. Охраняемые те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рритории (заповедники, заказники, национальные парки, памятники природы). Красная книга РФ. Осознание жизни как великой ценности.</w:t>
      </w:r>
    </w:p>
    <w:p w:rsidR="00D82A2A" w:rsidRPr="00985FC1" w:rsidRDefault="00931E24">
      <w:pPr>
        <w:tabs>
          <w:tab w:val="left" w:pos="180"/>
        </w:tabs>
        <w:autoSpaceDE w:val="0"/>
        <w:autoSpaceDN w:val="0"/>
        <w:spacing w:before="72" w:after="0" w:line="271" w:lineRule="auto"/>
        <w:ind w:right="720"/>
        <w:rPr>
          <w:lang w:val="ru-RU"/>
        </w:rPr>
      </w:pP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Практические работы </w:t>
      </w:r>
      <w:r w:rsidRPr="00985FC1">
        <w:rPr>
          <w:lang w:val="ru-RU"/>
        </w:rPr>
        <w:br/>
      </w: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Проведение акции по уборке мусора в ближайшем лесу, парке, сквере или на пришкольной территории.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286" w:right="802" w:bottom="1440" w:left="666" w:header="720" w:footer="720" w:gutter="0"/>
          <w:cols w:space="720" w:equalWidth="0">
            <w:col w:w="10432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78" w:line="220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D82A2A" w:rsidRPr="00985FC1" w:rsidRDefault="00931E24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учебного предмета «Биология» на уровне основного общего образования должно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обеспечивать достижение следующих личностных,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образовательных результатов:</w:t>
      </w:r>
    </w:p>
    <w:p w:rsidR="00D82A2A" w:rsidRPr="00985FC1" w:rsidRDefault="00931E24">
      <w:pPr>
        <w:tabs>
          <w:tab w:val="left" w:pos="180"/>
          <w:tab w:val="left" w:pos="420"/>
        </w:tabs>
        <w:autoSpaceDE w:val="0"/>
        <w:autoSpaceDN w:val="0"/>
        <w:spacing w:before="262" w:after="0" w:line="322" w:lineRule="auto"/>
        <w:ind w:right="144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  <w:r w:rsidRPr="00985FC1">
        <w:rPr>
          <w:lang w:val="ru-RU"/>
        </w:rPr>
        <w:br/>
      </w: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Патриотическое воспитание:</w:t>
      </w:r>
      <w:r w:rsidRPr="00985FC1">
        <w:rPr>
          <w:lang w:val="ru-RU"/>
        </w:rPr>
        <w:br/>
      </w: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отношение к биологии как к важной составляющей культуры, гордость за вклад российских и </w:t>
      </w: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советских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учёных в развитие мировой биологической науки.</w:t>
      </w:r>
    </w:p>
    <w:p w:rsidR="00D82A2A" w:rsidRPr="00985FC1" w:rsidRDefault="00931E24">
      <w:pPr>
        <w:autoSpaceDE w:val="0"/>
        <w:autoSpaceDN w:val="0"/>
        <w:spacing w:before="180" w:after="0" w:line="302" w:lineRule="auto"/>
        <w:ind w:left="420" w:right="576" w:hanging="240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Гражданское воспитание: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конструктивной совместной деятельности при выполнении исследований и проектов, стремление к взаимопониманию и взаимопомощи.</w:t>
      </w:r>
    </w:p>
    <w:p w:rsidR="00D82A2A" w:rsidRPr="00985FC1" w:rsidRDefault="00931E24">
      <w:pPr>
        <w:autoSpaceDE w:val="0"/>
        <w:autoSpaceDN w:val="0"/>
        <w:spacing w:before="178" w:after="0" w:line="326" w:lineRule="auto"/>
        <w:ind w:left="420" w:hanging="240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Духовно-нравственное воспитание: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готовнос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ть оценивать поведение и поступки с позиции нравственных норм и норм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экологической культуры;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понимание значимости нравственного аспекта деятельности человека в медицине и биологии.</w:t>
      </w:r>
    </w:p>
    <w:p w:rsidR="00D82A2A" w:rsidRPr="00985FC1" w:rsidRDefault="00931E24">
      <w:pPr>
        <w:tabs>
          <w:tab w:val="left" w:pos="420"/>
        </w:tabs>
        <w:autoSpaceDE w:val="0"/>
        <w:autoSpaceDN w:val="0"/>
        <w:spacing w:before="178" w:after="0" w:line="310" w:lineRule="auto"/>
        <w:ind w:left="180" w:right="1728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Эстетическое воспитание:</w:t>
      </w:r>
      <w:r w:rsidRPr="00985FC1">
        <w:rPr>
          <w:lang w:val="ru-RU"/>
        </w:rPr>
        <w:br/>
      </w: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роли биологии в формировании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эстетической культуры личности.</w:t>
      </w:r>
    </w:p>
    <w:p w:rsidR="00D82A2A" w:rsidRPr="00985FC1" w:rsidRDefault="00931E24">
      <w:pPr>
        <w:autoSpaceDE w:val="0"/>
        <w:autoSpaceDN w:val="0"/>
        <w:spacing w:before="178" w:after="0" w:line="302" w:lineRule="auto"/>
        <w:ind w:left="420" w:right="432" w:hanging="240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Ценности научного познания: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понимание роли биологической науки в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формировании научного мировоззрения;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420" w:right="158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развитие научной любознательности, интереса к биологической науке, навыков исследовательской деятельности.</w:t>
      </w:r>
    </w:p>
    <w:p w:rsidR="00D82A2A" w:rsidRPr="00985FC1" w:rsidRDefault="00931E24">
      <w:pPr>
        <w:autoSpaceDE w:val="0"/>
        <w:autoSpaceDN w:val="0"/>
        <w:spacing w:before="178" w:after="0" w:line="331" w:lineRule="auto"/>
        <w:ind w:left="420" w:right="144" w:hanging="240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Формирование культуры здоровья: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осознание последствий и неприятие вре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дных привычек (употребление алкоголя, наркотиков, курение) и иных форм вреда для физического и психического здоровья;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соблюдение правил безопасности, в том числе навыки безопасного поведения в природной среде;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управ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ление собственным эмоциональным состоянием.</w:t>
      </w:r>
    </w:p>
    <w:p w:rsidR="00D82A2A" w:rsidRPr="00985FC1" w:rsidRDefault="00931E24">
      <w:pPr>
        <w:autoSpaceDE w:val="0"/>
        <w:autoSpaceDN w:val="0"/>
        <w:spacing w:before="178" w:after="0" w:line="300" w:lineRule="auto"/>
        <w:ind w:left="420" w:right="144" w:hanging="240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Трудовое воспитание: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активное участие в решении практических задач (в рамках семьи, школы, города, края) биологической и экологической направленности, интерес к практическому изучению профессий, связанных с би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ологией.</w:t>
      </w:r>
    </w:p>
    <w:p w:rsidR="00D82A2A" w:rsidRPr="00985FC1" w:rsidRDefault="00931E24">
      <w:pPr>
        <w:tabs>
          <w:tab w:val="left" w:pos="420"/>
        </w:tabs>
        <w:autoSpaceDE w:val="0"/>
        <w:autoSpaceDN w:val="0"/>
        <w:spacing w:before="178" w:after="0" w:line="310" w:lineRule="auto"/>
        <w:ind w:left="180" w:right="144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Экологическое воспитание:</w:t>
      </w:r>
      <w:r w:rsidRPr="00985FC1">
        <w:rPr>
          <w:lang w:val="ru-RU"/>
        </w:rPr>
        <w:br/>
      </w:r>
      <w:r w:rsidRPr="00985FC1">
        <w:rPr>
          <w:lang w:val="ru-RU"/>
        </w:rPr>
        <w:tab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ориентация на применение биологических знаний при решении задач в области окружающей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298" w:right="650" w:bottom="2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0" w:line="166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 w:line="262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ориентация на применение биологических знаний при решении задач в области о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кружающей среды;</w:t>
      </w:r>
    </w:p>
    <w:p w:rsidR="00D82A2A" w:rsidRPr="00985FC1" w:rsidRDefault="00931E24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осознание экологических проблем и путей их решения;</w:t>
      </w:r>
    </w:p>
    <w:p w:rsidR="00D82A2A" w:rsidRPr="00985FC1" w:rsidRDefault="00931E24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участию в практической деятельности экологической направленности.</w:t>
      </w:r>
    </w:p>
    <w:p w:rsidR="00D82A2A" w:rsidRPr="00985FC1" w:rsidRDefault="00931E24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Адаптация </w:t>
      </w:r>
      <w:proofErr w:type="gramStart"/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обучающегося</w:t>
      </w:r>
      <w:proofErr w:type="gramEnd"/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к изменяющимся условиям социальной и природной среды:</w:t>
      </w:r>
    </w:p>
    <w:p w:rsidR="00D82A2A" w:rsidRPr="00985FC1" w:rsidRDefault="00931E24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адекватная оценка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изменяющихся условий;</w:t>
      </w:r>
    </w:p>
    <w:p w:rsidR="00D82A2A" w:rsidRPr="00985FC1" w:rsidRDefault="00931E24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принятие решения (индивидуальное, в группе) в изменяющихся условиях на основании анализа биологической информации;</w:t>
      </w:r>
    </w:p>
    <w:p w:rsidR="00D82A2A" w:rsidRPr="00985FC1" w:rsidRDefault="00931E24">
      <w:pPr>
        <w:autoSpaceDE w:val="0"/>
        <w:autoSpaceDN w:val="0"/>
        <w:spacing w:before="192" w:after="0" w:line="262" w:lineRule="auto"/>
        <w:ind w:left="420" w:right="158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планирование действий в новой ситуации на основании знаний биологических закономерностей.</w:t>
      </w:r>
    </w:p>
    <w:p w:rsidR="00D82A2A" w:rsidRPr="00985FC1" w:rsidRDefault="00931E24">
      <w:pPr>
        <w:autoSpaceDE w:val="0"/>
        <w:autoSpaceDN w:val="0"/>
        <w:spacing w:before="324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</w:t>
      </w: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ТЫ</w:t>
      </w:r>
    </w:p>
    <w:p w:rsidR="00D82A2A" w:rsidRPr="00985FC1" w:rsidRDefault="00931E24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познавательные действия</w:t>
      </w:r>
    </w:p>
    <w:p w:rsidR="00D82A2A" w:rsidRPr="00985FC1" w:rsidRDefault="00931E2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Базовые логические действия:</w:t>
      </w:r>
    </w:p>
    <w:p w:rsidR="00D82A2A" w:rsidRPr="00985FC1" w:rsidRDefault="00931E24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выявлять и характеризовать существенные признаки биологических объектов (явлений);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420" w:right="432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существенный признак классификации биологических объектов (явлений, процессов), осн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ования для обобщения и сравнения, критерии проводимого анализа;</w:t>
      </w:r>
    </w:p>
    <w:p w:rsidR="00D82A2A" w:rsidRPr="00985FC1" w:rsidRDefault="00931E24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 учётом предложенной биологической задачи выявлять закономерности и противоречия в рассматриваемых фактах и наблюдениях; предлагать критерии для выявления закономерностей и противоречий;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 выявлять дефициты информации, данных, необходимых для решения поставленной задачи;</w:t>
      </w:r>
    </w:p>
    <w:p w:rsidR="00D82A2A" w:rsidRPr="00985FC1" w:rsidRDefault="00931E24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выявлять причинно-следственные связи при изучении биологических явлений и процессов;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82A2A" w:rsidRPr="00985FC1" w:rsidRDefault="00931E24">
      <w:pPr>
        <w:autoSpaceDE w:val="0"/>
        <w:autoSpaceDN w:val="0"/>
        <w:spacing w:before="238" w:after="0" w:line="271" w:lineRule="auto"/>
        <w:ind w:left="420" w:right="7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способ решения учебной биологической задачи (сравнивать несколько вариантов решения, выбира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ть наиболее подходящий с учётом самостоятельно выделенных критериев).</w:t>
      </w:r>
    </w:p>
    <w:p w:rsidR="00D82A2A" w:rsidRPr="00985FC1" w:rsidRDefault="00931E24">
      <w:pPr>
        <w:autoSpaceDE w:val="0"/>
        <w:autoSpaceDN w:val="0"/>
        <w:spacing w:before="300" w:after="0" w:line="230" w:lineRule="auto"/>
        <w:ind w:left="180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Базовые исследовательские действия:</w:t>
      </w:r>
    </w:p>
    <w:p w:rsidR="00D82A2A" w:rsidRPr="00985FC1" w:rsidRDefault="00931E24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вопросы как исследовательский инструмент познания;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вопросы, фиксирующие разрыв между реальным и желательным состояние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м ситуации, объекта, и самостоятельно устанавливать искомое и данное;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формировать гипотезу об истинности собственных суждений, аргументировать свою позицию, мнение;</w:t>
      </w:r>
    </w:p>
    <w:p w:rsidR="00D82A2A" w:rsidRPr="00985FC1" w:rsidRDefault="00931E24">
      <w:pPr>
        <w:autoSpaceDE w:val="0"/>
        <w:autoSpaceDN w:val="0"/>
        <w:spacing w:before="238" w:after="0"/>
        <w:ind w:left="42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самостоятельно составленному плану наблюдение, несложный биологический э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на применимость и достоверность информацию, полученную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в ходе наблюдения и эксперимента;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166" w:right="758" w:bottom="342" w:left="666" w:header="720" w:footer="720" w:gutter="0"/>
          <w:cols w:space="720" w:equalWidth="0">
            <w:col w:w="10476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108" w:line="220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 w:line="271" w:lineRule="auto"/>
        <w:ind w:left="24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дов и обобщений;</w:t>
      </w:r>
    </w:p>
    <w:p w:rsidR="00D82A2A" w:rsidRPr="00985FC1" w:rsidRDefault="00931E24">
      <w:pPr>
        <w:autoSpaceDE w:val="0"/>
        <w:autoSpaceDN w:val="0"/>
        <w:spacing w:before="238" w:after="0" w:line="271" w:lineRule="auto"/>
        <w:ind w:left="24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82A2A" w:rsidRPr="00985FC1" w:rsidRDefault="00931E24">
      <w:pPr>
        <w:autoSpaceDE w:val="0"/>
        <w:autoSpaceDN w:val="0"/>
        <w:spacing w:before="298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Работа с информацией:</w:t>
      </w:r>
    </w:p>
    <w:p w:rsidR="00D82A2A" w:rsidRPr="00985FC1" w:rsidRDefault="00931E24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D82A2A" w:rsidRPr="00985FC1" w:rsidRDefault="00931E24">
      <w:pPr>
        <w:autoSpaceDE w:val="0"/>
        <w:autoSpaceDN w:val="0"/>
        <w:spacing w:before="240" w:after="0" w:line="262" w:lineRule="auto"/>
        <w:ind w:left="240" w:right="129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выбирать, анализировать, систематизировать и интерпретировать биологическую ин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формацию различных видов и форм представления;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240" w:right="57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2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оптимальную форму представления информации и иллюстр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ировать решаемые задачи несложными схемами, диаграммами, иной графикой и их комбинациями;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биологической информации по критериям, предложенным учителем или сформулированным самостоятельно;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запоминать и систематизировать биологичес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кую информацию.</w:t>
      </w:r>
    </w:p>
    <w:p w:rsidR="00D82A2A" w:rsidRPr="00985FC1" w:rsidRDefault="00931E24">
      <w:pPr>
        <w:autoSpaceDE w:val="0"/>
        <w:autoSpaceDN w:val="0"/>
        <w:spacing w:before="298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действия</w:t>
      </w:r>
    </w:p>
    <w:p w:rsidR="00D82A2A" w:rsidRPr="00985FC1" w:rsidRDefault="00931E24">
      <w:pPr>
        <w:autoSpaceDE w:val="0"/>
        <w:autoSpaceDN w:val="0"/>
        <w:spacing w:before="190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Общение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D82A2A" w:rsidRPr="00985FC1" w:rsidRDefault="00931E24">
      <w:pPr>
        <w:autoSpaceDE w:val="0"/>
        <w:autoSpaceDN w:val="0"/>
        <w:spacing w:before="178" w:after="0" w:line="262" w:lineRule="auto"/>
        <w:ind w:left="240" w:right="86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и формулировать суждения, выражать эмоции в процессе выполнения практических и лабораторных работ;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выражать себя (свою точку зрения) в устных и письменных текстах;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2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D82A2A" w:rsidRPr="00985FC1" w:rsidRDefault="00931E24">
      <w:pPr>
        <w:autoSpaceDE w:val="0"/>
        <w:autoSpaceDN w:val="0"/>
        <w:spacing w:before="240" w:after="0" w:line="262" w:lineRule="auto"/>
        <w:ind w:left="240" w:right="1008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понимать намерения других, проявлять уважительное отношение к собеседнику и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в корректной форме формулировать свои возражения;</w:t>
      </w:r>
    </w:p>
    <w:p w:rsidR="00D82A2A" w:rsidRPr="00985FC1" w:rsidRDefault="00931E24">
      <w:pPr>
        <w:autoSpaceDE w:val="0"/>
        <w:autoSpaceDN w:val="0"/>
        <w:spacing w:before="238" w:after="0" w:line="271" w:lineRule="auto"/>
        <w:ind w:left="24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 ходе диалога и/или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240" w:right="86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соп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оставлять свои суждения с суждениями других участников диалога, обнаруживать различие и сходство позиций;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240" w:right="57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публично представлять результаты выполненного биологического опыта (эксперимента, исследования, проекта);</w:t>
      </w:r>
    </w:p>
    <w:p w:rsidR="00D82A2A" w:rsidRPr="00985FC1" w:rsidRDefault="00931E24">
      <w:pPr>
        <w:autoSpaceDE w:val="0"/>
        <w:autoSpaceDN w:val="0"/>
        <w:spacing w:before="238" w:after="0" w:line="271" w:lineRule="auto"/>
        <w:ind w:left="240" w:right="288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формат выступл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328" w:right="734" w:bottom="422" w:left="846" w:header="720" w:footer="720" w:gutter="0"/>
          <w:cols w:space="720" w:equalWidth="0">
            <w:col w:w="10320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78" w:line="220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 </w:t>
      </w: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(сотрудничество):</w:t>
      </w:r>
    </w:p>
    <w:p w:rsidR="00D82A2A" w:rsidRPr="00985FC1" w:rsidRDefault="00931E24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понимать и использовать преимущества командной и индивидуальной работы при решении конкретной биологической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проблемы, обосновывать необходимость применения групповых форм взаимодействия при решении поставленной учебной задачи;</w:t>
      </w:r>
    </w:p>
    <w:p w:rsidR="00D82A2A" w:rsidRPr="00985FC1" w:rsidRDefault="00931E24">
      <w:pPr>
        <w:autoSpaceDE w:val="0"/>
        <w:autoSpaceDN w:val="0"/>
        <w:spacing w:before="238" w:after="0"/>
        <w:ind w:left="24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пр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нескольких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людей, проявлять готовность руководить, выполнять пору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чения, подчиняться;</w:t>
      </w:r>
    </w:p>
    <w:p w:rsidR="00D82A2A" w:rsidRPr="00985FC1" w:rsidRDefault="00931E24">
      <w:pPr>
        <w:autoSpaceDE w:val="0"/>
        <w:autoSpaceDN w:val="0"/>
        <w:spacing w:before="240" w:after="0"/>
        <w:ind w:left="2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н мнениями, мозговые штурмы и иные);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D82A2A" w:rsidRPr="00985FC1" w:rsidRDefault="00931E24">
      <w:pPr>
        <w:autoSpaceDE w:val="0"/>
        <w:autoSpaceDN w:val="0"/>
        <w:spacing w:before="238" w:after="0"/>
        <w:ind w:left="240"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оценивать качество своего вклада в общий продукт по критериям, самост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оятельно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240" w:right="86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овладет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ь системой универсальных коммуникативных действий, которая обеспечивает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социальных навыков и эмоционального интеллекта обучающихся.</w:t>
      </w:r>
    </w:p>
    <w:p w:rsidR="00D82A2A" w:rsidRPr="00985FC1" w:rsidRDefault="00931E24">
      <w:pPr>
        <w:autoSpaceDE w:val="0"/>
        <w:autoSpaceDN w:val="0"/>
        <w:spacing w:before="298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действия</w:t>
      </w:r>
    </w:p>
    <w:p w:rsidR="00D82A2A" w:rsidRPr="00985FC1" w:rsidRDefault="00931E24">
      <w:pPr>
        <w:autoSpaceDE w:val="0"/>
        <w:autoSpaceDN w:val="0"/>
        <w:spacing w:before="190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Самоорганизация:</w:t>
      </w:r>
    </w:p>
    <w:p w:rsidR="00D82A2A" w:rsidRPr="00985FC1" w:rsidRDefault="00931E24">
      <w:pPr>
        <w:autoSpaceDE w:val="0"/>
        <w:autoSpaceDN w:val="0"/>
        <w:spacing w:before="178" w:after="0" w:line="262" w:lineRule="auto"/>
        <w:ind w:left="240" w:right="14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выявлять проблемы для решения в жизненных и учебных ситуациях, используя биологические знания;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240" w:right="7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D82A2A" w:rsidRPr="00985FC1" w:rsidRDefault="00931E24">
      <w:pPr>
        <w:autoSpaceDE w:val="0"/>
        <w:autoSpaceDN w:val="0"/>
        <w:spacing w:before="240" w:after="0" w:line="271" w:lineRule="auto"/>
        <w:ind w:left="240" w:right="57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а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лгоритм решения  задачи 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D82A2A" w:rsidRPr="00985FC1" w:rsidRDefault="00931E24">
      <w:pPr>
        <w:autoSpaceDE w:val="0"/>
        <w:autoSpaceDN w:val="0"/>
        <w:spacing w:before="238" w:after="0" w:line="271" w:lineRule="auto"/>
        <w:ind w:left="240" w:right="288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действий (план реализации намеченного а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лгоритма решения),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корректировать предложенный алгоритм с учётом получения новых биологических знаний об изучаемом биологическом объекте;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делать выбор и брать ответственность за решение.</w:t>
      </w:r>
    </w:p>
    <w:p w:rsidR="00D82A2A" w:rsidRPr="00985FC1" w:rsidRDefault="00931E24">
      <w:pPr>
        <w:autoSpaceDE w:val="0"/>
        <w:autoSpaceDN w:val="0"/>
        <w:spacing w:before="298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Самоконтроль (рефлексия):</w:t>
      </w:r>
    </w:p>
    <w:p w:rsidR="00D82A2A" w:rsidRPr="00985FC1" w:rsidRDefault="00931E24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владеть способами самоконтроля,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само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мотивации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давать адекватную оценку ситуации и предлагать план её изменения;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учитывать контекст и предвидеть трудности, которые могут возникнуть при решении учебной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298" w:right="720" w:bottom="312" w:left="846" w:header="720" w:footer="720" w:gutter="0"/>
          <w:cols w:space="720" w:equalWidth="0">
            <w:col w:w="10334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72" w:line="220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биол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огической задачи, адаптировать решение к меняющимся обстоятельствам;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420" w:right="432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объяснять причины достижения (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позитивное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в произошедшей ситуации;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оценивать соответствие результата цели и условиям.</w:t>
      </w:r>
    </w:p>
    <w:p w:rsidR="00D82A2A" w:rsidRPr="00985FC1" w:rsidRDefault="00931E24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Эмоциональный интеллект:</w:t>
      </w:r>
    </w:p>
    <w:p w:rsidR="00D82A2A" w:rsidRPr="00985FC1" w:rsidRDefault="00931E24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различать, называть и управлять собстве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нными эмоциями и эмоциями других;</w:t>
      </w:r>
    </w:p>
    <w:p w:rsidR="00D82A2A" w:rsidRPr="00985FC1" w:rsidRDefault="00931E24">
      <w:pPr>
        <w:autoSpaceDE w:val="0"/>
        <w:autoSpaceDN w:val="0"/>
        <w:spacing w:before="240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выявлять и анализировать причины эмоций;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ставить себя на место другого человека, понимать мотивы и намерения другого;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регулировать способ выражения эмоций.</w:t>
      </w:r>
    </w:p>
    <w:p w:rsidR="00D82A2A" w:rsidRPr="00985FC1" w:rsidRDefault="00931E24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985FC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Принятие себя и других:</w:t>
      </w:r>
    </w:p>
    <w:p w:rsidR="00D82A2A" w:rsidRPr="00985FC1" w:rsidRDefault="00931E24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осознанно относиться к другому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человеку, его мнению;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своё право на ошибку и такое же право 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другого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открытость себе и другим;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осознавать невозможность контролировать всё вокруг;</w:t>
      </w:r>
    </w:p>
    <w:p w:rsidR="00D82A2A" w:rsidRPr="00985FC1" w:rsidRDefault="00931E24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овладеть системой универсальных учебных регулятивных действий, которая обеспечивает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D82A2A" w:rsidRPr="00985FC1" w:rsidRDefault="00931E24">
      <w:pPr>
        <w:autoSpaceDE w:val="0"/>
        <w:autoSpaceDN w:val="0"/>
        <w:spacing w:before="322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D82A2A" w:rsidRPr="00985FC1" w:rsidRDefault="00931E24">
      <w:pPr>
        <w:autoSpaceDE w:val="0"/>
        <w:autoSpaceDN w:val="0"/>
        <w:spacing w:before="226" w:after="0" w:line="262" w:lineRule="auto"/>
        <w:ind w:left="420" w:right="1152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биологию как науку о живой природе; называть признаки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живого, сравнивать объекты живой и неживой природы;</w:t>
      </w:r>
    </w:p>
    <w:p w:rsidR="00D82A2A" w:rsidRPr="00985FC1" w:rsidRDefault="00931E24">
      <w:pPr>
        <w:autoSpaceDE w:val="0"/>
        <w:autoSpaceDN w:val="0"/>
        <w:spacing w:before="240" w:after="0" w:line="262" w:lineRule="auto"/>
        <w:ind w:left="420" w:right="57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перечислять источники биологических знаний; характеризовать значение биологических знаний для современного человека; профессии, связанные с биологией (4—5);</w:t>
      </w:r>
    </w:p>
    <w:p w:rsidR="00D82A2A" w:rsidRPr="00985FC1" w:rsidRDefault="00931E24">
      <w:pPr>
        <w:autoSpaceDE w:val="0"/>
        <w:autoSpaceDN w:val="0"/>
        <w:spacing w:before="240" w:after="0" w:line="262" w:lineRule="auto"/>
        <w:ind w:left="420" w:right="288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вклада российских (в то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м числе В. И. Вернадский, А. Л. Чижевский) и зарубежных (в том числе Аристотель, Теофраст, Гиппократ) учёных в развитие биологии;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left="420" w:right="144"/>
        <w:rPr>
          <w:lang w:val="ru-RU"/>
        </w:rPr>
      </w:pP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важнейших биологических процессах и явлениях: питание, дыхание, транспорт веществ, раздражимость, рос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т, развитие, движение, размножение;</w:t>
      </w:r>
      <w:proofErr w:type="gramEnd"/>
    </w:p>
    <w:p w:rsidR="00D82A2A" w:rsidRPr="00985FC1" w:rsidRDefault="00931E24">
      <w:pPr>
        <w:autoSpaceDE w:val="0"/>
        <w:autoSpaceDN w:val="0"/>
        <w:spacing w:before="238" w:after="0" w:line="281" w:lineRule="auto"/>
        <w:ind w:left="420"/>
        <w:rPr>
          <w:lang w:val="ru-RU"/>
        </w:rPr>
      </w:pP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применять биологические термины и понятия (в том числе: живые тела, биология, экология, цитология, анатомия, физиология, биологическая систематика, клетка, ткань, орган, система органов, организм, вирус, движение, пит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ание, фотосинтез, дыхание, выделение, раздражимость, рост, размножение, развитие, среда обитания, природное сообщество, искусственное сообщество) в соответствии с поставленной задачей и в контексте;</w:t>
      </w:r>
      <w:proofErr w:type="gramEnd"/>
    </w:p>
    <w:p w:rsidR="00D82A2A" w:rsidRPr="00985FC1" w:rsidRDefault="00931E24">
      <w:pPr>
        <w:autoSpaceDE w:val="0"/>
        <w:autoSpaceDN w:val="0"/>
        <w:spacing w:before="238" w:after="0" w:line="271" w:lineRule="auto"/>
        <w:ind w:left="420" w:right="576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различать по внешнему виду (изображениям), схемам и оп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исаниям доядерные и ядерные организмы; различные биологические объекты: растения, животных, грибы, лишайники, бактерии; природные и искусственные сообщества, взаимосвязи организмов </w:t>
      </w: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природном и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292" w:right="714" w:bottom="312" w:left="666" w:header="720" w:footer="720" w:gutter="0"/>
          <w:cols w:space="720" w:equalWidth="0">
            <w:col w:w="10520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72" w:line="220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 w:line="262" w:lineRule="auto"/>
        <w:ind w:right="144"/>
        <w:rPr>
          <w:lang w:val="ru-RU"/>
        </w:rPr>
      </w:pPr>
      <w:proofErr w:type="gram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искусственном</w:t>
      </w:r>
      <w:proofErr w:type="gram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 сообществах; представителей флоры и фауны природных зон Земли; ландшафты природные и культурные;</w:t>
      </w:r>
    </w:p>
    <w:p w:rsidR="00D82A2A" w:rsidRPr="00985FC1" w:rsidRDefault="00931E24">
      <w:pPr>
        <w:autoSpaceDE w:val="0"/>
        <w:autoSpaceDN w:val="0"/>
        <w:spacing w:before="238" w:after="0"/>
        <w:ind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проводить описание организма (растения, животного) по заданному плану; выделять существенные признаки строения и процессов жизнедеятельности организмов, характеризовать организмы как тела живой природы, перечислять особенности растений, животных, грибов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, лишайников, бактерий и вирусов;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right="1440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раскрывать понятие о среде обитания (водной, наземно-воздушной, почвенной, </w:t>
      </w:r>
      <w:proofErr w:type="spellStart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внутриорганизменной</w:t>
      </w:r>
      <w:proofErr w:type="spellEnd"/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), условиях среды обитания;</w:t>
      </w:r>
    </w:p>
    <w:p w:rsidR="00D82A2A" w:rsidRPr="00985FC1" w:rsidRDefault="00931E24">
      <w:pPr>
        <w:autoSpaceDE w:val="0"/>
        <w:autoSpaceDN w:val="0"/>
        <w:spacing w:before="240" w:after="0" w:line="262" w:lineRule="auto"/>
        <w:ind w:right="432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примеры, характеризующие приспособленность организмов к среде обитания, взаимосвязи 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организмов в сообществах;</w:t>
      </w:r>
    </w:p>
    <w:p w:rsidR="00D82A2A" w:rsidRPr="00985FC1" w:rsidRDefault="00931E24">
      <w:pPr>
        <w:autoSpaceDE w:val="0"/>
        <w:autoSpaceDN w:val="0"/>
        <w:spacing w:before="240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выделять отличительные признаки природных и искусственных сообществ;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right="14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аргументировать основные правила поведения человека в природе и объяснять значение природоохранной деятельности человека; анализировать глобальные экологич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еские проблемы;</w:t>
      </w:r>
    </w:p>
    <w:p w:rsidR="00D82A2A" w:rsidRPr="00985FC1" w:rsidRDefault="00931E24">
      <w:pPr>
        <w:autoSpaceDE w:val="0"/>
        <w:autoSpaceDN w:val="0"/>
        <w:spacing w:before="238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раскрывать роль биологии в практической деятельности человека;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right="1152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демонстрировать на конкретных примерах связь знаний биологии со знаниями по математике, предметов гуманитарного цикла, различными видами искусства;</w:t>
      </w:r>
    </w:p>
    <w:p w:rsidR="00D82A2A" w:rsidRPr="00985FC1" w:rsidRDefault="00931E24">
      <w:pPr>
        <w:autoSpaceDE w:val="0"/>
        <w:autoSpaceDN w:val="0"/>
        <w:spacing w:before="238" w:after="0" w:line="271" w:lineRule="auto"/>
        <w:ind w:right="432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практическ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ие работы (поиск информации с использованием различных источников; описание организма по заданному плану) и лабораторные работы (работа с микроскопом; знакомство с различными способами измерения и сравнения живых объектов);</w:t>
      </w:r>
    </w:p>
    <w:p w:rsidR="00D82A2A" w:rsidRPr="00985FC1" w:rsidRDefault="00931E24">
      <w:pPr>
        <w:autoSpaceDE w:val="0"/>
        <w:autoSpaceDN w:val="0"/>
        <w:spacing w:before="238" w:after="0" w:line="271" w:lineRule="auto"/>
        <w:ind w:right="288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применять методы биологии (на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блюдение, описание, классификация, измерение,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эксперимент): проводить наблюдения за организмами, описывать биологические объекты, процессы и явления; выполнять биологический рисунок и измерение биологических объектов;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владеть приёмами работы с лупой, с</w:t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ветовым и цифровым микроскопами при рассматривании биологических объектов;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соблюдать правила безопасного труда при работе с учебным и лабораторным оборудованием, химической посудой в соответствии с инструкциями на уроке, во внеурочной деятельности;</w:t>
      </w:r>
    </w:p>
    <w:p w:rsidR="00D82A2A" w:rsidRPr="00985FC1" w:rsidRDefault="00931E24">
      <w:pPr>
        <w:autoSpaceDE w:val="0"/>
        <w:autoSpaceDN w:val="0"/>
        <w:spacing w:before="240" w:after="0" w:line="262" w:lineRule="auto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при выполнении учебных заданий научно-популярную литературу по биологии, справочные материалы, ресурсы Интернета;</w:t>
      </w:r>
    </w:p>
    <w:p w:rsidR="00D82A2A" w:rsidRPr="00985FC1" w:rsidRDefault="00931E24">
      <w:pPr>
        <w:autoSpaceDE w:val="0"/>
        <w:autoSpaceDN w:val="0"/>
        <w:spacing w:before="238" w:after="0" w:line="262" w:lineRule="auto"/>
        <w:ind w:right="864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—  создавать письменные и устные сообщения, грамотно используя понятийный аппарат изучаемого раздела биологии.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292" w:right="754" w:bottom="1440" w:left="1086" w:header="720" w:footer="720" w:gutter="0"/>
          <w:cols w:space="720" w:equalWidth="0">
            <w:col w:w="10059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64" w:line="220" w:lineRule="exact"/>
        <w:rPr>
          <w:lang w:val="ru-RU"/>
        </w:rPr>
      </w:pPr>
    </w:p>
    <w:p w:rsidR="00D82A2A" w:rsidRDefault="00931E24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84"/>
        <w:gridCol w:w="2558"/>
        <w:gridCol w:w="528"/>
        <w:gridCol w:w="1104"/>
        <w:gridCol w:w="1142"/>
        <w:gridCol w:w="864"/>
        <w:gridCol w:w="5752"/>
        <w:gridCol w:w="1116"/>
        <w:gridCol w:w="2054"/>
      </w:tblGrid>
      <w:tr w:rsidR="00D82A2A">
        <w:trPr>
          <w:trHeight w:hRule="exact" w:val="348"/>
        </w:trPr>
        <w:tc>
          <w:tcPr>
            <w:tcW w:w="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5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(цифровые)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D82A2A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A2A" w:rsidRDefault="00D82A2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A2A" w:rsidRDefault="00D82A2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A2A" w:rsidRDefault="00D82A2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A2A" w:rsidRDefault="00D82A2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A2A" w:rsidRDefault="00D82A2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A2A" w:rsidRDefault="00D82A2A"/>
        </w:tc>
      </w:tr>
      <w:tr w:rsidR="00D82A2A">
        <w:trPr>
          <w:trHeight w:hRule="exact" w:val="542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Биология — наука о живой природе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05.09.2022 26.09.2022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Ознакомление с объектами изучения биологии, её разделами;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https://resh.edu.ru/subject/5/5/</w:t>
            </w:r>
          </w:p>
        </w:tc>
      </w:tr>
      <w:tr w:rsidR="00D82A2A">
        <w:trPr>
          <w:trHeight w:hRule="exact" w:val="540"/>
        </w:trPr>
        <w:tc>
          <w:tcPr>
            <w:tcW w:w="38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</w:t>
            </w:r>
          </w:p>
        </w:tc>
        <w:tc>
          <w:tcPr>
            <w:tcW w:w="25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Методы изучения живой природы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03.10.2022 14.11.2022</w:t>
            </w:r>
          </w:p>
        </w:tc>
        <w:tc>
          <w:tcPr>
            <w:tcW w:w="57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Описание и интерпретация данных с целью обоснования выводов;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https://resh.edu.ru/subject/5/5/</w:t>
            </w:r>
          </w:p>
        </w:tc>
      </w:tr>
      <w:tr w:rsidR="00D82A2A">
        <w:trPr>
          <w:trHeight w:hRule="exact" w:val="5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Организмы — тела живой природы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21.11.2022 16.01.2023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Сравнение свойств </w:t>
            </w: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организмов: движения, размножения, развития;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https://resh.edu.ru/subject/5/5/</w:t>
            </w:r>
          </w:p>
        </w:tc>
      </w:tr>
      <w:tr w:rsidR="00D82A2A">
        <w:trPr>
          <w:trHeight w:hRule="exact" w:val="732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Организмы и среда обитания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23.01.2023 20.02.2023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появления приспособлений к среде обитания: обтекаемая форма тела, </w:t>
            </w: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наличие чешуи и плавников у рыб, крепкий крючковидный клюв и острые, загнутые когти у хищных птиц и др.;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https://resh.edu.ru/subject/5/5/</w:t>
            </w:r>
          </w:p>
        </w:tc>
      </w:tr>
      <w:tr w:rsidR="00D82A2A">
        <w:trPr>
          <w:trHeight w:hRule="exact" w:val="5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Природные сообщества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27.02.2023 17.04.2023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Выявление существенных признаков природных сообществ организмов (лес, пруд, озеро и т. д.);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https://resh.edu.ru/subject/5/5/</w:t>
            </w:r>
          </w:p>
        </w:tc>
      </w:tr>
      <w:tr w:rsidR="00D82A2A">
        <w:trPr>
          <w:trHeight w:hRule="exact" w:val="5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Живая природа и человек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24.04.2023 22.05.2023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 и оценивание влияния хозяйственной деятельности</w:t>
            </w: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людей на природу;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https://resh.edu.ru/subject/5/5/</w:t>
            </w:r>
          </w:p>
        </w:tc>
      </w:tr>
      <w:tr w:rsidR="00D82A2A">
        <w:trPr>
          <w:trHeight w:hRule="exact" w:val="350"/>
        </w:trPr>
        <w:tc>
          <w:tcPr>
            <w:tcW w:w="2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2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D82A2A"/>
        </w:tc>
      </w:tr>
      <w:tr w:rsidR="00D82A2A">
        <w:trPr>
          <w:trHeight w:hRule="exact" w:val="520"/>
        </w:trPr>
        <w:tc>
          <w:tcPr>
            <w:tcW w:w="2942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74" w:after="0" w:line="245" w:lineRule="auto"/>
              <w:ind w:left="72" w:right="288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9786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D82A2A"/>
        </w:tc>
      </w:tr>
    </w:tbl>
    <w:p w:rsidR="00D82A2A" w:rsidRDefault="00D82A2A">
      <w:pPr>
        <w:autoSpaceDE w:val="0"/>
        <w:autoSpaceDN w:val="0"/>
        <w:spacing w:after="0" w:line="14" w:lineRule="exact"/>
      </w:pPr>
    </w:p>
    <w:p w:rsidR="00D82A2A" w:rsidRDefault="00D82A2A">
      <w:pPr>
        <w:sectPr w:rsidR="00D82A2A">
          <w:pgSz w:w="16840" w:h="11900"/>
          <w:pgMar w:top="282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82A2A" w:rsidRDefault="00D82A2A">
      <w:pPr>
        <w:autoSpaceDE w:val="0"/>
        <w:autoSpaceDN w:val="0"/>
        <w:spacing w:after="78" w:line="220" w:lineRule="exact"/>
      </w:pPr>
    </w:p>
    <w:p w:rsidR="00D82A2A" w:rsidRDefault="00931E24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D82A2A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D82A2A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A2A" w:rsidRDefault="00D82A2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A2A" w:rsidRDefault="00D82A2A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A2A" w:rsidRDefault="00D82A2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A2A" w:rsidRDefault="00D82A2A"/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Понятие о </w:t>
            </w:r>
            <w:proofErr w:type="spell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жизни</w:t>
            </w:r>
            <w:proofErr w:type="gram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ризнаки</w:t>
            </w:r>
            <w:proofErr w:type="spell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живого.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Биология-система наук о живой </w:t>
            </w:r>
            <w:proofErr w:type="spell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природе</w:t>
            </w:r>
            <w:proofErr w:type="gram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рофессии</w:t>
            </w:r>
            <w:proofErr w:type="spell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100" w:after="0"/>
              <w:ind w:left="72" w:right="144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биологии в познании окружающего мира и </w:t>
            </w:r>
            <w:r w:rsidRPr="00985FC1">
              <w:rPr>
                <w:lang w:val="ru-RU"/>
              </w:rPr>
              <w:br/>
            </w: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практической деятельности современного человека.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Кабинет </w:t>
            </w:r>
            <w:proofErr w:type="spell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биологии</w:t>
            </w:r>
            <w:proofErr w:type="gram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равила</w:t>
            </w:r>
            <w:proofErr w:type="spell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поведения.Источники</w:t>
            </w:r>
            <w:proofErr w:type="spell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85FC1">
              <w:rPr>
                <w:lang w:val="ru-RU"/>
              </w:rPr>
              <w:br/>
            </w: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биологических знаний.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Научные методы изучения живой природы.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Устройство увеличительных приборов</w:t>
            </w:r>
            <w:proofErr w:type="gram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.л</w:t>
            </w:r>
            <w:proofErr w:type="gram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.р1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71" w:lineRule="auto"/>
              <w:ind w:left="72" w:right="1214"/>
              <w:jc w:val="both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Правила работы с увеличительными приборами</w:t>
            </w:r>
            <w:proofErr w:type="gram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.л</w:t>
            </w:r>
            <w:proofErr w:type="gram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.р2.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Метод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описания.л.р3.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Наблюдение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эксперимент.Экскурсия.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07.11.2022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D82A2A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100" w:after="0" w:line="271" w:lineRule="auto"/>
              <w:ind w:left="72" w:right="288"/>
              <w:rPr>
                <w:lang w:val="ru-RU"/>
              </w:rPr>
            </w:pPr>
            <w:proofErr w:type="spell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Экскурсия</w:t>
            </w:r>
            <w:proofErr w:type="gram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владение</w:t>
            </w:r>
            <w:proofErr w:type="spell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85FC1">
              <w:rPr>
                <w:lang w:val="ru-RU"/>
              </w:rPr>
              <w:br/>
            </w: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методами изучения живой природы.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14.11.2022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Понятие об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организме.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Клетка и ее открытие.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82A2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71" w:lineRule="auto"/>
              <w:ind w:left="72" w:right="115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Одноклеточные и многоклеточные организмы</w:t>
            </w:r>
            <w:proofErr w:type="gram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.л</w:t>
            </w:r>
            <w:proofErr w:type="gram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.р4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05.12.2022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Зачет;</w:t>
            </w:r>
          </w:p>
        </w:tc>
      </w:tr>
      <w:tr w:rsidR="00D82A2A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Жизнедеятельность организмов.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D82A2A" w:rsidRDefault="00D82A2A">
      <w:pPr>
        <w:autoSpaceDE w:val="0"/>
        <w:autoSpaceDN w:val="0"/>
        <w:spacing w:after="0" w:line="14" w:lineRule="exact"/>
      </w:pPr>
    </w:p>
    <w:p w:rsidR="00D82A2A" w:rsidRDefault="00D82A2A">
      <w:pPr>
        <w:sectPr w:rsidR="00D82A2A">
          <w:pgSz w:w="11900" w:h="16840"/>
          <w:pgMar w:top="298" w:right="650" w:bottom="3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2A2A" w:rsidRDefault="00D82A2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Свойства организмов.л.р6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Разнообразие организмов и их классификация</w:t>
            </w:r>
            <w:proofErr w:type="gram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.л</w:t>
            </w:r>
            <w:proofErr w:type="gram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.р5.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Бактерии и вирусы как формы жизни.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D82A2A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Понятие о среде обитания.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Особенности сред обитания организмов.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Приспособления организмов к среде </w:t>
            </w: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обитания</w:t>
            </w:r>
            <w:proofErr w:type="gram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.л</w:t>
            </w:r>
            <w:proofErr w:type="gram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.р7.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Сезонные изменения в жизни организмов.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Экскурсия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Понятие о природном сообществе.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Пищевые </w:t>
            </w:r>
            <w:proofErr w:type="spell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звенья</w:t>
            </w:r>
            <w:proofErr w:type="gram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.ц</w:t>
            </w:r>
            <w:proofErr w:type="gram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епи</w:t>
            </w:r>
            <w:proofErr w:type="spell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сети питания.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Примеры природных сообществ.лр8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Искусственные сообщества.л.р9.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82A2A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искусственных </w:t>
            </w:r>
            <w:r w:rsidRPr="00985FC1">
              <w:rPr>
                <w:lang w:val="ru-RU"/>
              </w:rPr>
              <w:br/>
            </w: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сообществ в </w:t>
            </w: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жизни человека.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Природные зоны Земли.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Ландшафты природные и культурные.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Изменения </w:t>
            </w:r>
            <w:proofErr w:type="spellStart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вприроде</w:t>
            </w:r>
            <w:proofErr w:type="spellEnd"/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связи с развитием производства.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Глобальные экологические проблемы.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08.05.2023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D82A2A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71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Пути сохранения биологического разнообразия.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</w:tbl>
    <w:p w:rsidR="00D82A2A" w:rsidRDefault="00D82A2A">
      <w:pPr>
        <w:autoSpaceDE w:val="0"/>
        <w:autoSpaceDN w:val="0"/>
        <w:spacing w:after="0" w:line="14" w:lineRule="exact"/>
      </w:pPr>
    </w:p>
    <w:p w:rsidR="00D82A2A" w:rsidRDefault="00D82A2A">
      <w:pPr>
        <w:sectPr w:rsidR="00D82A2A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2A2A" w:rsidRDefault="00D82A2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D82A2A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Красная книга.РФ.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82A2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Проведение акции по уборке мусора.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82A2A">
        <w:trPr>
          <w:trHeight w:hRule="exact" w:val="8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Pr="00985FC1" w:rsidRDefault="00931E2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985FC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931E2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2A2A" w:rsidRDefault="00D82A2A"/>
        </w:tc>
      </w:tr>
    </w:tbl>
    <w:p w:rsidR="00D82A2A" w:rsidRDefault="00D82A2A">
      <w:pPr>
        <w:autoSpaceDE w:val="0"/>
        <w:autoSpaceDN w:val="0"/>
        <w:spacing w:after="0" w:line="14" w:lineRule="exact"/>
      </w:pPr>
    </w:p>
    <w:p w:rsidR="00D82A2A" w:rsidRDefault="00D82A2A">
      <w:pPr>
        <w:sectPr w:rsidR="00D82A2A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2A2A" w:rsidRDefault="00D82A2A">
      <w:pPr>
        <w:autoSpaceDE w:val="0"/>
        <w:autoSpaceDN w:val="0"/>
        <w:spacing w:after="78" w:line="220" w:lineRule="exact"/>
      </w:pPr>
    </w:p>
    <w:p w:rsidR="00D82A2A" w:rsidRDefault="00931E24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D82A2A" w:rsidRDefault="00931E24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D82A2A" w:rsidRPr="00985FC1" w:rsidRDefault="00931E24">
      <w:pPr>
        <w:autoSpaceDE w:val="0"/>
        <w:autoSpaceDN w:val="0"/>
        <w:spacing w:before="166" w:after="0"/>
        <w:ind w:right="432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Пономарева И.Н., Николаев И.В., Корнилова О.А.; под редакцией Пономаревой И.Н. Биология, 5 класс/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D82A2A" w:rsidRPr="00985FC1" w:rsidRDefault="00931E24">
      <w:pPr>
        <w:autoSpaceDE w:val="0"/>
        <w:autoSpaceDN w:val="0"/>
        <w:spacing w:before="262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</w:t>
      </w: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ИЕ МАТЕРИАЛЫ ДЛЯ УЧИТЕЛЯ</w:t>
      </w:r>
    </w:p>
    <w:p w:rsidR="00D82A2A" w:rsidRPr="00985FC1" w:rsidRDefault="00931E24">
      <w:pPr>
        <w:autoSpaceDE w:val="0"/>
        <w:autoSpaceDN w:val="0"/>
        <w:spacing w:before="264" w:after="0" w:line="230" w:lineRule="auto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D82A2A" w:rsidRPr="00985FC1" w:rsidRDefault="00931E24">
      <w:pPr>
        <w:autoSpaceDE w:val="0"/>
        <w:autoSpaceDN w:val="0"/>
        <w:spacing w:before="168" w:after="0" w:line="262" w:lineRule="auto"/>
        <w:ind w:right="9648"/>
        <w:rPr>
          <w:lang w:val="ru-RU"/>
        </w:rPr>
      </w:pP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 xml:space="preserve">ПК </w:t>
      </w:r>
      <w:r w:rsidRPr="00985FC1">
        <w:rPr>
          <w:lang w:val="ru-RU"/>
        </w:rPr>
        <w:br/>
      </w:r>
      <w:r w:rsidRPr="00985FC1">
        <w:rPr>
          <w:rFonts w:ascii="Times New Roman" w:eastAsia="Times New Roman" w:hAnsi="Times New Roman"/>
          <w:color w:val="000000"/>
          <w:sz w:val="24"/>
          <w:lang w:val="ru-RU"/>
        </w:rPr>
        <w:t>проектор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2A2A" w:rsidRPr="00985FC1" w:rsidRDefault="00D82A2A">
      <w:pPr>
        <w:autoSpaceDE w:val="0"/>
        <w:autoSpaceDN w:val="0"/>
        <w:spacing w:after="78" w:line="220" w:lineRule="exact"/>
        <w:rPr>
          <w:lang w:val="ru-RU"/>
        </w:rPr>
      </w:pPr>
    </w:p>
    <w:p w:rsidR="00D82A2A" w:rsidRPr="00985FC1" w:rsidRDefault="00931E24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985FC1">
        <w:rPr>
          <w:lang w:val="ru-RU"/>
        </w:rPr>
        <w:br/>
      </w:r>
      <w:proofErr w:type="spellStart"/>
      <w:proofErr w:type="gramStart"/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proofErr w:type="gramEnd"/>
      <w:r w:rsidRPr="00985FC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ЛАБОРАТОРНЫХ, ПРАКТИЧЕСКИХ РАБОТ, ДЕМОНСТРАЦИЙ</w:t>
      </w:r>
    </w:p>
    <w:p w:rsidR="00D82A2A" w:rsidRPr="00985FC1" w:rsidRDefault="00D82A2A">
      <w:pPr>
        <w:rPr>
          <w:lang w:val="ru-RU"/>
        </w:rPr>
        <w:sectPr w:rsidR="00D82A2A" w:rsidRPr="00985FC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1E24" w:rsidRPr="00985FC1" w:rsidRDefault="00931E24">
      <w:pPr>
        <w:rPr>
          <w:lang w:val="ru-RU"/>
        </w:rPr>
      </w:pPr>
    </w:p>
    <w:sectPr w:rsidR="00931E24" w:rsidRPr="00985FC1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931E24"/>
    <w:rsid w:val="00985FC1"/>
    <w:rsid w:val="00AA1D8D"/>
    <w:rsid w:val="00B47730"/>
    <w:rsid w:val="00CB0664"/>
    <w:rsid w:val="00D82A2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8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85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8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85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7D7878-9383-4E26-8B73-9AB5D48F0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4131</Words>
  <Characters>23551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27627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Маша</cp:lastModifiedBy>
  <cp:revision>3</cp:revision>
  <dcterms:created xsi:type="dcterms:W3CDTF">2013-12-23T23:15:00Z</dcterms:created>
  <dcterms:modified xsi:type="dcterms:W3CDTF">2022-09-13T02:00:00Z</dcterms:modified>
  <cp:category/>
</cp:coreProperties>
</file>