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F2" w:rsidRDefault="00072BF2">
      <w:pPr>
        <w:autoSpaceDE w:val="0"/>
        <w:autoSpaceDN w:val="0"/>
        <w:spacing w:after="78" w:line="220" w:lineRule="exact"/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529070" cy="8774686"/>
            <wp:effectExtent l="0" t="0" r="5080" b="7620"/>
            <wp:docPr id="1" name="Рисунок 1" descr="C:\Users\Маша\Pictures\IMG_20220916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916_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87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54082" w:rsidRDefault="00F54082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72BF2" w:rsidRPr="00F54082" w:rsidRDefault="006110AB">
      <w:pPr>
        <w:autoSpaceDE w:val="0"/>
        <w:autoSpaceDN w:val="0"/>
        <w:spacing w:after="0" w:line="230" w:lineRule="auto"/>
        <w:ind w:left="1494"/>
        <w:rPr>
          <w:lang w:val="ru-RU"/>
        </w:rPr>
      </w:pPr>
      <w:bookmarkStart w:id="0" w:name="_GoBack"/>
      <w:bookmarkEnd w:id="0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МИНИСТЕРСТВО ПРОСВЕЩЕНИЯ РОССИЙСКОЙ ФЕДЕРАЦИИ</w:t>
      </w:r>
    </w:p>
    <w:p w:rsidR="00072BF2" w:rsidRPr="00F54082" w:rsidRDefault="006110AB">
      <w:pPr>
        <w:autoSpaceDE w:val="0"/>
        <w:autoSpaceDN w:val="0"/>
        <w:spacing w:before="670" w:after="0" w:line="230" w:lineRule="auto"/>
        <w:ind w:left="2466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Хабаровского края</w:t>
      </w:r>
    </w:p>
    <w:p w:rsidR="00072BF2" w:rsidRPr="00F54082" w:rsidRDefault="006110AB">
      <w:pPr>
        <w:autoSpaceDE w:val="0"/>
        <w:autoSpaceDN w:val="0"/>
        <w:spacing w:before="670" w:after="0" w:line="230" w:lineRule="auto"/>
        <w:ind w:left="2136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Комитет по образованию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Ульчского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:rsidR="00072BF2" w:rsidRPr="00F54082" w:rsidRDefault="006110AB">
      <w:pPr>
        <w:autoSpaceDE w:val="0"/>
        <w:autoSpaceDN w:val="0"/>
        <w:spacing w:before="670" w:after="1376" w:line="230" w:lineRule="auto"/>
        <w:ind w:right="3402"/>
        <w:jc w:val="right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МБОУ СОШ Мариинского СП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62"/>
        <w:gridCol w:w="3860"/>
        <w:gridCol w:w="2720"/>
      </w:tblGrid>
      <w:tr w:rsidR="00072BF2">
        <w:trPr>
          <w:trHeight w:hRule="exact" w:val="274"/>
        </w:trPr>
        <w:tc>
          <w:tcPr>
            <w:tcW w:w="2762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86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48" w:after="0" w:line="230" w:lineRule="auto"/>
              <w:ind w:left="7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72BF2">
        <w:trPr>
          <w:trHeight w:hRule="exact" w:val="276"/>
        </w:trPr>
        <w:tc>
          <w:tcPr>
            <w:tcW w:w="2762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 начальных классов</w:t>
            </w:r>
          </w:p>
        </w:tc>
        <w:tc>
          <w:tcPr>
            <w:tcW w:w="386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after="0" w:line="230" w:lineRule="auto"/>
              <w:ind w:left="7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</w:tbl>
    <w:p w:rsidR="00072BF2" w:rsidRDefault="00072BF2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500"/>
        <w:gridCol w:w="3280"/>
      </w:tblGrid>
      <w:tr w:rsidR="00072BF2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______________Городова Ю.Н.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______________Типишева О.А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______________Ядрина В.А.</w:t>
            </w:r>
          </w:p>
        </w:tc>
      </w:tr>
      <w:tr w:rsidR="00072BF2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6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072BF2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082022 г.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  2022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"01" 092022 г.</w:t>
            </w:r>
          </w:p>
        </w:tc>
      </w:tr>
    </w:tbl>
    <w:p w:rsidR="00072BF2" w:rsidRDefault="006110AB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072BF2" w:rsidRDefault="006110AB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4633534)</w:t>
      </w:r>
    </w:p>
    <w:p w:rsidR="00072BF2" w:rsidRDefault="006110AB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072BF2" w:rsidRDefault="006110AB">
      <w:pPr>
        <w:autoSpaceDE w:val="0"/>
        <w:autoSpaceDN w:val="0"/>
        <w:spacing w:before="70" w:after="0" w:line="230" w:lineRule="auto"/>
        <w:ind w:right="4458"/>
        <w:jc w:val="right"/>
      </w:pPr>
      <w:r>
        <w:rPr>
          <w:rFonts w:ascii="Times New Roman" w:eastAsia="Times New Roman" w:hAnsi="Times New Roman"/>
          <w:color w:val="000000"/>
          <w:sz w:val="24"/>
        </w:rPr>
        <w:t>«Музыка»</w:t>
      </w:r>
    </w:p>
    <w:p w:rsidR="00072BF2" w:rsidRDefault="006110AB">
      <w:pPr>
        <w:autoSpaceDE w:val="0"/>
        <w:autoSpaceDN w:val="0"/>
        <w:spacing w:before="670" w:after="0" w:line="230" w:lineRule="auto"/>
        <w:ind w:right="267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072BF2" w:rsidRDefault="006110AB">
      <w:pPr>
        <w:autoSpaceDE w:val="0"/>
        <w:autoSpaceDN w:val="0"/>
        <w:spacing w:before="70" w:after="0" w:line="230" w:lineRule="auto"/>
        <w:ind w:right="361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072BF2" w:rsidRDefault="006110AB">
      <w:pPr>
        <w:autoSpaceDE w:val="0"/>
        <w:autoSpaceDN w:val="0"/>
        <w:spacing w:before="2112" w:after="0" w:line="230" w:lineRule="auto"/>
        <w:ind w:right="3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Мендрик Ольга Николаевна</w:t>
      </w:r>
    </w:p>
    <w:p w:rsidR="00072BF2" w:rsidRDefault="006110AB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072BF2" w:rsidRDefault="006110AB">
      <w:pPr>
        <w:autoSpaceDE w:val="0"/>
        <w:autoSpaceDN w:val="0"/>
        <w:spacing w:before="2830" w:after="0" w:line="230" w:lineRule="auto"/>
        <w:ind w:right="3908"/>
        <w:jc w:val="right"/>
      </w:pPr>
      <w:r>
        <w:rPr>
          <w:rFonts w:ascii="Times New Roman" w:eastAsia="Times New Roman" w:hAnsi="Times New Roman"/>
          <w:color w:val="000000"/>
          <w:sz w:val="24"/>
        </w:rPr>
        <w:t>Мариинское СП 2022</w:t>
      </w:r>
    </w:p>
    <w:p w:rsidR="00072BF2" w:rsidRDefault="00072BF2">
      <w:pPr>
        <w:sectPr w:rsidR="00072BF2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072BF2" w:rsidRDefault="00072BF2">
      <w:pPr>
        <w:autoSpaceDE w:val="0"/>
        <w:autoSpaceDN w:val="0"/>
        <w:spacing w:after="78" w:line="220" w:lineRule="exact"/>
      </w:pPr>
    </w:p>
    <w:p w:rsidR="00072BF2" w:rsidRDefault="006110A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072BF2" w:rsidRPr="00F54082" w:rsidRDefault="006110AB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обучающихся, представленной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Примерной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про-грамме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072BF2" w:rsidRPr="00F54082" w:rsidRDefault="006110AB">
      <w:pPr>
        <w:autoSpaceDE w:val="0"/>
        <w:autoSpaceDN w:val="0"/>
        <w:spacing w:before="262"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072BF2" w:rsidRPr="00F54082" w:rsidRDefault="006110AB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072BF2" w:rsidRPr="00F54082" w:rsidRDefault="006110AB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72BF2" w:rsidRPr="00F54082" w:rsidRDefault="006110AB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072BF2" w:rsidRPr="00F54082" w:rsidRDefault="006110AB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072BF2" w:rsidRPr="00F54082" w:rsidRDefault="006110AB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Медушевский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072BF2" w:rsidRPr="00F54082" w:rsidRDefault="006110AB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072BF2" w:rsidRPr="00F54082" w:rsidRDefault="006110AB">
      <w:pPr>
        <w:autoSpaceDE w:val="0"/>
        <w:autoSpaceDN w:val="0"/>
        <w:spacing w:before="70" w:after="0"/>
        <w:ind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2" w:line="220" w:lineRule="exact"/>
        <w:rPr>
          <w:lang w:val="ru-RU"/>
        </w:rPr>
      </w:pPr>
    </w:p>
    <w:p w:rsidR="00072BF2" w:rsidRPr="00F54082" w:rsidRDefault="006110AB">
      <w:pPr>
        <w:autoSpaceDE w:val="0"/>
        <w:autoSpaceDN w:val="0"/>
        <w:spacing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элементов музыкального языка, композиционных принципов.</w:t>
      </w:r>
    </w:p>
    <w:p w:rsidR="00072BF2" w:rsidRPr="00F54082" w:rsidRDefault="006110AB">
      <w:pPr>
        <w:autoSpaceDE w:val="0"/>
        <w:autoSpaceDN w:val="0"/>
        <w:spacing w:before="262"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072BF2" w:rsidRPr="00F54082" w:rsidRDefault="006110AB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072BF2" w:rsidRPr="00F54082" w:rsidRDefault="006110AB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Основная цель реализации программы — воспитание музыкальной культуры как части всей духовной культуры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F54082">
        <w:rPr>
          <w:lang w:val="ru-RU"/>
        </w:rPr>
        <w:br/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072BF2" w:rsidRPr="00F54082" w:rsidRDefault="006110AB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в начальной школе являются: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1. Формирование эмоционально-ценностной отзывчивости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прекрасное в жизни и в искусстве.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72BF2" w:rsidRPr="00F54082" w:rsidRDefault="006110AB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072BF2" w:rsidRPr="00F54082" w:rsidRDefault="006110A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5. Овладение предметными умениями и навыками в различных видах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практического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Введение ребёнка в искусство через разнообразие видов музыкальной деятельности, в том числе: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а) Слушание (воспитание грамотного слушателя);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(пение, игра на доступных музыкальных инструментах);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импровизации, композиции, аранжировки);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д) Исследовательские и творческие проекты.</w:t>
      </w:r>
      <w:proofErr w:type="gramEnd"/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072BF2" w:rsidRPr="00F54082" w:rsidRDefault="006110AB">
      <w:pPr>
        <w:autoSpaceDE w:val="0"/>
        <w:autoSpaceDN w:val="0"/>
        <w:spacing w:before="262"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072BF2" w:rsidRPr="00F54082" w:rsidRDefault="006110AB">
      <w:pPr>
        <w:autoSpaceDE w:val="0"/>
        <w:autoSpaceDN w:val="0"/>
        <w:spacing w:before="166" w:after="0" w:line="230" w:lineRule="auto"/>
        <w:jc w:val="center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2" w:line="220" w:lineRule="exact"/>
        <w:rPr>
          <w:lang w:val="ru-RU"/>
        </w:rPr>
      </w:pPr>
    </w:p>
    <w:p w:rsidR="00072BF2" w:rsidRPr="00F54082" w:rsidRDefault="006110AB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сс вкл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ючительно.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област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Искусство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» на протяжении всего курса школьного обучения: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«Музыкальная грамота»;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«Народная музыка России»;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«Духовная музыка»;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«Классическая музыка»;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«Современная музыкальная культура»;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«Музыка театра и кино»;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модуль № 8 «Музыка в жизни человека».</w:t>
      </w:r>
    </w:p>
    <w:p w:rsidR="00072BF2" w:rsidRPr="00F54082" w:rsidRDefault="006110AB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</w:t>
      </w:r>
      <w:proofErr w:type="spellStart"/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социо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-культурную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деятельность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программы, как «Изобразительное искусство», «Литературное чтение»,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мир», «Основы религиозной культуры и светской этики», «Иностранный язык» и др.</w:t>
      </w:r>
    </w:p>
    <w:p w:rsidR="00072BF2" w:rsidRPr="00F54082" w:rsidRDefault="006110AB">
      <w:pPr>
        <w:autoSpaceDE w:val="0"/>
        <w:autoSpaceDN w:val="0"/>
        <w:spacing w:before="190" w:after="0" w:line="262" w:lineRule="auto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«Музыка» в 1 классе составляет 33 часов (не менее 1 часа в неделю).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8" w:line="220" w:lineRule="exact"/>
        <w:rPr>
          <w:lang w:val="ru-RU"/>
        </w:rPr>
      </w:pPr>
    </w:p>
    <w:p w:rsidR="00072BF2" w:rsidRPr="00F54082" w:rsidRDefault="006110AB">
      <w:pPr>
        <w:autoSpaceDE w:val="0"/>
        <w:autoSpaceDN w:val="0"/>
        <w:spacing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72BF2" w:rsidRPr="00F54082" w:rsidRDefault="006110AB">
      <w:pPr>
        <w:autoSpaceDE w:val="0"/>
        <w:autoSpaceDN w:val="0"/>
        <w:spacing w:before="346" w:after="0" w:line="262" w:lineRule="auto"/>
        <w:ind w:left="180" w:right="5472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«МУЗЫКА В ЖИЗНИ ЧЕЛОВЕКА»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Красота и вдохновение. 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пейзажи.</w:t>
      </w:r>
    </w:p>
    <w:p w:rsidR="00072BF2" w:rsidRPr="00F54082" w:rsidRDefault="006110A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</w:t>
      </w:r>
    </w:p>
    <w:p w:rsidR="00072BF2" w:rsidRPr="00F54082" w:rsidRDefault="006110AB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портреты.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Какой же праздник без музыки?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Музыка, создающая настроение праздника. Музыка в цирке, на уличном шествии, спортивном празднике.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 войне, музыка о войне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Военная тема в музыкальном искусстве.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 и т. д.)</w:t>
      </w:r>
      <w:proofErr w:type="gramEnd"/>
    </w:p>
    <w:p w:rsidR="00072BF2" w:rsidRPr="00F54082" w:rsidRDefault="006110AB">
      <w:pPr>
        <w:autoSpaceDE w:val="0"/>
        <w:autoSpaceDN w:val="0"/>
        <w:spacing w:before="190" w:after="0" w:line="262" w:lineRule="auto"/>
        <w:ind w:left="180" w:right="5472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«НАРОДНАЯ МУЗЫКА РОССИИ»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Край, в котором ты живёшь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72BF2" w:rsidRPr="00F54082" w:rsidRDefault="006110AB">
      <w:pPr>
        <w:autoSpaceDE w:val="0"/>
        <w:autoSpaceDN w:val="0"/>
        <w:spacing w:before="70" w:after="0" w:line="262" w:lineRule="auto"/>
        <w:ind w:left="180" w:right="1728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Музыкальные традиции малой Родины. Песни, обряды, музыкальные инструменты </w:t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Русский фольклор.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заклички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, считалки, прибаутки)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Русские народные музыкальные инструменты.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Инструментальные наигрыши. Плясовые мелодии.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Сказки, мифы и легенды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Народные сказители. Русские народные сказания, былины. Эпос народов России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 Сказки и легенды о музыке и музыкантах</w:t>
      </w:r>
    </w:p>
    <w:p w:rsidR="00072BF2" w:rsidRPr="00F54082" w:rsidRDefault="006110AB">
      <w:pPr>
        <w:autoSpaceDE w:val="0"/>
        <w:autoSpaceDN w:val="0"/>
        <w:spacing w:before="192" w:after="0" w:line="262" w:lineRule="auto"/>
        <w:ind w:left="180" w:right="5904"/>
        <w:rPr>
          <w:lang w:val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«МУЗЫКАЛЬНАЯ ГРАМОТА»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Весь мир звучит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072BF2" w:rsidRPr="00F54082" w:rsidRDefault="006110AB">
      <w:pPr>
        <w:autoSpaceDE w:val="0"/>
        <w:autoSpaceDN w:val="0"/>
        <w:spacing w:before="70" w:after="0" w:line="262" w:lineRule="auto"/>
        <w:ind w:left="180" w:right="1152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музыкальные и шумовые. Свойства звука: высота, громкость, длительность, тембр. </w:t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Звукоряд.</w:t>
      </w:r>
    </w:p>
    <w:p w:rsidR="00072BF2" w:rsidRPr="00F54082" w:rsidRDefault="006110AB">
      <w:pPr>
        <w:autoSpaceDE w:val="0"/>
        <w:autoSpaceDN w:val="0"/>
        <w:spacing w:before="70" w:after="0" w:line="262" w:lineRule="auto"/>
        <w:ind w:left="180" w:right="4752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Нотный стан, скрипичный ключ. Ноты первой октавы </w:t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Ритм.</w:t>
      </w:r>
    </w:p>
    <w:p w:rsidR="00072BF2" w:rsidRPr="00F54082" w:rsidRDefault="006110AB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длинные и короткие (восьмые и четвертные длительности), такт, тактовая черта </w:t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Ритмический рисунок.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Высота звуков.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Регистры. Ноты певческого диапазона. Расположение нот на клавиатуре. Знаки альтерации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.(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диезы, бемоли, бекары).</w:t>
      </w:r>
    </w:p>
    <w:p w:rsidR="00072BF2" w:rsidRPr="00F54082" w:rsidRDefault="006110A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"КЛАССИЧЕСКАЯ МУЗЫКА"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8" w:line="220" w:lineRule="exact"/>
        <w:rPr>
          <w:lang w:val="ru-RU"/>
        </w:rPr>
      </w:pPr>
    </w:p>
    <w:p w:rsidR="00072BF2" w:rsidRPr="00F54082" w:rsidRDefault="006110AB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Композиторы — детям.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Понятие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жанра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.П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есня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, танец, марш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Оркестр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Оркестр — большой коллектив музыкантов. Дирижёр, партитура, репетиция. Жанр концерта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—м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узыкальное соревнование солиста с оркестром.</w:t>
      </w:r>
    </w:p>
    <w:p w:rsidR="00072BF2" w:rsidRPr="00F54082" w:rsidRDefault="006110AB">
      <w:pPr>
        <w:autoSpaceDE w:val="0"/>
        <w:autoSpaceDN w:val="0"/>
        <w:spacing w:before="62" w:after="0" w:line="24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Форте</w:t>
      </w:r>
      <w:r w:rsidRPr="00F54082">
        <w:rPr>
          <w:rFonts w:ascii="DejaVu Serif" w:eastAsia="DejaVu Serif" w:hAnsi="DejaVu Serif"/>
          <w:color w:val="000000"/>
          <w:sz w:val="24"/>
          <w:lang w:val="ru-RU"/>
        </w:rPr>
        <w:t>​</w:t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пиано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64" w:after="0" w:line="262" w:lineRule="auto"/>
        <w:ind w:right="576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</w:t>
      </w:r>
      <w:proofErr w:type="spellStart"/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синте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​затор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Флейта.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Предки современной флейты. Легенда о нимфе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Сиринкс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 Музыка для флейты соло, флейты в сопровождении фортепиано, оркестра.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Музыкальные инструменты. Скрипка, виолончель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72BF2" w:rsidRPr="00F54082" w:rsidRDefault="006110AB">
      <w:pPr>
        <w:autoSpaceDE w:val="0"/>
        <w:autoSpaceDN w:val="0"/>
        <w:spacing w:before="190" w:after="0" w:line="262" w:lineRule="auto"/>
        <w:ind w:left="180" w:right="6480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"ДУХОВНАЯ МУЗЫКА"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Песни верующих.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композиторов-классиков.</w:t>
      </w:r>
    </w:p>
    <w:p w:rsidR="00072BF2" w:rsidRPr="00F54082" w:rsidRDefault="006110AB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НАРОДОВ МИРА"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 наших соседей.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:rsidR="00072BF2" w:rsidRPr="00F54082" w:rsidRDefault="006110AB">
      <w:pPr>
        <w:autoSpaceDE w:val="0"/>
        <w:autoSpaceDN w:val="0"/>
        <w:spacing w:before="190" w:after="0" w:line="262" w:lineRule="auto"/>
        <w:ind w:left="180" w:right="5904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"МУЗЫКА ТЕАТРА И КИНО"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Музыкальная сказка на сцене, на экране.</w:t>
      </w:r>
    </w:p>
    <w:p w:rsidR="00072BF2" w:rsidRPr="00F54082" w:rsidRDefault="006110A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Характеры персонажей, отражённые в музыке. Тембр голоса. Соло. Хор, ансамбль.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778" w:bottom="1440" w:left="666" w:header="720" w:footer="720" w:gutter="0"/>
          <w:cols w:space="720" w:equalWidth="0">
            <w:col w:w="10456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8" w:line="220" w:lineRule="exact"/>
        <w:rPr>
          <w:lang w:val="ru-RU"/>
        </w:rPr>
      </w:pPr>
    </w:p>
    <w:p w:rsidR="00072BF2" w:rsidRPr="00F54082" w:rsidRDefault="006110AB">
      <w:pPr>
        <w:autoSpaceDE w:val="0"/>
        <w:autoSpaceDN w:val="0"/>
        <w:spacing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предметных.</w:t>
      </w:r>
    </w:p>
    <w:p w:rsidR="00072BF2" w:rsidRPr="00F54082" w:rsidRDefault="006110AB">
      <w:pPr>
        <w:autoSpaceDE w:val="0"/>
        <w:autoSpaceDN w:val="0"/>
        <w:spacing w:before="262"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66" w:after="0" w:line="286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/>
        <w:ind w:right="1152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072BF2" w:rsidRPr="00F54082" w:rsidRDefault="006110AB">
      <w:pPr>
        <w:autoSpaceDE w:val="0"/>
        <w:autoSpaceDN w:val="0"/>
        <w:spacing w:before="70" w:after="0" w:line="262" w:lineRule="auto"/>
        <w:ind w:left="180" w:right="2592"/>
        <w:rPr>
          <w:lang w:val="ru-RU"/>
        </w:rPr>
      </w:pPr>
      <w:r w:rsidRPr="00F540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</w:p>
    <w:p w:rsidR="00072BF2" w:rsidRPr="00F54082" w:rsidRDefault="006110AB">
      <w:pPr>
        <w:autoSpaceDE w:val="0"/>
        <w:autoSpaceDN w:val="0"/>
        <w:spacing w:before="262"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F54082">
        <w:rPr>
          <w:lang w:val="ru-RU"/>
        </w:rPr>
        <w:tab/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1. Овладение универсальными познавательными действиями.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8" w:line="220" w:lineRule="exact"/>
        <w:rPr>
          <w:lang w:val="ru-RU"/>
        </w:rPr>
      </w:pPr>
    </w:p>
    <w:p w:rsidR="00072BF2" w:rsidRPr="00F54082" w:rsidRDefault="006110AB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proofErr w:type="gramEnd"/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навыков;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причина — следствие);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классификации, сравнения, исследования);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  <w:proofErr w:type="gramEnd"/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анализировать текстовую, виде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, графическую, звуковую, информацию в соответствии с учебной задачей;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эмоционально-образное содержание музыкального высказывания;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66" w:line="220" w:lineRule="exact"/>
        <w:rPr>
          <w:lang w:val="ru-RU"/>
        </w:rPr>
      </w:pPr>
    </w:p>
    <w:p w:rsidR="00072BF2" w:rsidRPr="00F54082" w:rsidRDefault="006110AB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чувства, личное отношение к исполняемому произведению;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Вербальная коммуникация: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речевое высказывание в соответствии с поставленной задачей;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072BF2" w:rsidRPr="00F54082" w:rsidRDefault="006110AB">
      <w:pPr>
        <w:autoSpaceDE w:val="0"/>
        <w:autoSpaceDN w:val="0"/>
        <w:spacing w:before="70" w:after="0"/>
        <w:ind w:left="180" w:right="2304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Самоорганизация: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072BF2" w:rsidRPr="00F54082" w:rsidRDefault="006110AB">
      <w:pPr>
        <w:autoSpaceDE w:val="0"/>
        <w:autoSpaceDN w:val="0"/>
        <w:spacing w:before="72" w:after="0" w:line="271" w:lineRule="auto"/>
        <w:ind w:left="180" w:right="360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Самоконтроль: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072BF2" w:rsidRPr="00F54082" w:rsidRDefault="006110AB">
      <w:pPr>
        <w:autoSpaceDE w:val="0"/>
        <w:autoSpaceDN w:val="0"/>
        <w:spacing w:before="70" w:after="0"/>
        <w:ind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072BF2" w:rsidRPr="00F54082" w:rsidRDefault="006110AB">
      <w:pPr>
        <w:autoSpaceDE w:val="0"/>
        <w:autoSpaceDN w:val="0"/>
        <w:spacing w:before="262" w:after="0" w:line="230" w:lineRule="auto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72BF2" w:rsidRPr="00F54082" w:rsidRDefault="006110AB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72BF2" w:rsidRPr="00F54082" w:rsidRDefault="006110A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86" w:right="674" w:bottom="40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8" w:line="220" w:lineRule="exact"/>
        <w:rPr>
          <w:lang w:val="ru-RU"/>
        </w:rPr>
      </w:pPr>
    </w:p>
    <w:p w:rsidR="00072BF2" w:rsidRPr="00F54082" w:rsidRDefault="006110AB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сознательно стремятся к развитию своих музыкальных способностей;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 уважением относятся к достижениям отечественной музыкальной культуры;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умений: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в жизни человека»: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маршевость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, эпос (связь со словом);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прекрасное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в окружающем мире и в человеке, стремиться к развитию и удовлетворению эстетических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потребностей.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«Народная музыка России»: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и называть знакомые народные музыкальные инструменты;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: духовые, ударные, струнные;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 «Музыкальная грамота»: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662" w:bottom="416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8" w:line="220" w:lineRule="exact"/>
        <w:rPr>
          <w:lang w:val="ru-RU"/>
        </w:rPr>
      </w:pPr>
    </w:p>
    <w:p w:rsidR="00072BF2" w:rsidRPr="00F54082" w:rsidRDefault="006110AB">
      <w:pPr>
        <w:autoSpaceDE w:val="0"/>
        <w:autoSpaceDN w:val="0"/>
        <w:spacing w:after="0" w:line="271" w:lineRule="auto"/>
        <w:ind w:left="180" w:right="3312"/>
        <w:rPr>
          <w:lang w:val="ru-RU"/>
        </w:rPr>
      </w:pP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нотной записи в пределах певческого диапазона; исполнять и создавать различные ритмические рисунки;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«Классическая музыка»: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исполнительский состав;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образа;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  <w:proofErr w:type="gramEnd"/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«Духовная музыка»: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доступные образцы духовной музыки;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народов мира»: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72BF2" w:rsidRPr="00F54082" w:rsidRDefault="006110AB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театра и кино»: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4082">
        <w:rPr>
          <w:lang w:val="ru-RU"/>
        </w:rPr>
        <w:br/>
      </w:r>
      <w:r w:rsidRPr="00F54082">
        <w:rPr>
          <w:lang w:val="ru-RU"/>
        </w:rPr>
        <w:tab/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  <w:proofErr w:type="gramEnd"/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666" w:bottom="102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64" w:line="220" w:lineRule="exact"/>
        <w:rPr>
          <w:lang w:val="ru-RU"/>
        </w:rPr>
      </w:pPr>
    </w:p>
    <w:p w:rsidR="00072BF2" w:rsidRDefault="006110A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346"/>
        <w:gridCol w:w="528"/>
        <w:gridCol w:w="1104"/>
        <w:gridCol w:w="1140"/>
        <w:gridCol w:w="2150"/>
        <w:gridCol w:w="1104"/>
        <w:gridCol w:w="1262"/>
        <w:gridCol w:w="804"/>
        <w:gridCol w:w="3134"/>
        <w:gridCol w:w="1080"/>
        <w:gridCol w:w="1382"/>
      </w:tblGrid>
      <w:tr w:rsidR="00072BF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7" w:lineRule="auto"/>
              <w:ind w:left="72" w:right="216"/>
              <w:jc w:val="both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72BF2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</w:tr>
      <w:tr w:rsidR="00072BF2" w:rsidRPr="00F5408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1. </w:t>
            </w:r>
            <w:r w:rsidRPr="00F540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072BF2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3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Красота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 вдохновение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Кабалевского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 без слов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 с учителем о значении красоты и вдохновения в жизни человека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"Времена года"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Песня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"Осень"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одухотворенное исполнение песен о природе, её красоте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Народная музыка России</w:t>
            </w:r>
          </w:p>
        </w:tc>
      </w:tr>
      <w:tr w:rsidR="00072BF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Лядова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Песня " Во поле береза стояла" "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Калина"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Полякова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"Я на дудочке играю" " </w:t>
            </w:r>
            <w:r w:rsidRPr="00F54082">
              <w:rPr>
                <w:lang w:val="ru-RU"/>
              </w:rPr>
              <w:br/>
            </w: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Камышкина</w:t>
            </w:r>
            <w:proofErr w:type="spell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дудочка"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внешним видом,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особенностями исполнения и звучания русских народных инструментов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таблицы,видио</w:t>
            </w:r>
          </w:p>
        </w:tc>
      </w:tr>
      <w:tr w:rsidR="00072BF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Хачатуряна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"Кукушка" Дакен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фильмов, мультфильмов, созданных на основе былин, сказаний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Видиофильм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072BF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Весь мир звучит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Прокофьев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"До ре 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7" w:lineRule="auto"/>
              <w:ind w:left="72" w:right="344"/>
              <w:jc w:val="both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со звуками музыкальными и шумовыми. Различение, определение на слух звуков различного качества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72BF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Звукоряд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Прокофьев Кабалевский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 без слов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 и исполнение вокальных упражнений, песен, построенных на элементах звукоряда;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таблица</w:t>
            </w:r>
          </w:p>
        </w:tc>
      </w:tr>
      <w:tr w:rsidR="00072BF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Кабалевский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"Эхо"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«Ритмическое эхо», </w:t>
            </w: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прохлопывание</w:t>
            </w:r>
            <w:proofErr w:type="spell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ритма по ритмическим карточкам,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проговаривание с использованием </w:t>
            </w:r>
            <w:r w:rsidRPr="00F54082">
              <w:rPr>
                <w:lang w:val="ru-RU"/>
              </w:rPr>
              <w:br/>
            </w: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ритмослогов</w:t>
            </w:r>
            <w:proofErr w:type="spell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Разучивание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инструментах ритмической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партитуры.;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72BF2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Ритмический рисунок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Рахманинов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Песенка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"Веселые нотки"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музыкальных произведений с ярко выраженным ритмическим рисунком, воспроизведение данного ритма по памяти (хлопками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</w:tbl>
    <w:p w:rsidR="00072BF2" w:rsidRDefault="00072BF2">
      <w:pPr>
        <w:autoSpaceDE w:val="0"/>
        <w:autoSpaceDN w:val="0"/>
        <w:spacing w:after="0" w:line="14" w:lineRule="exact"/>
      </w:pPr>
    </w:p>
    <w:p w:rsidR="00072BF2" w:rsidRDefault="00072BF2">
      <w:pPr>
        <w:sectPr w:rsidR="00072BF2">
          <w:pgSz w:w="16840" w:h="11900"/>
          <w:pgMar w:top="282" w:right="640" w:bottom="3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2BF2" w:rsidRDefault="00072B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346"/>
        <w:gridCol w:w="528"/>
        <w:gridCol w:w="1104"/>
        <w:gridCol w:w="1140"/>
        <w:gridCol w:w="2150"/>
        <w:gridCol w:w="1104"/>
        <w:gridCol w:w="1262"/>
        <w:gridCol w:w="804"/>
        <w:gridCol w:w="3134"/>
        <w:gridCol w:w="1080"/>
        <w:gridCol w:w="1382"/>
      </w:tblGrid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072BF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П.Чайковский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"Домисолька"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072BF2" w:rsidRDefault="006110AB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портреты</w:t>
            </w:r>
          </w:p>
        </w:tc>
      </w:tr>
      <w:tr w:rsidR="00072BF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С.Прокофьев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Азбука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музыки в исполнении оркестра. Просмотр видеозаписи. Диалог с учителем о роли дирижёра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50" w:lineRule="auto"/>
              <w:ind w:left="72" w:right="32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Д.Кабалевский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Песня 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школе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«Я — пианист» — игра — имитация исполнительских движений во время звучания музыки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Духовная музыка</w:t>
            </w:r>
          </w:p>
        </w:tc>
      </w:tr>
      <w:tr w:rsidR="00072BF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 верующих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М.Березовский.А.Степанович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Муза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вечная со мной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Слушание, разучивание, исполнение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вокальных произведений религиозного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содержания. Диалог с учителем о характере музыки, манере исполнения, выразительных средствах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proofErr w:type="gram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  <w:tr w:rsidR="00072BF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Край, в котором ты живёшь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Н.Менцер</w:t>
            </w:r>
            <w:proofErr w:type="spell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 </w:t>
            </w: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Никиточкина</w:t>
            </w:r>
            <w:proofErr w:type="spell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Д\композиторы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край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видеофильма о культуре родного края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72BF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Лядов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Калинка -малинка, Барыня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русских народных песен разных жанров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 w:rsidRPr="00F5408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7. </w:t>
            </w:r>
            <w:r w:rsidRPr="00F540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в жизни человека</w:t>
            </w:r>
          </w:p>
        </w:tc>
      </w:tr>
      <w:tr w:rsidR="00072BF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"Времена года"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Листопад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произведений программной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картины</w:t>
            </w:r>
          </w:p>
        </w:tc>
      </w:tr>
      <w:tr w:rsidR="00072BF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портреты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С.Прокофьев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Зимушка-зима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харáктерное</w:t>
            </w:r>
            <w:proofErr w:type="spell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исполнение песни — портретной зарисовки;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Какой же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 без музыки?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в цирке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Детство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Групповые творческие шутливые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двигательные импровизации «Цирковая труппа»;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</w:tbl>
    <w:p w:rsidR="00072BF2" w:rsidRDefault="00072BF2">
      <w:pPr>
        <w:autoSpaceDE w:val="0"/>
        <w:autoSpaceDN w:val="0"/>
        <w:spacing w:after="0" w:line="14" w:lineRule="exact"/>
      </w:pPr>
    </w:p>
    <w:p w:rsidR="00072BF2" w:rsidRDefault="00072BF2">
      <w:pPr>
        <w:sectPr w:rsidR="00072BF2">
          <w:pgSz w:w="16840" w:h="11900"/>
          <w:pgMar w:top="284" w:right="640" w:bottom="4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2BF2" w:rsidRDefault="00072B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346"/>
        <w:gridCol w:w="528"/>
        <w:gridCol w:w="1104"/>
        <w:gridCol w:w="1140"/>
        <w:gridCol w:w="2150"/>
        <w:gridCol w:w="1104"/>
        <w:gridCol w:w="1262"/>
        <w:gridCol w:w="804"/>
        <w:gridCol w:w="3134"/>
        <w:gridCol w:w="1080"/>
        <w:gridCol w:w="1382"/>
      </w:tblGrid>
      <w:tr w:rsidR="00072BF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 на войне, музыка о войне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Катюша ,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Сочинение новой песни о войне;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072BF2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Высота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Шаинский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"Домисолька"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Освоение понятий «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выше-ниже</w:t>
            </w:r>
            <w:proofErr w:type="gram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».</w:t>
            </w:r>
          </w:p>
          <w:p w:rsidR="00072BF2" w:rsidRPr="00F54082" w:rsidRDefault="006110AB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на слух принадлежности звуков к одному из регистров.</w:t>
            </w:r>
          </w:p>
          <w:p w:rsidR="00072BF2" w:rsidRPr="00F54082" w:rsidRDefault="006110AB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Прослеживание по нотной записи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отдельных мотивов, фрагментов знакомых песен, вычленение знакомых нот, знаков альтерации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  <w:tr w:rsidR="00072BF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Моцарт,Бах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Серенький козлик, В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путь. Тики-тики-то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особенностями музыкального фольклора народов других стран.</w:t>
            </w:r>
          </w:p>
          <w:p w:rsidR="00072BF2" w:rsidRPr="00F54082" w:rsidRDefault="006110AB">
            <w:pPr>
              <w:autoSpaceDE w:val="0"/>
              <w:autoSpaceDN w:val="0"/>
              <w:spacing w:before="20" w:after="0" w:line="247" w:lineRule="auto"/>
              <w:ind w:left="72" w:right="200"/>
              <w:jc w:val="both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Определение характерных черт, типичных элементов музыкального языка (ритм, лад, интонации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072BF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-детям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Шестакович,Шаинский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Улыбка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эпитетов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иллюстраций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музыке.</w:t>
            </w:r>
          </w:p>
          <w:p w:rsidR="00072BF2" w:rsidRDefault="006110AB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 жанра.;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портреты</w:t>
            </w:r>
          </w:p>
        </w:tc>
      </w:tr>
      <w:tr w:rsidR="00072BF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50" w:lineRule="auto"/>
              <w:ind w:left="72" w:right="32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 Фортепиано.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Пахмутова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Вместе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весело шагать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многообразием красок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фортепиано. Слушание фортепианных пьес в исполнении известных пианистов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картинки.видио</w:t>
            </w:r>
          </w:p>
        </w:tc>
      </w:tr>
      <w:tr w:rsidR="00072BF2">
        <w:trPr>
          <w:trHeight w:hRule="exact" w:val="12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072BF2" w:rsidRDefault="006110AB">
            <w:pPr>
              <w:autoSpaceDE w:val="0"/>
              <w:autoSpaceDN w:val="0"/>
              <w:spacing w:before="2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М.рихтер,Ф.Гласс, Д.Марради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Музыкальный оркестр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«Паспорт инструмента» —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исследовательская работа, предполагающая описание внешнего вида и особенностей звучания инструмента, способов игры на нём;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видио.</w:t>
            </w:r>
          </w:p>
        </w:tc>
      </w:tr>
      <w:tr w:rsidR="00072BF2">
        <w:trPr>
          <w:trHeight w:hRule="exact" w:val="34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  <w:tr w:rsidR="00072BF2" w:rsidRPr="00F54082">
        <w:trPr>
          <w:trHeight w:hRule="exact" w:val="350"/>
        </w:trPr>
        <w:tc>
          <w:tcPr>
            <w:tcW w:w="15502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11. </w:t>
            </w:r>
            <w:r w:rsidRPr="00F540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072BF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сказка на сцене, на экране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Шаинский, Крылатов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Буратино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Видеопросмотр</w:t>
            </w:r>
            <w:proofErr w:type="spellEnd"/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музыкальной сказки.</w:t>
            </w:r>
          </w:p>
          <w:p w:rsidR="00072BF2" w:rsidRDefault="006110AB">
            <w:pPr>
              <w:autoSpaceDE w:val="0"/>
              <w:autoSpaceDN w:val="0"/>
              <w:spacing w:before="18" w:after="0" w:line="250" w:lineRule="auto"/>
              <w:ind w:left="72" w:right="144"/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музыкально-выразительных средств, передающих повороты сюжета, характеры героев.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Игра-викторина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Угадай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голосу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072BF2">
        <w:trPr>
          <w:trHeight w:hRule="exact" w:val="32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</w:tbl>
    <w:p w:rsidR="00072BF2" w:rsidRDefault="00072BF2">
      <w:pPr>
        <w:autoSpaceDE w:val="0"/>
        <w:autoSpaceDN w:val="0"/>
        <w:spacing w:after="0" w:line="14" w:lineRule="exact"/>
      </w:pPr>
    </w:p>
    <w:p w:rsidR="00072BF2" w:rsidRDefault="00072BF2">
      <w:pPr>
        <w:sectPr w:rsidR="00072BF2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2BF2" w:rsidRDefault="00072B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814"/>
        <w:gridCol w:w="528"/>
        <w:gridCol w:w="1104"/>
        <w:gridCol w:w="1140"/>
        <w:gridCol w:w="10916"/>
      </w:tblGrid>
      <w:tr w:rsidR="00072BF2">
        <w:trPr>
          <w:trHeight w:hRule="exact" w:val="712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F54082">
              <w:rPr>
                <w:lang w:val="ru-RU"/>
              </w:rPr>
              <w:br/>
            </w:r>
            <w:r w:rsidRPr="00F540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</w:tbl>
    <w:p w:rsidR="00072BF2" w:rsidRDefault="00072BF2">
      <w:pPr>
        <w:autoSpaceDE w:val="0"/>
        <w:autoSpaceDN w:val="0"/>
        <w:spacing w:after="0" w:line="14" w:lineRule="exact"/>
      </w:pPr>
    </w:p>
    <w:p w:rsidR="00072BF2" w:rsidRDefault="00072BF2">
      <w:pPr>
        <w:sectPr w:rsidR="00072BF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2BF2" w:rsidRDefault="00072BF2">
      <w:pPr>
        <w:autoSpaceDE w:val="0"/>
        <w:autoSpaceDN w:val="0"/>
        <w:spacing w:after="78" w:line="220" w:lineRule="exact"/>
      </w:pPr>
    </w:p>
    <w:p w:rsidR="00072BF2" w:rsidRDefault="006110A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834"/>
        <w:gridCol w:w="732"/>
        <w:gridCol w:w="1620"/>
        <w:gridCol w:w="1668"/>
        <w:gridCol w:w="1164"/>
        <w:gridCol w:w="2112"/>
      </w:tblGrid>
      <w:tr w:rsidR="00072BF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072BF2">
        <w:trPr>
          <w:trHeight w:hRule="exact" w:val="828"/>
        </w:trPr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BF2" w:rsidRDefault="00072BF2"/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Русские народные инструменты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Сказки,мифы,легенды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Сказки,мифы.легенды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 по модулю 1 и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 работа;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Звукоряд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Ритмический рисунок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Композиторы- детям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инструменты.Фортепиано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Песни верующих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Край, в котором мы живем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proofErr w:type="spellStart"/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Край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,в</w:t>
            </w:r>
            <w:proofErr w:type="spellEnd"/>
            <w:proofErr w:type="gramEnd"/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котором мы живем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по модулю 3,4,5.6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 над ошибками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072BF2" w:rsidRDefault="00072BF2">
      <w:pPr>
        <w:autoSpaceDE w:val="0"/>
        <w:autoSpaceDN w:val="0"/>
        <w:spacing w:after="0" w:line="14" w:lineRule="exact"/>
      </w:pPr>
    </w:p>
    <w:p w:rsidR="00072BF2" w:rsidRDefault="00072BF2">
      <w:pPr>
        <w:sectPr w:rsidR="00072BF2">
          <w:pgSz w:w="11900" w:h="16840"/>
          <w:pgMar w:top="298" w:right="568" w:bottom="572" w:left="666" w:header="720" w:footer="720" w:gutter="0"/>
          <w:cols w:space="720" w:equalWidth="0">
            <w:col w:w="10666" w:space="0"/>
          </w:cols>
          <w:docGrid w:linePitch="360"/>
        </w:sectPr>
      </w:pPr>
    </w:p>
    <w:p w:rsidR="00072BF2" w:rsidRDefault="00072BF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834"/>
        <w:gridCol w:w="732"/>
        <w:gridCol w:w="1620"/>
        <w:gridCol w:w="1668"/>
        <w:gridCol w:w="1164"/>
        <w:gridCol w:w="2112"/>
      </w:tblGrid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 на войне</w:t>
            </w:r>
            <w:proofErr w:type="gramStart"/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музыка о войне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Высота звуков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Композиторы- детям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Исследовательская работа;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Композиторы- детям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инструменты.Фортепиано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инструменты.Скрипка.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Музыка наших соседей.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Защита  творческих работ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72BF2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 творческих работ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72BF2">
        <w:trPr>
          <w:trHeight w:hRule="exact" w:val="808"/>
        </w:trPr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Pr="00F54082" w:rsidRDefault="006110A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F5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6110A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2BF2" w:rsidRDefault="00072BF2"/>
        </w:tc>
      </w:tr>
    </w:tbl>
    <w:p w:rsidR="00072BF2" w:rsidRDefault="00072BF2">
      <w:pPr>
        <w:autoSpaceDE w:val="0"/>
        <w:autoSpaceDN w:val="0"/>
        <w:spacing w:after="0" w:line="14" w:lineRule="exact"/>
      </w:pPr>
    </w:p>
    <w:p w:rsidR="00072BF2" w:rsidRDefault="00072BF2">
      <w:pPr>
        <w:sectPr w:rsidR="00072BF2">
          <w:pgSz w:w="11900" w:h="16840"/>
          <w:pgMar w:top="284" w:right="568" w:bottom="1440" w:left="666" w:header="720" w:footer="720" w:gutter="0"/>
          <w:cols w:space="720" w:equalWidth="0">
            <w:col w:w="10666" w:space="0"/>
          </w:cols>
          <w:docGrid w:linePitch="360"/>
        </w:sectPr>
      </w:pPr>
    </w:p>
    <w:p w:rsidR="00072BF2" w:rsidRDefault="00072BF2">
      <w:pPr>
        <w:autoSpaceDE w:val="0"/>
        <w:autoSpaceDN w:val="0"/>
        <w:spacing w:after="78" w:line="220" w:lineRule="exact"/>
      </w:pPr>
    </w:p>
    <w:p w:rsidR="00072BF2" w:rsidRDefault="006110A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72BF2" w:rsidRPr="00F54082" w:rsidRDefault="006110AB">
      <w:pPr>
        <w:autoSpaceDE w:val="0"/>
        <w:autoSpaceDN w:val="0"/>
        <w:spacing w:before="346" w:after="0" w:line="300" w:lineRule="auto"/>
        <w:ind w:right="576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F54082">
        <w:rPr>
          <w:lang w:val="ru-RU"/>
        </w:rPr>
        <w:br/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вариант</w:t>
      </w:r>
      <w:proofErr w:type="gram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:У</w:t>
      </w:r>
      <w:proofErr w:type="gram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чебник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музыки </w:t>
      </w:r>
      <w:proofErr w:type="spellStart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Е.Д.Критская,Г.П.Сергеева,Т.С.Шмагина</w:t>
      </w:r>
      <w:proofErr w:type="spellEnd"/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 xml:space="preserve"> Школа России Москва "Просвещение" 2021г</w:t>
      </w:r>
    </w:p>
    <w:p w:rsidR="00072BF2" w:rsidRPr="00F54082" w:rsidRDefault="006110AB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Методическое пособие по музыке</w:t>
      </w:r>
    </w:p>
    <w:p w:rsidR="00072BF2" w:rsidRPr="00F54082" w:rsidRDefault="006110AB">
      <w:pPr>
        <w:autoSpaceDE w:val="0"/>
        <w:autoSpaceDN w:val="0"/>
        <w:spacing w:before="262" w:after="0" w:line="302" w:lineRule="auto"/>
        <w:ind w:right="1440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F54082">
        <w:rPr>
          <w:rFonts w:ascii="Times New Roman" w:eastAsia="Times New Roman" w:hAnsi="Times New Roman"/>
          <w:color w:val="000000"/>
          <w:sz w:val="24"/>
          <w:lang w:val="ru-RU"/>
        </w:rPr>
        <w:t>РЭШ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2BF2" w:rsidRPr="00F54082" w:rsidRDefault="00072BF2">
      <w:pPr>
        <w:autoSpaceDE w:val="0"/>
        <w:autoSpaceDN w:val="0"/>
        <w:spacing w:after="78" w:line="220" w:lineRule="exact"/>
        <w:rPr>
          <w:lang w:val="ru-RU"/>
        </w:rPr>
      </w:pPr>
    </w:p>
    <w:p w:rsidR="00072BF2" w:rsidRPr="00F54082" w:rsidRDefault="006110AB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F54082">
        <w:rPr>
          <w:lang w:val="ru-RU"/>
        </w:rPr>
        <w:br/>
      </w:r>
      <w:proofErr w:type="spellStart"/>
      <w:proofErr w:type="gramStart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F540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 ПРАКТИЧЕСКИХ РАБОТ</w:t>
      </w:r>
    </w:p>
    <w:p w:rsidR="00072BF2" w:rsidRPr="00F54082" w:rsidRDefault="00072BF2">
      <w:pPr>
        <w:rPr>
          <w:lang w:val="ru-RU"/>
        </w:rPr>
        <w:sectPr w:rsidR="00072BF2" w:rsidRPr="00F5408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10AB" w:rsidRPr="00F54082" w:rsidRDefault="006110AB">
      <w:pPr>
        <w:rPr>
          <w:lang w:val="ru-RU"/>
        </w:rPr>
      </w:pPr>
    </w:p>
    <w:sectPr w:rsidR="006110AB" w:rsidRPr="00F5408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2BF2"/>
    <w:rsid w:val="0015074B"/>
    <w:rsid w:val="0029639D"/>
    <w:rsid w:val="00326F90"/>
    <w:rsid w:val="00434711"/>
    <w:rsid w:val="006110AB"/>
    <w:rsid w:val="00AA1D8D"/>
    <w:rsid w:val="00B47730"/>
    <w:rsid w:val="00CB0664"/>
    <w:rsid w:val="00F540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5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54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5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54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81459E-D908-42F1-884C-03B54009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5267</Words>
  <Characters>30028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35225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Маша</cp:lastModifiedBy>
  <cp:revision>4</cp:revision>
  <dcterms:created xsi:type="dcterms:W3CDTF">2022-09-16T01:45:00Z</dcterms:created>
  <dcterms:modified xsi:type="dcterms:W3CDTF">2022-09-16T04:02:00Z</dcterms:modified>
  <cp:category/>
</cp:coreProperties>
</file>