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013" w:rsidRDefault="00E07013">
      <w:pPr>
        <w:autoSpaceDE w:val="0"/>
        <w:autoSpaceDN w:val="0"/>
        <w:spacing w:after="78" w:line="220" w:lineRule="exact"/>
      </w:pPr>
    </w:p>
    <w:p w:rsidR="00E07013" w:rsidRPr="00A96E49" w:rsidRDefault="00B242A8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E07013" w:rsidRPr="00A96E49" w:rsidRDefault="00B242A8">
      <w:pPr>
        <w:autoSpaceDE w:val="0"/>
        <w:autoSpaceDN w:val="0"/>
        <w:spacing w:before="670" w:after="0" w:line="230" w:lineRule="auto"/>
        <w:ind w:left="2466"/>
        <w:rPr>
          <w:lang w:val="ru-RU"/>
        </w:rPr>
      </w:pP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Хабаровского края</w:t>
      </w:r>
    </w:p>
    <w:p w:rsidR="00E07013" w:rsidRPr="00A96E49" w:rsidRDefault="00B242A8">
      <w:pPr>
        <w:autoSpaceDE w:val="0"/>
        <w:autoSpaceDN w:val="0"/>
        <w:spacing w:before="670" w:after="0" w:line="230" w:lineRule="auto"/>
        <w:ind w:right="3196"/>
        <w:jc w:val="right"/>
        <w:rPr>
          <w:lang w:val="ru-RU"/>
        </w:rPr>
      </w:pPr>
      <w:proofErr w:type="spell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Ульчского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муниципального района</w:t>
      </w:r>
    </w:p>
    <w:p w:rsidR="00E07013" w:rsidRPr="00A96E49" w:rsidRDefault="00B242A8">
      <w:pPr>
        <w:autoSpaceDE w:val="0"/>
        <w:autoSpaceDN w:val="0"/>
        <w:spacing w:before="670" w:after="1376" w:line="230" w:lineRule="auto"/>
        <w:ind w:right="3408"/>
        <w:jc w:val="right"/>
        <w:rPr>
          <w:lang w:val="ru-RU"/>
        </w:rPr>
      </w:pP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МБОУ СОШ Мариинского СП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62"/>
        <w:gridCol w:w="3380"/>
        <w:gridCol w:w="3260"/>
      </w:tblGrid>
      <w:tr w:rsidR="00E07013">
        <w:trPr>
          <w:trHeight w:hRule="exact" w:val="274"/>
        </w:trPr>
        <w:tc>
          <w:tcPr>
            <w:tcW w:w="3262" w:type="dxa"/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48" w:after="0" w:line="230" w:lineRule="auto"/>
              <w:ind w:left="2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260" w:type="dxa"/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48" w:after="0" w:line="230" w:lineRule="auto"/>
              <w:ind w:left="3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E07013">
        <w:trPr>
          <w:trHeight w:hRule="exact" w:val="200"/>
        </w:trPr>
        <w:tc>
          <w:tcPr>
            <w:tcW w:w="3262" w:type="dxa"/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Методическим объединением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after="0" w:line="230" w:lineRule="auto"/>
              <w:ind w:left="2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Зам.директора по УВР</w:t>
            </w:r>
          </w:p>
        </w:tc>
        <w:tc>
          <w:tcPr>
            <w:tcW w:w="3260" w:type="dxa"/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after="0" w:line="230" w:lineRule="auto"/>
              <w:ind w:left="3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  <w:tr w:rsidR="00E07013">
        <w:trPr>
          <w:trHeight w:hRule="exact" w:val="400"/>
        </w:trPr>
        <w:tc>
          <w:tcPr>
            <w:tcW w:w="3262" w:type="dxa"/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учителей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гуманитарного цикла</w:t>
            </w:r>
          </w:p>
        </w:tc>
        <w:tc>
          <w:tcPr>
            <w:tcW w:w="3380" w:type="dxa"/>
            <w:vMerge w:val="restart"/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198" w:after="0" w:line="230" w:lineRule="auto"/>
              <w:ind w:left="2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______________Типишева О.А.</w:t>
            </w:r>
          </w:p>
        </w:tc>
        <w:tc>
          <w:tcPr>
            <w:tcW w:w="3260" w:type="dxa"/>
            <w:vMerge w:val="restart"/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1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______________Ядрина В.А.</w:t>
            </w:r>
          </w:p>
        </w:tc>
      </w:tr>
      <w:tr w:rsidR="00E07013">
        <w:trPr>
          <w:trHeight w:hRule="exact" w:val="116"/>
        </w:trPr>
        <w:tc>
          <w:tcPr>
            <w:tcW w:w="3262" w:type="dxa"/>
            <w:vMerge w:val="restart"/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2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Руководитель МОПодольская О.П.</w:t>
            </w:r>
          </w:p>
        </w:tc>
        <w:tc>
          <w:tcPr>
            <w:tcW w:w="3429" w:type="dxa"/>
            <w:vMerge/>
          </w:tcPr>
          <w:p w:rsidR="00E07013" w:rsidRDefault="00E07013"/>
        </w:tc>
        <w:tc>
          <w:tcPr>
            <w:tcW w:w="3429" w:type="dxa"/>
            <w:vMerge/>
          </w:tcPr>
          <w:p w:rsidR="00E07013" w:rsidRDefault="00E07013"/>
        </w:tc>
      </w:tr>
      <w:tr w:rsidR="00E07013">
        <w:trPr>
          <w:trHeight w:hRule="exact" w:val="304"/>
        </w:trPr>
        <w:tc>
          <w:tcPr>
            <w:tcW w:w="3429" w:type="dxa"/>
            <w:vMerge/>
          </w:tcPr>
          <w:p w:rsidR="00E07013" w:rsidRDefault="00E07013"/>
        </w:tc>
        <w:tc>
          <w:tcPr>
            <w:tcW w:w="3380" w:type="dxa"/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30" w:lineRule="auto"/>
              <w:ind w:left="2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260" w:type="dxa"/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30" w:lineRule="auto"/>
              <w:ind w:left="3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№1</w:t>
            </w:r>
          </w:p>
        </w:tc>
      </w:tr>
      <w:tr w:rsidR="00E07013">
        <w:trPr>
          <w:trHeight w:hRule="exact" w:val="300"/>
        </w:trPr>
        <w:tc>
          <w:tcPr>
            <w:tcW w:w="3262" w:type="dxa"/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380" w:type="dxa"/>
            <w:vMerge w:val="restart"/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194" w:after="0" w:line="230" w:lineRule="auto"/>
              <w:ind w:left="2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"30" август  2022 г.</w:t>
            </w:r>
          </w:p>
        </w:tc>
        <w:tc>
          <w:tcPr>
            <w:tcW w:w="3260" w:type="dxa"/>
            <w:vMerge w:val="restart"/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194" w:after="0" w:line="230" w:lineRule="auto"/>
              <w:ind w:left="3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"01" сентябрь2022 г.</w:t>
            </w:r>
          </w:p>
        </w:tc>
      </w:tr>
      <w:tr w:rsidR="00E07013">
        <w:trPr>
          <w:trHeight w:hRule="exact" w:val="384"/>
        </w:trPr>
        <w:tc>
          <w:tcPr>
            <w:tcW w:w="3262" w:type="dxa"/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"30" август2022 г.</w:t>
            </w:r>
          </w:p>
        </w:tc>
        <w:tc>
          <w:tcPr>
            <w:tcW w:w="3429" w:type="dxa"/>
            <w:vMerge/>
          </w:tcPr>
          <w:p w:rsidR="00E07013" w:rsidRDefault="00E07013"/>
        </w:tc>
        <w:tc>
          <w:tcPr>
            <w:tcW w:w="3429" w:type="dxa"/>
            <w:vMerge/>
          </w:tcPr>
          <w:p w:rsidR="00E07013" w:rsidRDefault="00E07013"/>
        </w:tc>
      </w:tr>
    </w:tbl>
    <w:p w:rsidR="00E07013" w:rsidRDefault="00B242A8">
      <w:pPr>
        <w:autoSpaceDE w:val="0"/>
        <w:autoSpaceDN w:val="0"/>
        <w:spacing w:before="978" w:after="0" w:line="230" w:lineRule="auto"/>
        <w:ind w:right="3646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:rsidR="00E07013" w:rsidRDefault="00B242A8">
      <w:pPr>
        <w:autoSpaceDE w:val="0"/>
        <w:autoSpaceDN w:val="0"/>
        <w:spacing w:before="70" w:after="0" w:line="230" w:lineRule="auto"/>
        <w:ind w:right="4418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4282691)</w:t>
      </w:r>
    </w:p>
    <w:p w:rsidR="00E07013" w:rsidRDefault="00B242A8">
      <w:pPr>
        <w:autoSpaceDE w:val="0"/>
        <w:autoSpaceDN w:val="0"/>
        <w:spacing w:before="166" w:after="0" w:line="230" w:lineRule="auto"/>
        <w:ind w:right="4018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учебного предмета</w:t>
      </w:r>
    </w:p>
    <w:p w:rsidR="00E07013" w:rsidRDefault="00B242A8">
      <w:pPr>
        <w:autoSpaceDE w:val="0"/>
        <w:autoSpaceDN w:val="0"/>
        <w:spacing w:before="70" w:after="0" w:line="230" w:lineRule="auto"/>
        <w:ind w:right="3184"/>
        <w:jc w:val="right"/>
      </w:pPr>
      <w:r>
        <w:rPr>
          <w:rFonts w:ascii="Times New Roman" w:eastAsia="Times New Roman" w:hAnsi="Times New Roman"/>
          <w:color w:val="000000"/>
          <w:sz w:val="24"/>
        </w:rPr>
        <w:t>«Иностранный язык (английский)»</w:t>
      </w:r>
    </w:p>
    <w:p w:rsidR="00E07013" w:rsidRDefault="00B242A8">
      <w:pPr>
        <w:autoSpaceDE w:val="0"/>
        <w:autoSpaceDN w:val="0"/>
        <w:spacing w:before="670" w:after="0" w:line="230" w:lineRule="auto"/>
        <w:ind w:right="2732"/>
        <w:jc w:val="right"/>
      </w:pPr>
      <w:r>
        <w:rPr>
          <w:rFonts w:ascii="Times New Roman" w:eastAsia="Times New Roman" w:hAnsi="Times New Roman"/>
          <w:color w:val="000000"/>
          <w:sz w:val="24"/>
        </w:rPr>
        <w:t>для 5 класса основного общего образования</w:t>
      </w:r>
    </w:p>
    <w:p w:rsidR="00E07013" w:rsidRDefault="00B242A8">
      <w:pPr>
        <w:autoSpaceDE w:val="0"/>
        <w:autoSpaceDN w:val="0"/>
        <w:spacing w:before="70" w:after="0" w:line="230" w:lineRule="auto"/>
        <w:ind w:right="3616"/>
        <w:jc w:val="right"/>
      </w:pPr>
      <w:r>
        <w:rPr>
          <w:rFonts w:ascii="Times New Roman" w:eastAsia="Times New Roman" w:hAnsi="Times New Roman"/>
          <w:color w:val="000000"/>
          <w:sz w:val="24"/>
        </w:rPr>
        <w:t>на 2022-2023  учебный год</w:t>
      </w:r>
    </w:p>
    <w:p w:rsidR="00E07013" w:rsidRDefault="00B242A8">
      <w:pPr>
        <w:autoSpaceDE w:val="0"/>
        <w:autoSpaceDN w:val="0"/>
        <w:spacing w:before="2112" w:after="0" w:line="230" w:lineRule="auto"/>
        <w:ind w:right="30"/>
        <w:jc w:val="right"/>
      </w:pPr>
      <w:r>
        <w:rPr>
          <w:rFonts w:ascii="Times New Roman" w:eastAsia="Times New Roman" w:hAnsi="Times New Roman"/>
          <w:color w:val="000000"/>
          <w:sz w:val="24"/>
        </w:rPr>
        <w:t>Составитель: Подольская Ольга Павловна</w:t>
      </w:r>
    </w:p>
    <w:p w:rsidR="00E07013" w:rsidRDefault="00A96E49" w:rsidP="00A96E49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</w:rPr>
        <w:t>учитель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английского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я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зыка</w:t>
      </w:r>
    </w:p>
    <w:p w:rsidR="00A96E49" w:rsidRDefault="00A96E49" w:rsidP="00A96E49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  <w:bookmarkStart w:id="0" w:name="_GoBack"/>
      <w:bookmarkEnd w:id="0"/>
    </w:p>
    <w:p w:rsidR="00A96E49" w:rsidRDefault="00A96E49" w:rsidP="00A96E49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A96E49" w:rsidRPr="00A96E49" w:rsidRDefault="00A96E49" w:rsidP="00A96E49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A96E49" w:rsidRDefault="00A96E49" w:rsidP="00A96E49">
      <w:pPr>
        <w:autoSpaceDE w:val="0"/>
        <w:autoSpaceDN w:val="0"/>
        <w:spacing w:after="0" w:line="230" w:lineRule="auto"/>
        <w:ind w:right="3462"/>
        <w:jc w:val="right"/>
      </w:pPr>
      <w:proofErr w:type="spellStart"/>
      <w:r>
        <w:rPr>
          <w:rFonts w:ascii="Times New Roman" w:eastAsia="Times New Roman" w:hAnsi="Times New Roman"/>
          <w:color w:val="000000"/>
          <w:sz w:val="24"/>
        </w:rPr>
        <w:t>с.Мариинское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2022</w:t>
      </w:r>
    </w:p>
    <w:p w:rsidR="00A96E49" w:rsidRDefault="00A96E49" w:rsidP="00A96E49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A96E49" w:rsidRPr="00A96E49" w:rsidRDefault="00A96E49" w:rsidP="00A96E49">
      <w:pPr>
        <w:autoSpaceDE w:val="0"/>
        <w:autoSpaceDN w:val="0"/>
        <w:spacing w:before="70" w:after="0" w:line="230" w:lineRule="auto"/>
        <w:ind w:right="20"/>
        <w:jc w:val="right"/>
        <w:rPr>
          <w:lang w:val="ru-RU"/>
        </w:rPr>
        <w:sectPr w:rsidR="00A96E49" w:rsidRPr="00A96E49" w:rsidSect="00A96E49">
          <w:pgSz w:w="11900" w:h="16840"/>
          <w:pgMar w:top="426" w:right="874" w:bottom="1440" w:left="738" w:header="720" w:footer="720" w:gutter="0"/>
          <w:cols w:space="720" w:equalWidth="0">
            <w:col w:w="10288" w:space="0"/>
          </w:cols>
          <w:docGrid w:linePitch="360"/>
        </w:sectPr>
      </w:pPr>
    </w:p>
    <w:p w:rsidR="00E07013" w:rsidRDefault="00B242A8" w:rsidP="00A96E49">
      <w:pPr>
        <w:autoSpaceDE w:val="0"/>
        <w:autoSpaceDN w:val="0"/>
        <w:spacing w:after="0" w:line="230" w:lineRule="auto"/>
        <w:ind w:right="3462"/>
      </w:pPr>
      <w:proofErr w:type="spellStart"/>
      <w:r>
        <w:rPr>
          <w:rFonts w:ascii="Times New Roman" w:eastAsia="Times New Roman" w:hAnsi="Times New Roman"/>
          <w:color w:val="000000"/>
          <w:sz w:val="24"/>
        </w:rPr>
        <w:lastRenderedPageBreak/>
        <w:t>с.Мариинское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2022</w:t>
      </w:r>
    </w:p>
    <w:p w:rsidR="00E07013" w:rsidRDefault="00E07013">
      <w:pPr>
        <w:sectPr w:rsidR="00E07013">
          <w:pgSz w:w="11900" w:h="16840"/>
          <w:pgMar w:top="29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E07013" w:rsidRDefault="00E07013">
      <w:pPr>
        <w:autoSpaceDE w:val="0"/>
        <w:autoSpaceDN w:val="0"/>
        <w:spacing w:after="216" w:line="220" w:lineRule="exact"/>
      </w:pPr>
    </w:p>
    <w:p w:rsidR="00E07013" w:rsidRDefault="00B242A8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ПОЯСНИТЕЛЬНАЯ ЗАПИСКА</w:t>
      </w:r>
    </w:p>
    <w:p w:rsidR="00E07013" w:rsidRPr="00A96E49" w:rsidRDefault="00B242A8">
      <w:pPr>
        <w:autoSpaceDE w:val="0"/>
        <w:autoSpaceDN w:val="0"/>
        <w:spacing w:before="346" w:after="0" w:line="286" w:lineRule="auto"/>
        <w:ind w:right="144" w:firstLine="180"/>
        <w:rPr>
          <w:lang w:val="ru-RU"/>
        </w:rPr>
      </w:pP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английскому языку для обучающихся 5 классов составлена на </w:t>
      </w:r>
      <w:proofErr w:type="spell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основе</w:t>
      </w:r>
      <w:proofErr w:type="gram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«Т</w:t>
      </w:r>
      <w:proofErr w:type="gram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ребований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к результатам освоения основной образовательной программы», представленных в Федеральном государственном образовательном стандарте основн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ого общего образования, с учётом распределённых по классам проверяемых требований к результатам освоения основной </w:t>
      </w:r>
      <w:r w:rsidRPr="00A96E49">
        <w:rPr>
          <w:lang w:val="ru-RU"/>
        </w:rPr>
        <w:br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образовательной программы основного общего образования и элементов содержания, </w:t>
      </w:r>
      <w:r w:rsidRPr="00A96E49">
        <w:rPr>
          <w:lang w:val="ru-RU"/>
        </w:rPr>
        <w:br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представленных в Универсальном кодификаторе по иностранному (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английскому) языку, а также на основе характеристики </w:t>
      </w:r>
      <w:proofErr w:type="gram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планируемых результатов духовно-нравственного развития, воспитания и социализации обучающихся, представленной в Примерной программе воспитания (одобрено решением ФУМО от 02.06.2020 г.).</w:t>
      </w:r>
      <w:proofErr w:type="gramEnd"/>
    </w:p>
    <w:p w:rsidR="00E07013" w:rsidRPr="00A96E49" w:rsidRDefault="00B242A8">
      <w:pPr>
        <w:autoSpaceDE w:val="0"/>
        <w:autoSpaceDN w:val="0"/>
        <w:spacing w:before="264" w:after="0" w:line="262" w:lineRule="auto"/>
        <w:rPr>
          <w:lang w:val="ru-RU"/>
        </w:rPr>
      </w:pP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</w:t>
      </w: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>ИКА УЧЕБНОГО ПРЕДМЕТА «ИНОСТРАННЫЙ (АНГЛИЙСКИЙ) ЯЗЫК »</w:t>
      </w:r>
    </w:p>
    <w:p w:rsidR="00E07013" w:rsidRPr="00A96E49" w:rsidRDefault="00B242A8">
      <w:pPr>
        <w:autoSpaceDE w:val="0"/>
        <w:autoSpaceDN w:val="0"/>
        <w:spacing w:before="166" w:after="0" w:line="286" w:lineRule="auto"/>
        <w:ind w:right="288" w:firstLine="180"/>
        <w:rPr>
          <w:lang w:val="ru-RU"/>
        </w:rPr>
      </w:pP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Предмету «Иностранный (английский) язык» принадлежит важное место в системе общего образования и воспитания современного школьника в условиях поликультурного и многоязычного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мира. Изучение иностранного языка направлено на формирование коммуникативной культуры обучающихся, осознание роли языков как инструмента межличностного и межкультурного взаимодействия, способствует их общему речевому развитию, воспитанию гражданской </w:t>
      </w:r>
      <w:r w:rsidRPr="00A96E49">
        <w:rPr>
          <w:lang w:val="ru-RU"/>
        </w:rPr>
        <w:br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идент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ичности, расширению кругозора, воспитанию чувств и эмоций. Наряду с этим иностранный язык выступает инструментом овладения другими предметными областями в сфере гуманитарных, математических, </w:t>
      </w:r>
      <w:proofErr w:type="gram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естественно-научных</w:t>
      </w:r>
      <w:proofErr w:type="gram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других наук и становится важной составляюще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й базы для общего и специального образования.</w:t>
      </w:r>
    </w:p>
    <w:p w:rsidR="00E07013" w:rsidRPr="00A96E49" w:rsidRDefault="00B242A8">
      <w:pPr>
        <w:autoSpaceDE w:val="0"/>
        <w:autoSpaceDN w:val="0"/>
        <w:spacing w:before="190" w:after="0" w:line="281" w:lineRule="auto"/>
        <w:ind w:firstLine="180"/>
        <w:rPr>
          <w:lang w:val="ru-RU"/>
        </w:rPr>
      </w:pP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В последние десятилетия наблюдается трансформация взглядов на владение иностранным языком, усиление общественных запросов на квалифицированных и мобильных людей, способных быстро адаптироваться к изменяющимся п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отребностям общества, овладевать новыми компетенциями.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самообразования.</w:t>
      </w:r>
    </w:p>
    <w:p w:rsidR="00E07013" w:rsidRPr="00A96E49" w:rsidRDefault="00B242A8">
      <w:pPr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Владение иностранным языко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м сейчас рассматривается как часть профессии, поэтому он является универсальным предметом, которым стремятся овладеть современные школьники независимо от выбранных ими профильных предметов (математика, история, химия, физика и др.). Таким образом, владение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иностранным языком становится одним из важнейших средств социализации и успешной профессиональной деятельности выпускника школы.</w:t>
      </w:r>
    </w:p>
    <w:p w:rsidR="00E07013" w:rsidRPr="00A96E49" w:rsidRDefault="00B242A8">
      <w:pPr>
        <w:autoSpaceDE w:val="0"/>
        <w:autoSpaceDN w:val="0"/>
        <w:spacing w:before="190" w:after="0" w:line="281" w:lineRule="auto"/>
        <w:ind w:right="288" w:firstLine="180"/>
        <w:rPr>
          <w:lang w:val="ru-RU"/>
        </w:rPr>
      </w:pP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Возрастает значимость владения разными иностранными </w:t>
      </w:r>
      <w:proofErr w:type="gram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языками</w:t>
      </w:r>
      <w:proofErr w:type="gram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в качестве первого, так и в качество второго. Расширение номен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клатуры изучаемых языков соответствует стратегическим интересам России в эпоху </w:t>
      </w:r>
      <w:proofErr w:type="spell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постглобализации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и многополярного мира. Знание родного языка экономического или политического партнёра обеспечивает более эффективное общение, </w:t>
      </w:r>
      <w:r w:rsidRPr="00A96E49">
        <w:rPr>
          <w:lang w:val="ru-RU"/>
        </w:rPr>
        <w:br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учитывающее особенности культуры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партнёра, что позволяет успешнее решать возникающие проблемы и избегать конфликтов.</w:t>
      </w:r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190" w:after="0" w:line="262" w:lineRule="auto"/>
        <w:ind w:right="1728"/>
        <w:rPr>
          <w:lang w:val="ru-RU"/>
        </w:rPr>
      </w:pP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Естественно, возрастание значимости владения иностранными языками приводит к переосмыслению целей и содержания обучения предмету.</w:t>
      </w:r>
    </w:p>
    <w:p w:rsidR="00E07013" w:rsidRPr="00A96E49" w:rsidRDefault="00B242A8">
      <w:pPr>
        <w:autoSpaceDE w:val="0"/>
        <w:autoSpaceDN w:val="0"/>
        <w:spacing w:before="262" w:after="0" w:line="230" w:lineRule="auto"/>
        <w:rPr>
          <w:lang w:val="ru-RU"/>
        </w:rPr>
      </w:pP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ЦЕЛИ ИЗУЧЕНИЯ УЧЕБНОГО ПРЕДМЕТА </w:t>
      </w: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>«ИНОСТРАННЫЙ (АНГЛИЙСКИЙ) ЯЗЫК»</w:t>
      </w:r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A96E49">
        <w:rPr>
          <w:lang w:val="ru-RU"/>
        </w:rPr>
        <w:tab/>
      </w:r>
      <w:proofErr w:type="gram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В свете сказанного выше цели иноязычного образования становятся более сложными по структуре, формулируются на </w:t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ценностном, когнитивном и прагматическом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уровнях и, соответственно,</w:t>
      </w:r>
      <w:proofErr w:type="gramEnd"/>
    </w:p>
    <w:p w:rsidR="00E07013" w:rsidRPr="00A96E49" w:rsidRDefault="00E07013">
      <w:pPr>
        <w:rPr>
          <w:lang w:val="ru-RU"/>
        </w:rPr>
        <w:sectPr w:rsidR="00E07013" w:rsidRPr="00A96E49">
          <w:pgSz w:w="11900" w:h="16840"/>
          <w:pgMar w:top="436" w:right="650" w:bottom="35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07013" w:rsidRPr="00A96E49" w:rsidRDefault="00E07013">
      <w:pPr>
        <w:autoSpaceDE w:val="0"/>
        <w:autoSpaceDN w:val="0"/>
        <w:spacing w:after="66" w:line="220" w:lineRule="exact"/>
        <w:rPr>
          <w:lang w:val="ru-RU"/>
        </w:rPr>
      </w:pPr>
    </w:p>
    <w:p w:rsidR="00E07013" w:rsidRPr="00A96E49" w:rsidRDefault="00B242A8">
      <w:pPr>
        <w:autoSpaceDE w:val="0"/>
        <w:autoSpaceDN w:val="0"/>
        <w:spacing w:after="0" w:line="281" w:lineRule="auto"/>
        <w:ind w:right="432"/>
        <w:rPr>
          <w:lang w:val="ru-RU"/>
        </w:rPr>
      </w:pP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воплощаются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в личностных, </w:t>
      </w:r>
      <w:proofErr w:type="spell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общеучебных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/универсальных и предметных результатах обучения. А иностранные языки признаются средством общения и ценным ресурсом личности для самореализации и социальной адаптации; инструментом развития умений поиска, обработки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и использования информации в познавательных целях, одним из средств воспитания каче</w:t>
      </w:r>
      <w:proofErr w:type="gram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ств гр</w:t>
      </w:r>
      <w:proofErr w:type="gram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ажданина, патриота; развития национального самосознания, стремления к </w:t>
      </w:r>
      <w:r w:rsidRPr="00A96E49">
        <w:rPr>
          <w:lang w:val="ru-RU"/>
        </w:rPr>
        <w:br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взаимопониманию между людьми разных стран.</w:t>
      </w:r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A96E49">
        <w:rPr>
          <w:lang w:val="ru-RU"/>
        </w:rPr>
        <w:tab/>
      </w:r>
      <w:proofErr w:type="gram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На прагматическом уровне </w:t>
      </w:r>
      <w:r w:rsidRPr="00A96E4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целью иноязычного образования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провозглашено формирование коммуникативной компетенции обучающихся в единстве таких её составляющих, как речевая, языковая, социокультурная, компенсаторная компетенции: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—   </w:t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речевая компетенция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— развитие коммуникативных умени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й в четырёх основных видах речевой деятельности (говорении, </w:t>
      </w:r>
      <w:proofErr w:type="spell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аудировании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, чтении, письме);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—   </w:t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языковая компетенция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— овладение новыми языковыми средствами (фонетическими, </w:t>
      </w:r>
      <w:r w:rsidRPr="00A96E49">
        <w:rPr>
          <w:lang w:val="ru-RU"/>
        </w:rPr>
        <w:br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орфографическими, лексическими, грамматическими) в соответствии 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отобранными темам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и общения;</w:t>
      </w:r>
      <w:proofErr w:type="gram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освоение знаний о языковых явлениях изучаемого языка, разных способах выражения мысли в родном и иностранном языках;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—   </w:t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социокультурная/межкультурная компетенция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— приобщение к культуре, традициям реалиям стран/страны изучаемого языка в рамках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тем и ситуаций общения, отвечающих опыту, интересам, психологическим особенностям учащихся основной школы на разных её этапах; формирование умения представлять свою страну, её культуру в условиях межкультурного общения;</w:t>
      </w:r>
      <w:proofErr w:type="gramEnd"/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—   </w:t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компенсаторная компетенция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— р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азвитие умений выходить из положения в условиях дефицита языковых сре</w:t>
      </w:r>
      <w:proofErr w:type="gram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дств пр</w:t>
      </w:r>
      <w:proofErr w:type="gram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и получении и передаче информации.</w:t>
      </w:r>
    </w:p>
    <w:p w:rsidR="00E07013" w:rsidRPr="00A96E49" w:rsidRDefault="00B242A8">
      <w:pPr>
        <w:autoSpaceDE w:val="0"/>
        <w:autoSpaceDN w:val="0"/>
        <w:spacing w:before="190" w:after="0"/>
        <w:ind w:right="720" w:firstLine="180"/>
        <w:rPr>
          <w:lang w:val="ru-RU"/>
        </w:rPr>
      </w:pP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Наряду с иноязычной коммуникативной компетенцией средствами иностранного языка формируются </w:t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>ключевые универсальные учебные компетенции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, включающие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</w:t>
      </w:r>
    </w:p>
    <w:p w:rsidR="00E07013" w:rsidRPr="00A96E49" w:rsidRDefault="00B242A8">
      <w:pPr>
        <w:autoSpaceDE w:val="0"/>
        <w:autoSpaceDN w:val="0"/>
        <w:spacing w:before="190" w:after="0" w:line="283" w:lineRule="auto"/>
        <w:ind w:right="288" w:firstLine="180"/>
        <w:rPr>
          <w:lang w:val="ru-RU"/>
        </w:rPr>
      </w:pP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личностно ориентированной парадигмой образования основными подходами к о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бучению </w:t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иностранным языкам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признаются </w:t>
      </w:r>
      <w:proofErr w:type="spell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компетентностный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, системно-</w:t>
      </w:r>
      <w:proofErr w:type="spell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деятельностный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proofErr w:type="gram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межкультурный</w:t>
      </w:r>
      <w:proofErr w:type="gram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и коммуникативно-когнитивный. Совокупность перечисленных подходов предполагает возможность реализовать поставленные цели, добиться достижения планируемых результ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атов в рамках содержания, отобранного для основной школы, использования новых педагогических технологий (дифференциация, индивидуализация, проектная деятельность и др.) и использования современных средств обучения.</w:t>
      </w:r>
    </w:p>
    <w:p w:rsidR="00E07013" w:rsidRPr="00A96E49" w:rsidRDefault="00B242A8">
      <w:pPr>
        <w:autoSpaceDE w:val="0"/>
        <w:autoSpaceDN w:val="0"/>
        <w:spacing w:before="264" w:after="0" w:line="262" w:lineRule="auto"/>
        <w:ind w:right="4176"/>
        <w:rPr>
          <w:lang w:val="ru-RU"/>
        </w:rPr>
      </w:pP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В УЧЕБНОМ ПЛАНЕ</w:t>
      </w:r>
      <w:proofErr w:type="gramStart"/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>«И</w:t>
      </w:r>
      <w:proofErr w:type="gramEnd"/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>НОСТРАННЫЙ (АНГЛИЙСКИЙ) ЯЗЫК»</w:t>
      </w:r>
    </w:p>
    <w:p w:rsidR="00E07013" w:rsidRPr="00A96E49" w:rsidRDefault="00B242A8">
      <w:pPr>
        <w:autoSpaceDE w:val="0"/>
        <w:autoSpaceDN w:val="0"/>
        <w:spacing w:before="166" w:after="0" w:line="271" w:lineRule="auto"/>
        <w:ind w:right="144" w:firstLine="180"/>
        <w:rPr>
          <w:lang w:val="ru-RU"/>
        </w:rPr>
      </w:pP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Обязательный учебный предмет «Иностранный язык» входит в предметную область «Иностранные языки» и изучается обязательно со 2-го по 11-ый класс. На изучение иностранного языка в 5 классе отведено 102 </w:t>
      </w:r>
      <w:proofErr w:type="gram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учебных</w:t>
      </w:r>
      <w:proofErr w:type="gram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часа, по 3 часа в н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еделю.</w:t>
      </w:r>
    </w:p>
    <w:p w:rsidR="00E07013" w:rsidRPr="00A96E49" w:rsidRDefault="00E07013">
      <w:pPr>
        <w:rPr>
          <w:lang w:val="ru-RU"/>
        </w:rPr>
        <w:sectPr w:rsidR="00E07013" w:rsidRPr="00A96E49">
          <w:pgSz w:w="11900" w:h="16840"/>
          <w:pgMar w:top="286" w:right="660" w:bottom="1440" w:left="666" w:header="720" w:footer="720" w:gutter="0"/>
          <w:cols w:space="720" w:equalWidth="0">
            <w:col w:w="10574" w:space="0"/>
          </w:cols>
          <w:docGrid w:linePitch="360"/>
        </w:sectPr>
      </w:pPr>
    </w:p>
    <w:p w:rsidR="00E07013" w:rsidRPr="00A96E49" w:rsidRDefault="00E07013">
      <w:pPr>
        <w:autoSpaceDE w:val="0"/>
        <w:autoSpaceDN w:val="0"/>
        <w:spacing w:after="78" w:line="220" w:lineRule="exact"/>
        <w:rPr>
          <w:lang w:val="ru-RU"/>
        </w:rPr>
      </w:pPr>
    </w:p>
    <w:p w:rsidR="00E07013" w:rsidRPr="00A96E49" w:rsidRDefault="00B242A8">
      <w:pPr>
        <w:autoSpaceDE w:val="0"/>
        <w:autoSpaceDN w:val="0"/>
        <w:spacing w:after="0" w:line="230" w:lineRule="auto"/>
        <w:rPr>
          <w:lang w:val="ru-RU"/>
        </w:rPr>
      </w:pP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346" w:after="0" w:line="271" w:lineRule="auto"/>
        <w:ind w:right="1152"/>
        <w:rPr>
          <w:lang w:val="ru-RU"/>
        </w:rPr>
      </w:pP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УМЕНИЯ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Формирование умения общаться в устной и письменной форме, используя рецептивные и продуктивные виды речевой деятельности в рамках тематического содержания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речи.</w:t>
      </w:r>
    </w:p>
    <w:p w:rsidR="00E07013" w:rsidRPr="00A96E49" w:rsidRDefault="00B242A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Моя семья. Мои друзья. Семейные праздники: день рождения, Новый год.</w:t>
      </w:r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Внешность и характер человека/литературного персонажа. Досуг и увлечения/хобби современного подростка (чтение, кино, спорт).</w:t>
      </w:r>
    </w:p>
    <w:p w:rsidR="00E07013" w:rsidRPr="00A96E49" w:rsidRDefault="00B242A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Здоровый образ жизни: режим труда и отдыха, здоровое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питание.</w:t>
      </w:r>
    </w:p>
    <w:p w:rsidR="00E07013" w:rsidRPr="00A96E49" w:rsidRDefault="00B242A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Покупки: одежда, обувь и продукты питания.</w:t>
      </w:r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Школа, школьная жизнь, школьная форма, изучаемые предметы. Переписка с зарубежными сверстниками.</w:t>
      </w:r>
    </w:p>
    <w:p w:rsidR="00E07013" w:rsidRPr="00A96E49" w:rsidRDefault="00B242A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Каникулы в различное время года. Виды отдыха.</w:t>
      </w:r>
    </w:p>
    <w:p w:rsidR="00E07013" w:rsidRPr="00A96E49" w:rsidRDefault="00B242A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Природа: дикие и домашние животные. Погода. Родной город/сел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о. Транспорт.</w:t>
      </w:r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70" w:after="0" w:line="271" w:lineRule="auto"/>
        <w:ind w:right="576"/>
        <w:rPr>
          <w:lang w:val="ru-RU"/>
        </w:rPr>
      </w:pP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Родная страна и страна/страны изучаемого языка. </w:t>
      </w:r>
      <w:proofErr w:type="gram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Их географическое положение, столицы; достопримечательности, культурные особенности (национальные праздники, традиции, обычаи).</w:t>
      </w:r>
      <w:proofErr w:type="gram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Выдающиеся люди родной страны и страны/стран изучаемого языка: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писатели, поэты.</w:t>
      </w:r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A96E49">
        <w:rPr>
          <w:lang w:val="ru-RU"/>
        </w:rPr>
        <w:tab/>
      </w:r>
      <w:proofErr w:type="gramStart"/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Говорение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коммуникативных умений </w:t>
      </w:r>
      <w:r w:rsidRPr="00A96E4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диалогической речи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на базе умений, сформированных в начальной школе: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 этикетного  характера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:  начинать,  поддерживать и заканчивать разговор (в том числе разговор по телефону); поздравля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ть с праздником и вежливо реагировать на поздравление; выражать благодарность; вежливо соглашаться на предложение/отказываться от предложения собеседника; </w:t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диалог-побуждение к действию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: обращаться с просьбой, вежливо соглашаться/не соглашаться выполнить пр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осьбу;</w:t>
      </w:r>
      <w:proofErr w:type="gram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приглашать собеседника к совместной деятельности, вежливо </w:t>
      </w:r>
      <w:proofErr w:type="gram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соглашаться/не соглашаться</w:t>
      </w:r>
      <w:proofErr w:type="gram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на предложение собеседника;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диалог-расспрос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: сообщать фактическую информацию, отвечая на вопросы разных видов; запрашивать интересующую информацию.</w:t>
      </w:r>
    </w:p>
    <w:p w:rsidR="00E07013" w:rsidRPr="00A96E49" w:rsidRDefault="00B242A8">
      <w:pPr>
        <w:autoSpaceDE w:val="0"/>
        <w:autoSpaceDN w:val="0"/>
        <w:spacing w:before="70" w:after="0"/>
        <w:ind w:right="288" w:firstLine="180"/>
        <w:rPr>
          <w:lang w:val="ru-RU"/>
        </w:rPr>
      </w:pP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Вышеперечислен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ситуации, ключевые слова и/или иллюстрации, фотографии с соблюдением норм речевого этикета, принятых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в стране/странах изучаемого языка.</w:t>
      </w:r>
    </w:p>
    <w:p w:rsidR="00E07013" w:rsidRPr="00A96E49" w:rsidRDefault="00B242A8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Объём диалога — до 5 реплик со стороны каждого собеседника.</w:t>
      </w:r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70" w:after="0" w:line="286" w:lineRule="auto"/>
        <w:ind w:right="576"/>
        <w:rPr>
          <w:lang w:val="ru-RU"/>
        </w:rPr>
      </w:pP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коммуникативных умений </w:t>
      </w:r>
      <w:r w:rsidRPr="00A96E4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монологической речи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на базе умений, сформированных в начальной школе: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1) создание устных  связных  монологических  высказывани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й с использованием основных коммуникативных типов речи: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—   описание (предмета, внешности и одежды человека), в том числе характеристика (черты характера реального человека или литературного персонажа);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—   повествование/сообщение;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2) изложение (переск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аз) основного содержания прочитанного текста;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3) краткое изложение результатов выполненной проектной работы.</w:t>
      </w:r>
    </w:p>
    <w:p w:rsidR="00E07013" w:rsidRPr="00A96E49" w:rsidRDefault="00B242A8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Данные умения монологической речи развиваются в стандартных ситуациях неофициального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общения в рамках тематического содержания речи с опорой на ключевые слова, вопросы, план и/или иллюстрации, фотографии.</w:t>
      </w:r>
    </w:p>
    <w:p w:rsidR="00E07013" w:rsidRPr="00A96E49" w:rsidRDefault="00B242A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Объём монологического высказывания — 5-6 фраз.</w:t>
      </w:r>
    </w:p>
    <w:p w:rsidR="00E07013" w:rsidRPr="00A96E49" w:rsidRDefault="00E07013">
      <w:pPr>
        <w:rPr>
          <w:lang w:val="ru-RU"/>
        </w:rPr>
        <w:sectPr w:rsidR="00E07013" w:rsidRPr="00A96E49">
          <w:pgSz w:w="11900" w:h="16840"/>
          <w:pgMar w:top="298" w:right="650" w:bottom="39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07013" w:rsidRPr="00A96E49" w:rsidRDefault="00E07013">
      <w:pPr>
        <w:autoSpaceDE w:val="0"/>
        <w:autoSpaceDN w:val="0"/>
        <w:spacing w:after="78" w:line="220" w:lineRule="exact"/>
        <w:rPr>
          <w:lang w:val="ru-RU"/>
        </w:rPr>
      </w:pPr>
    </w:p>
    <w:p w:rsidR="00E07013" w:rsidRPr="00A96E49" w:rsidRDefault="00B242A8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A96E49">
        <w:rPr>
          <w:lang w:val="ru-RU"/>
        </w:rPr>
        <w:tab/>
      </w:r>
      <w:proofErr w:type="spellStart"/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>Аудирование</w:t>
      </w:r>
      <w:proofErr w:type="spellEnd"/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Развитие коммуникативных умени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й </w:t>
      </w:r>
      <w:proofErr w:type="spellStart"/>
      <w:r w:rsidRPr="00A96E4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аудирования</w:t>
      </w:r>
      <w:proofErr w:type="spellEnd"/>
      <w:r w:rsidRPr="00A96E4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на базе умений, сформированных в начальной школе: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при непосредственном общении: понимание на слух речи учителя и одноклассников и </w:t>
      </w:r>
      <w:r w:rsidRPr="00A96E49">
        <w:rPr>
          <w:lang w:val="ru-RU"/>
        </w:rPr>
        <w:br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вербальная/невербальная реакция </w:t>
      </w:r>
      <w:proofErr w:type="gram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на</w:t>
      </w:r>
      <w:proofErr w:type="gram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услышанное;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при опосредованном общении: дальнейшее развитие умений воспр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иятия и понимания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нием запрашиваемой информации с опорой и без опоры на иллюстрации.</w:t>
      </w:r>
    </w:p>
    <w:p w:rsidR="00E07013" w:rsidRPr="00A96E49" w:rsidRDefault="00B242A8">
      <w:pPr>
        <w:autoSpaceDE w:val="0"/>
        <w:autoSpaceDN w:val="0"/>
        <w:spacing w:before="72" w:after="0" w:line="271" w:lineRule="auto"/>
        <w:ind w:right="864" w:firstLine="180"/>
        <w:rPr>
          <w:lang w:val="ru-RU"/>
        </w:rPr>
      </w:pPr>
      <w:proofErr w:type="spell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Аудирование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с пониманием основного содержания текста предполагает умение определять основную тему и главные факты/события в воспринимаемом на слух тексте; игнорировать незнакомые слова, нес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ущественные для понимания основного содержания.</w:t>
      </w:r>
    </w:p>
    <w:p w:rsidR="00E07013" w:rsidRPr="00A96E49" w:rsidRDefault="00B242A8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proofErr w:type="spell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Аудирование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с пониманием запрашиваемой информации предполагает умение выделять </w:t>
      </w:r>
      <w:r w:rsidRPr="00A96E49">
        <w:rPr>
          <w:lang w:val="ru-RU"/>
        </w:rPr>
        <w:br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запрашиваемую информацию, представленную в эксплицитной (явной) форме, в воспринимаемом на слух тексте.</w:t>
      </w:r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Тексты для </w:t>
      </w:r>
      <w:proofErr w:type="spell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E07013" w:rsidRPr="00A96E49" w:rsidRDefault="00B242A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Время звучания текста/текстов для </w:t>
      </w:r>
      <w:proofErr w:type="spell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— до 1 минуты.</w:t>
      </w:r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190" w:after="0" w:line="281" w:lineRule="auto"/>
        <w:ind w:right="432"/>
        <w:rPr>
          <w:lang w:val="ru-RU"/>
        </w:rPr>
      </w:pP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Смысловое чтение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Развитие сформированных в начальной школе умений ч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нием основного содержания, с пониманием запрашиваемой информации.</w:t>
      </w:r>
    </w:p>
    <w:p w:rsidR="00E07013" w:rsidRPr="00A96E49" w:rsidRDefault="00B242A8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с пониманием основного содержания текста предполагает умение определять основную тему и главные факты/события в прочитанном тексте, игнорировать незнакомые слова, </w:t>
      </w:r>
      <w:r w:rsidRPr="00A96E49">
        <w:rPr>
          <w:lang w:val="ru-RU"/>
        </w:rPr>
        <w:br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несущественные для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понимания основного содержания.</w:t>
      </w:r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 </w:t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</w:t>
      </w:r>
      <w:proofErr w:type="spell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несплошных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текстов (таблиц) и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понимание представленной в них информации.</w:t>
      </w:r>
    </w:p>
    <w:p w:rsidR="00E07013" w:rsidRPr="00A96E49" w:rsidRDefault="00B242A8">
      <w:pPr>
        <w:autoSpaceDE w:val="0"/>
        <w:autoSpaceDN w:val="0"/>
        <w:spacing w:before="72" w:after="0" w:line="271" w:lineRule="auto"/>
        <w:ind w:right="102" w:firstLine="180"/>
        <w:jc w:val="both"/>
        <w:rPr>
          <w:lang w:val="ru-RU"/>
        </w:rPr>
      </w:pPr>
      <w:proofErr w:type="gram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Тексты для чтения: беседа/диалог, рассказ, сказка, сообщение личного характера, отрывок из статьи научно-популярного характера, сообщение информационного характера, стихотворение; </w:t>
      </w:r>
      <w:proofErr w:type="spell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несплошной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 (таблица).</w:t>
      </w:r>
      <w:proofErr w:type="gramEnd"/>
    </w:p>
    <w:p w:rsidR="00E07013" w:rsidRPr="00A96E49" w:rsidRDefault="00B242A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Объём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текста/текстов для чтения — 180-200 слов.</w:t>
      </w:r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190" w:after="0" w:line="286" w:lineRule="auto"/>
        <w:ind w:right="288"/>
        <w:rPr>
          <w:lang w:val="ru-RU"/>
        </w:rPr>
      </w:pPr>
      <w:r w:rsidRPr="00A96E49">
        <w:rPr>
          <w:lang w:val="ru-RU"/>
        </w:rPr>
        <w:tab/>
      </w:r>
      <w:proofErr w:type="gramStart"/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Письменная речь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Развитие умений письменной речи на базе умений, сформированных в начальной школе: </w:t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списывание текста и выписывание из него слов, словосочетаний, предложений в соответствии с решаемой коммуникати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вной задачей;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написание коротких поздравлений с праздниками (с Новым годом, Рождеством, днём рождения); </w:t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заполнение анкет и формуляров: сообщение о себе основных сведений в соответствии с нормами, принятыми в стране/странах изучаемого языка;</w:t>
      </w:r>
      <w:proofErr w:type="gram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написание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электронного сообщения личного характера: сообщение кратких сведений о себе; оформление обращения, завершающей фразы и подписи в соответствии с нормами неофициального общения, принятыми в стране/странах изучаемого языка. Объём сообщения — до 60 слов.</w:t>
      </w:r>
    </w:p>
    <w:p w:rsidR="00E07013" w:rsidRPr="00A96E49" w:rsidRDefault="00E07013">
      <w:pPr>
        <w:rPr>
          <w:lang w:val="ru-RU"/>
        </w:rPr>
        <w:sectPr w:rsidR="00E07013" w:rsidRPr="00A96E49">
          <w:pgSz w:w="11900" w:h="16840"/>
          <w:pgMar w:top="298" w:right="648" w:bottom="476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E07013" w:rsidRPr="00A96E49" w:rsidRDefault="00E07013">
      <w:pPr>
        <w:autoSpaceDE w:val="0"/>
        <w:autoSpaceDN w:val="0"/>
        <w:spacing w:after="78" w:line="220" w:lineRule="exact"/>
        <w:rPr>
          <w:lang w:val="ru-RU"/>
        </w:rPr>
      </w:pPr>
    </w:p>
    <w:p w:rsidR="00E07013" w:rsidRPr="00A96E49" w:rsidRDefault="00B242A8">
      <w:pPr>
        <w:tabs>
          <w:tab w:val="left" w:pos="180"/>
        </w:tabs>
        <w:autoSpaceDE w:val="0"/>
        <w:autoSpaceDN w:val="0"/>
        <w:spacing w:after="0" w:line="281" w:lineRule="auto"/>
        <w:ind w:right="144"/>
        <w:rPr>
          <w:lang w:val="ru-RU"/>
        </w:rPr>
      </w:pP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ЯЗЫКОВЫЕ ЗНАНИЯ И УМЕНИЯ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Фонетическая сторона речи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Различение на  слух  и  адекватное,  без  ошибок,  ведущих к сбою в коммуникации, произнесение слов с соблюдением правильного ударения и фраз с соблюд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ением их ритмико-интонационных особенностей, в том числе отсутствия фразового ударения на служебных словах; чтение новых слов согласно основным правилам чтения.</w:t>
      </w:r>
    </w:p>
    <w:p w:rsidR="00E07013" w:rsidRPr="00A96E49" w:rsidRDefault="00B242A8">
      <w:pPr>
        <w:autoSpaceDE w:val="0"/>
        <w:autoSpaceDN w:val="0"/>
        <w:spacing w:before="70" w:after="0" w:line="271" w:lineRule="auto"/>
        <w:ind w:right="864" w:firstLine="180"/>
        <w:rPr>
          <w:lang w:val="ru-RU"/>
        </w:rPr>
      </w:pP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Чтение вслух небольших адаптированных аутентичных текстов, построенных на изученном языковом ма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териале, с соблюдением правил чтения и соответствующей интонации, </w:t>
      </w:r>
      <w:r w:rsidRPr="00A96E49">
        <w:rPr>
          <w:lang w:val="ru-RU"/>
        </w:rPr>
        <w:br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демонстрирующее понимание текста.</w:t>
      </w:r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Тексты для чтения вслух: беседа/диалог, рассказ, отрывок из статьи научно-популярного характера, сообщение информационного характера.</w:t>
      </w:r>
    </w:p>
    <w:p w:rsidR="00E07013" w:rsidRPr="00A96E49" w:rsidRDefault="00B242A8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Объём текста для чте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ния вслух — до 90 слов.</w:t>
      </w:r>
    </w:p>
    <w:p w:rsidR="00E07013" w:rsidRPr="00A96E49" w:rsidRDefault="00B242A8">
      <w:pPr>
        <w:autoSpaceDE w:val="0"/>
        <w:autoSpaceDN w:val="0"/>
        <w:spacing w:before="190" w:after="0" w:line="262" w:lineRule="auto"/>
        <w:ind w:left="180" w:right="6192"/>
        <w:rPr>
          <w:lang w:val="ru-RU"/>
        </w:rPr>
      </w:pP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Графика, орфография и пунктуация </w:t>
      </w:r>
      <w:r w:rsidRPr="00A96E49">
        <w:rPr>
          <w:lang w:val="ru-RU"/>
        </w:rPr>
        <w:br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Правильное написание изученных слов.</w:t>
      </w:r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апострофа.</w:t>
      </w:r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Пунктуационно правильное, в соответствии с нормами речевого этикета, принятыми в стране/странах изучаемого языка, оформление электронного сообщения личного характера.</w:t>
      </w:r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190" w:after="0" w:line="281" w:lineRule="auto"/>
        <w:ind w:right="288"/>
        <w:rPr>
          <w:lang w:val="ru-RU"/>
        </w:rPr>
      </w:pP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Лексическая сторона речи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письменном и звучащем тексте и уп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E07013" w:rsidRPr="00A96E49" w:rsidRDefault="00B242A8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Объём изуча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емой лексики: 625 лексических единиц для продуктивного использования (включая 500 лексических единиц, изученных в начальной школе) и 675 лексических единиц для рецептивного усвоения (включая 625 лексических единиц продуктивного минимума).</w:t>
      </w:r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A96E49">
        <w:rPr>
          <w:lang w:val="ru-RU"/>
        </w:rPr>
        <w:tab/>
      </w:r>
      <w:proofErr w:type="gram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Основные способы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словообразования: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аффиксация: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образование имён существительных при помощи суффиксов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er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or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teacher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visitor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),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ist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scientist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tourist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),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sion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tion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dis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cussion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invitation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образование имён  прилагательных при помощи суффиксов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ful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wonderful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ian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an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A96E49">
        <w:rPr>
          <w:lang w:val="ru-RU"/>
        </w:rPr>
        <w:br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color w:val="000000"/>
          <w:sz w:val="24"/>
        </w:rPr>
        <w:t>Russian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American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образование наречий при помощи суффикса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ly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color w:val="000000"/>
          <w:sz w:val="24"/>
        </w:rPr>
        <w:t>recently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образование имён прилагательных, имён существительных и наречий при помощи отрицательного префикса </w:t>
      </w:r>
      <w:r>
        <w:rPr>
          <w:rFonts w:ascii="Times New Roman" w:eastAsia="Times New Roman" w:hAnsi="Times New Roman"/>
          <w:color w:val="000000"/>
          <w:sz w:val="24"/>
        </w:rPr>
        <w:t>un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- (</w:t>
      </w:r>
      <w:r>
        <w:rPr>
          <w:rFonts w:ascii="Times New Roman" w:eastAsia="Times New Roman" w:hAnsi="Times New Roman"/>
          <w:color w:val="000000"/>
          <w:sz w:val="24"/>
        </w:rPr>
        <w:t>unhappy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unreality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unusually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).</w:t>
      </w:r>
      <w:proofErr w:type="gramEnd"/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190" w:after="0" w:line="271" w:lineRule="auto"/>
        <w:ind w:right="720"/>
        <w:rPr>
          <w:lang w:val="ru-RU"/>
        </w:rPr>
      </w:pP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Грамматическая сторона речи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E07013" w:rsidRPr="00A96E49" w:rsidRDefault="00B242A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Предложения с несколькими обстоятельствами, следующими в определённом порядке.</w:t>
      </w:r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Вопросите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льные предложения (альтернативный и разделительный вопросы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Past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Future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Simple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E07013" w:rsidRPr="00A96E49" w:rsidRDefault="00B242A8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Глаголы в </w:t>
      </w:r>
      <w:proofErr w:type="spellStart"/>
      <w:proofErr w:type="gram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видо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-временных</w:t>
      </w:r>
      <w:proofErr w:type="gram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формах действительного залога в изъявительном наклонении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Perfect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в повествовательных (утвердительных и отрицательных) и вопросительных </w:t>
      </w:r>
      <w:r w:rsidRPr="00A96E49">
        <w:rPr>
          <w:lang w:val="ru-RU"/>
        </w:rPr>
        <w:br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предложениях.</w:t>
      </w:r>
    </w:p>
    <w:p w:rsidR="00E07013" w:rsidRPr="00A96E49" w:rsidRDefault="00B242A8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Имена существительные во множественном числе, в том числе имена существительные, имеющие</w:t>
      </w:r>
    </w:p>
    <w:p w:rsidR="00E07013" w:rsidRPr="00A96E49" w:rsidRDefault="00E07013">
      <w:pPr>
        <w:rPr>
          <w:lang w:val="ru-RU"/>
        </w:rPr>
        <w:sectPr w:rsidR="00E07013" w:rsidRPr="00A96E49">
          <w:pgSz w:w="11900" w:h="16840"/>
          <w:pgMar w:top="298" w:right="698" w:bottom="416" w:left="666" w:header="720" w:footer="720" w:gutter="0"/>
          <w:cols w:space="720" w:equalWidth="0">
            <w:col w:w="10536" w:space="0"/>
          </w:cols>
          <w:docGrid w:linePitch="360"/>
        </w:sectPr>
      </w:pPr>
    </w:p>
    <w:p w:rsidR="00E07013" w:rsidRPr="00A96E49" w:rsidRDefault="00E07013">
      <w:pPr>
        <w:autoSpaceDE w:val="0"/>
        <w:autoSpaceDN w:val="0"/>
        <w:spacing w:after="66" w:line="220" w:lineRule="exact"/>
        <w:rPr>
          <w:lang w:val="ru-RU"/>
        </w:rPr>
      </w:pPr>
    </w:p>
    <w:p w:rsidR="00E07013" w:rsidRPr="00A96E49" w:rsidRDefault="00B242A8">
      <w:pPr>
        <w:autoSpaceDE w:val="0"/>
        <w:autoSpaceDN w:val="0"/>
        <w:spacing w:after="0" w:line="230" w:lineRule="auto"/>
        <w:rPr>
          <w:lang w:val="ru-RU"/>
        </w:rPr>
      </w:pP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 только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множественного числа.</w:t>
      </w:r>
    </w:p>
    <w:p w:rsidR="00E07013" w:rsidRPr="00A96E49" w:rsidRDefault="00B242A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Имена существительные с причастиями настоящего и прошедшего времени.</w:t>
      </w:r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Наречия в положительной, сравнительной и превосходной степенях, образованные по правилу, и исключения.</w:t>
      </w:r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190" w:after="0"/>
        <w:ind w:right="288"/>
        <w:rPr>
          <w:lang w:val="ru-RU"/>
        </w:rPr>
      </w:pP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СОЦИОКУЛЬТУРНЫЕ ЗНАНИЯ И УМЕНИЯ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Знание и использование соц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иокультурных элементов речевого поведенческого этикета в стране/странах изучаемого языка в рамках тематического содержания (в ситуациях общения, в том числе «В семье», «В школе», «На улице»).</w:t>
      </w:r>
    </w:p>
    <w:p w:rsidR="00E07013" w:rsidRPr="00A96E49" w:rsidRDefault="00B242A8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Знание и использование в устной и письменной речи наиболее употр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ебительной тематической фоновой лексики и реалий в рамках отобранного тематического содержания (некоторые национальные праздники, традиции в проведении досуга и питании).</w:t>
      </w:r>
    </w:p>
    <w:p w:rsidR="00E07013" w:rsidRPr="00A96E49" w:rsidRDefault="00B242A8">
      <w:pPr>
        <w:autoSpaceDE w:val="0"/>
        <w:autoSpaceDN w:val="0"/>
        <w:spacing w:before="72" w:after="0" w:line="281" w:lineRule="auto"/>
        <w:ind w:right="144" w:firstLine="180"/>
        <w:rPr>
          <w:lang w:val="ru-RU"/>
        </w:rPr>
      </w:pP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Знание социокультурного портрета родной страны и страны/стран изучаемого языка: знако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мство с традициями проведения основных национальных праздников (Рождества, Нового года и т. д.); с особенностями образа жизни и культуры страны/ стран изучаемого языка (известных </w:t>
      </w:r>
      <w:r w:rsidRPr="00A96E49">
        <w:rPr>
          <w:lang w:val="ru-RU"/>
        </w:rPr>
        <w:br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достопримечательностях, выдающихся людях); с доступными в языковом отношении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образцами детской поэзии и прозы на английском языке.</w:t>
      </w:r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70" w:after="0" w:line="283" w:lineRule="auto"/>
        <w:rPr>
          <w:lang w:val="ru-RU"/>
        </w:rPr>
      </w:pPr>
      <w:r w:rsidRPr="00A96E49">
        <w:rPr>
          <w:lang w:val="ru-RU"/>
        </w:rPr>
        <w:tab/>
      </w:r>
      <w:proofErr w:type="gram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умений: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писать свои имя и фамилию, а также имена и фамилии своих родственников и друзей на английском языке;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правильно оформлять свой адрес на английском языке (в анкете, формуляре);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кратко представлять Россию и страну/страны изучаемого языка;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кратко представлять некоторые культурные явления родной страны и страны/стран изучаемого языка (основные национальные праздники, традиции в проведении досуга и питании).</w:t>
      </w:r>
      <w:proofErr w:type="gramEnd"/>
    </w:p>
    <w:p w:rsidR="00E07013" w:rsidRPr="00A96E49" w:rsidRDefault="00B242A8">
      <w:pPr>
        <w:autoSpaceDE w:val="0"/>
        <w:autoSpaceDN w:val="0"/>
        <w:spacing w:before="190" w:after="0" w:line="262" w:lineRule="auto"/>
        <w:ind w:left="180" w:right="864"/>
        <w:rPr>
          <w:lang w:val="ru-RU"/>
        </w:rPr>
      </w:pP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>КОМПЕНСАТОРНЫЕ УМЕНИЯ</w:t>
      </w: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A96E49">
        <w:rPr>
          <w:lang w:val="ru-RU"/>
        </w:rPr>
        <w:br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при чтении и </w:t>
      </w:r>
      <w:proofErr w:type="spell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аудировании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языковой, в том числе контекстуальной, догадки.</w:t>
      </w:r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Использование в качестве опоры при порождении собственных высказываний ключевых слов, плана.</w:t>
      </w:r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Игнорирование информации, не являющейся необходимой для понимания основн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ого содержания прочитанного/прослушанного текста или для нахождения в тексте запрашиваемой информации.</w:t>
      </w:r>
    </w:p>
    <w:p w:rsidR="00E07013" w:rsidRPr="00A96E49" w:rsidRDefault="00E07013">
      <w:pPr>
        <w:rPr>
          <w:lang w:val="ru-RU"/>
        </w:rPr>
        <w:sectPr w:rsidR="00E07013" w:rsidRPr="00A96E49">
          <w:pgSz w:w="11900" w:h="16840"/>
          <w:pgMar w:top="286" w:right="678" w:bottom="1440" w:left="666" w:header="720" w:footer="720" w:gutter="0"/>
          <w:cols w:space="720" w:equalWidth="0">
            <w:col w:w="10556" w:space="0"/>
          </w:cols>
          <w:docGrid w:linePitch="360"/>
        </w:sectPr>
      </w:pPr>
    </w:p>
    <w:p w:rsidR="00E07013" w:rsidRPr="00A96E49" w:rsidRDefault="00E07013">
      <w:pPr>
        <w:autoSpaceDE w:val="0"/>
        <w:autoSpaceDN w:val="0"/>
        <w:spacing w:after="78" w:line="220" w:lineRule="exact"/>
        <w:rPr>
          <w:lang w:val="ru-RU"/>
        </w:rPr>
      </w:pPr>
    </w:p>
    <w:p w:rsidR="00E07013" w:rsidRPr="00A96E49" w:rsidRDefault="00B242A8">
      <w:pPr>
        <w:autoSpaceDE w:val="0"/>
        <w:autoSpaceDN w:val="0"/>
        <w:spacing w:after="0" w:line="230" w:lineRule="auto"/>
        <w:rPr>
          <w:lang w:val="ru-RU"/>
        </w:rPr>
      </w:pP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346" w:after="0" w:line="262" w:lineRule="auto"/>
        <w:ind w:right="432"/>
        <w:rPr>
          <w:lang w:val="ru-RU"/>
        </w:rPr>
      </w:pP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Изучение английского языка в 5 классе направлено на до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стижение </w:t>
      </w:r>
      <w:proofErr w:type="gram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личностных, </w:t>
      </w:r>
      <w:proofErr w:type="spell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E07013" w:rsidRPr="00A96E49" w:rsidRDefault="00B242A8">
      <w:pPr>
        <w:autoSpaceDE w:val="0"/>
        <w:autoSpaceDN w:val="0"/>
        <w:spacing w:before="262" w:after="0" w:line="230" w:lineRule="auto"/>
        <w:rPr>
          <w:lang w:val="ru-RU"/>
        </w:rPr>
      </w:pP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E07013" w:rsidRPr="00A96E49" w:rsidRDefault="00B242A8">
      <w:pPr>
        <w:autoSpaceDE w:val="0"/>
        <w:autoSpaceDN w:val="0"/>
        <w:spacing w:before="166" w:after="0" w:line="281" w:lineRule="auto"/>
        <w:ind w:right="576" w:firstLine="180"/>
        <w:rPr>
          <w:lang w:val="ru-RU"/>
        </w:rPr>
      </w:pP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программы основного общего образования достигаются в единстве учебной и воспитательной деятельности О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иции личности.</w:t>
      </w:r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192" w:after="0" w:line="288" w:lineRule="auto"/>
        <w:rPr>
          <w:lang w:val="ru-RU"/>
        </w:rPr>
      </w:pP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расширение опыта деятельности на её основе и в процессе реализации основных направлений воспитательной деятельности, в том числе в части: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Гражданского воспитания</w:t>
      </w: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готовность к выполнению обязанностей гражданина и реализации его прав, уважение прав, сво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бод и законных интересов других людей;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активное участие в жизни семьи, Организации, местного сообщества, родного края, страны; </w:t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неприятие любых форм экстремизма, дискриминации; понимание роли различных социальных институтов в жизни человека;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proofErr w:type="gram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представле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</w:t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представление о способах противодействия коррупции; готовность к разнообразной совместной д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еятельности, стремление к взаимопониманию и взаимопомощи, активное участие в школьном самоуправлении;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готовность к участию в гуманитарной деятельности (</w:t>
      </w:r>
      <w:proofErr w:type="spell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волонтёрство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, помощь людям, нуждающимся в ней).</w:t>
      </w:r>
      <w:proofErr w:type="gramEnd"/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70" w:after="0" w:line="286" w:lineRule="auto"/>
        <w:ind w:right="432"/>
        <w:rPr>
          <w:lang w:val="ru-RU"/>
        </w:rPr>
      </w:pP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Патриотического воспитания</w:t>
      </w: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осознание российской гр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ценностное отношение к достижениям своей Родины – России, к науке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, искусству, спорту, технологиям, боевым подвигам и трудовым достижениям народа;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Духовно-нра</w:t>
      </w:r>
      <w:r w:rsidRPr="00A96E4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вственного воспитания</w:t>
      </w: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моральные ценности и нормы в ситуациях нравственного выбора;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оценивать своё поведение и поступки, поведение и поступки других людей с позиции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нравственных и правовых норм с учётом осознания последствий поступков;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70" w:after="0"/>
        <w:ind w:right="288"/>
        <w:rPr>
          <w:lang w:val="ru-RU"/>
        </w:rPr>
      </w:pPr>
      <w:r w:rsidRPr="00A96E49">
        <w:rPr>
          <w:lang w:val="ru-RU"/>
        </w:rPr>
        <w:tab/>
      </w:r>
      <w:proofErr w:type="spellStart"/>
      <w:r w:rsidRPr="00A96E4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Эстетическоговоспитания</w:t>
      </w:r>
      <w:proofErr w:type="spellEnd"/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восприимчивость к раз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:rsidR="00E07013" w:rsidRPr="00A96E49" w:rsidRDefault="00E07013">
      <w:pPr>
        <w:rPr>
          <w:lang w:val="ru-RU"/>
        </w:rPr>
        <w:sectPr w:rsidR="00E07013" w:rsidRPr="00A96E49">
          <w:pgSz w:w="11900" w:h="16840"/>
          <w:pgMar w:top="298" w:right="650" w:bottom="4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07013" w:rsidRPr="00A96E49" w:rsidRDefault="00E07013">
      <w:pPr>
        <w:autoSpaceDE w:val="0"/>
        <w:autoSpaceDN w:val="0"/>
        <w:spacing w:after="78" w:line="220" w:lineRule="exact"/>
        <w:rPr>
          <w:lang w:val="ru-RU"/>
        </w:rPr>
      </w:pPr>
    </w:p>
    <w:p w:rsidR="00E07013" w:rsidRPr="00A96E49" w:rsidRDefault="00B242A8">
      <w:pPr>
        <w:tabs>
          <w:tab w:val="left" w:pos="180"/>
        </w:tabs>
        <w:autoSpaceDE w:val="0"/>
        <w:autoSpaceDN w:val="0"/>
        <w:spacing w:after="0" w:line="271" w:lineRule="auto"/>
        <w:ind w:right="144"/>
        <w:rPr>
          <w:lang w:val="ru-RU"/>
        </w:rPr>
      </w:pP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стремление к самовыражению в разных видах искусства.</w:t>
      </w:r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A96E49">
        <w:rPr>
          <w:lang w:val="ru-RU"/>
        </w:rPr>
        <w:tab/>
      </w:r>
      <w:proofErr w:type="gramStart"/>
      <w:r w:rsidRPr="00A96E4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Физического воспит</w:t>
      </w:r>
      <w:r w:rsidRPr="00A96E4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ания, формирования культуры здоровья и эмоционального благополучия</w:t>
      </w: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жизни;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й и отдыха, регулярная физическая активность);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  <w:proofErr w:type="gram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proofErr w:type="gram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соблюдение правил безопасности, в том числе навыко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в безопасного поведения в интернет-среде; </w:t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адаптироваться к стрессовым ситуациям и меняющимся социальным, </w:t>
      </w:r>
      <w:r w:rsidRPr="00A96E49">
        <w:rPr>
          <w:lang w:val="ru-RU"/>
        </w:rPr>
        <w:br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информационным и природным условиям, в том числе осмысляя собственный опыт и выстраивая дальнейшие цели;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умение принимать себя и других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, не осуждая;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умение осознавать эмоциональное состояние себя и других, умение управлять собственным эмоциональным состоянием;</w:t>
      </w:r>
      <w:proofErr w:type="gram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proofErr w:type="spell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навыка рефлексии, признание своего права на ошибку и такого же права другого человека.</w:t>
      </w:r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Трудового воспитания</w:t>
      </w: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>:</w:t>
      </w: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интерес к пр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актическому изучению профессий и труда различного рода, в том числе на основе применения изучаемого предметного знания;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о;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адаптироваться в профессиональной среде;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уважение к труду и результатам трудовой деятельности;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й.</w:t>
      </w:r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72" w:after="0" w:line="286" w:lineRule="auto"/>
        <w:rPr>
          <w:lang w:val="ru-RU"/>
        </w:rPr>
      </w:pP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Экологического воспитания</w:t>
      </w: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повышение уровня экологической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культуры, осознание глобального характера экологических проблем и путей их решения; активное неприятие действий, приносящих вред окружающей среде; </w:t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своей роли как гражданина и потребителя в условиях взаимосвязи природной, </w:t>
      </w:r>
      <w:r w:rsidRPr="00A96E49">
        <w:rPr>
          <w:lang w:val="ru-RU"/>
        </w:rPr>
        <w:br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технологической и соци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альной сред;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готовность к участию в практической деятельности экологической направленности.</w:t>
      </w:r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Ценности научного познания</w:t>
      </w: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ества, взаимосвязях человека с природной и социальной средой;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языковой и читательской культурой как средством познания мира;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овладение основными навыками исследовательской деятельности, установка на осмысление опыта,</w:t>
      </w:r>
    </w:p>
    <w:p w:rsidR="00E07013" w:rsidRPr="00A96E49" w:rsidRDefault="00E07013">
      <w:pPr>
        <w:rPr>
          <w:lang w:val="ru-RU"/>
        </w:rPr>
        <w:sectPr w:rsidR="00E07013" w:rsidRPr="00A96E49">
          <w:pgSz w:w="11900" w:h="16840"/>
          <w:pgMar w:top="298" w:right="640" w:bottom="428" w:left="666" w:header="720" w:footer="720" w:gutter="0"/>
          <w:cols w:space="720" w:equalWidth="0">
            <w:col w:w="10594" w:space="0"/>
          </w:cols>
          <w:docGrid w:linePitch="360"/>
        </w:sectPr>
      </w:pPr>
    </w:p>
    <w:p w:rsidR="00E07013" w:rsidRPr="00A96E49" w:rsidRDefault="00E07013">
      <w:pPr>
        <w:autoSpaceDE w:val="0"/>
        <w:autoSpaceDN w:val="0"/>
        <w:spacing w:after="66" w:line="220" w:lineRule="exact"/>
        <w:rPr>
          <w:lang w:val="ru-RU"/>
        </w:rPr>
      </w:pPr>
    </w:p>
    <w:p w:rsidR="00E07013" w:rsidRPr="00A96E49" w:rsidRDefault="00B242A8">
      <w:pPr>
        <w:autoSpaceDE w:val="0"/>
        <w:autoSpaceDN w:val="0"/>
        <w:spacing w:after="0" w:line="262" w:lineRule="auto"/>
        <w:ind w:right="864"/>
        <w:rPr>
          <w:lang w:val="ru-RU"/>
        </w:rPr>
      </w:pP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наблюдений, поступков и стремление совершенствовать пути достижения индивидуального и коллективного благополучия.</w:t>
      </w:r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70" w:after="0" w:line="290" w:lineRule="auto"/>
        <w:rPr>
          <w:lang w:val="ru-RU"/>
        </w:rPr>
      </w:pPr>
      <w:r w:rsidRPr="00A96E49">
        <w:rPr>
          <w:lang w:val="ru-RU"/>
        </w:rPr>
        <w:tab/>
      </w:r>
      <w:proofErr w:type="gramStart"/>
      <w:r w:rsidRPr="00A96E4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Личностные результаты, обеспечивающие адаптацию </w:t>
      </w:r>
      <w:proofErr w:type="spellStart"/>
      <w:r w:rsidRPr="00A96E4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обучающегосяк</w:t>
      </w:r>
      <w:proofErr w:type="spellEnd"/>
      <w:r w:rsidRPr="00A96E4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изменяющимся условиям социальной и природной среды, включают</w:t>
      </w: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бщественного поведения, форм социальной жизни в группах и сообществах, включая семью, группы, сформированные по профессиональной </w:t>
      </w:r>
      <w:r w:rsidRPr="00A96E49">
        <w:rPr>
          <w:lang w:val="ru-RU"/>
        </w:rPr>
        <w:br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деятельности, а также в рамках социального взаимодействия с людьми из другой культурной среды;</w:t>
      </w:r>
      <w:proofErr w:type="gram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способность обучающихся взаимо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действовать в условиях неопределённости, открытость опыту и знаниям других;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совместной деятельности новые знания, навыки и компетенции из опыта других;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анее не известных, осознавать дефицит собственных знаний и компетентностей, планировать своё развитие; </w:t>
      </w:r>
      <w:r w:rsidRPr="00A96E49">
        <w:rPr>
          <w:lang w:val="ru-RU"/>
        </w:rPr>
        <w:tab/>
      </w:r>
      <w:proofErr w:type="gram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ия, конкретизировать понятие примерами, использовать понятие и его свойства при решении задач (далее — оперировать </w:t>
      </w:r>
      <w:r w:rsidRPr="00A96E49">
        <w:rPr>
          <w:lang w:val="ru-RU"/>
        </w:rPr>
        <w:br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понятиями), а также оперировать терминами и представлениями в области концепции устойчивого развития;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умение анализировать и выявлять взаи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мосвязи природы, общества и экономики;</w:t>
      </w:r>
      <w:proofErr w:type="gram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proofErr w:type="gram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оценивать свои действия с учётом влияния на окружающую среду, достижений целей и преодоления вызовов, возможных глобальных последствий;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способность обучающихся осознавать стрессовую ситуацию, оценивать прои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сходящие изменения и их последствия;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стрессовую ситуацию как вызов, требующий контрмер;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ситуацию стресса, корректировать принимаемые решения и действия;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формулировать и оценивать риски и последствия, формировать опыт, уметь нах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одить позитивное в произошедшей ситуации;</w:t>
      </w:r>
      <w:proofErr w:type="gram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быть готовым действовать в отсутствие гарантий успеха.</w:t>
      </w:r>
    </w:p>
    <w:p w:rsidR="00E07013" w:rsidRPr="00A96E49" w:rsidRDefault="00B242A8">
      <w:pPr>
        <w:autoSpaceDE w:val="0"/>
        <w:autoSpaceDN w:val="0"/>
        <w:spacing w:before="264" w:after="0" w:line="230" w:lineRule="auto"/>
        <w:rPr>
          <w:lang w:val="ru-RU"/>
        </w:rPr>
      </w:pP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168" w:after="0" w:line="288" w:lineRule="auto"/>
        <w:ind w:right="144"/>
        <w:rPr>
          <w:lang w:val="ru-RU"/>
        </w:rPr>
      </w:pPr>
      <w:r w:rsidRPr="00A96E49">
        <w:rPr>
          <w:lang w:val="ru-RU"/>
        </w:rPr>
        <w:tab/>
      </w:r>
      <w:proofErr w:type="spell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освоения программы основного общего образования, в том числе адаптированной, должны отражать: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proofErr w:type="gramStart"/>
      <w:r w:rsidRPr="00A96E4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Овладени</w:t>
      </w:r>
      <w:r w:rsidRPr="00A96E4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 универсальными учебными познавательными действиями</w:t>
      </w: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базовые логические действия: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объектов (явлений);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устанавливать существенный признак классификации, основания для обобщения и сравнения, критерии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проводимого анализа;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с учётом предложенной задачи выявлять закономерности и противоречия в рассматриваемых фактах, данных и наблюдениях;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предлагать критерии для выявления закономерностей и противоречий;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выявлять дефицит информации, данных, необходим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ых для решения поставленной задачи;</w:t>
      </w:r>
      <w:proofErr w:type="gram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причинно-следственные связи при изучении явлений и процессов;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E07013" w:rsidRPr="00A96E49" w:rsidRDefault="00E07013">
      <w:pPr>
        <w:rPr>
          <w:lang w:val="ru-RU"/>
        </w:rPr>
        <w:sectPr w:rsidR="00E07013" w:rsidRPr="00A96E49">
          <w:pgSz w:w="11900" w:h="16840"/>
          <w:pgMar w:top="286" w:right="654" w:bottom="296" w:left="666" w:header="720" w:footer="720" w:gutter="0"/>
          <w:cols w:space="720" w:equalWidth="0">
            <w:col w:w="10580" w:space="0"/>
          </w:cols>
          <w:docGrid w:linePitch="360"/>
        </w:sectPr>
      </w:pPr>
    </w:p>
    <w:p w:rsidR="00E07013" w:rsidRPr="00A96E49" w:rsidRDefault="00E07013">
      <w:pPr>
        <w:autoSpaceDE w:val="0"/>
        <w:autoSpaceDN w:val="0"/>
        <w:spacing w:after="90" w:line="220" w:lineRule="exact"/>
        <w:rPr>
          <w:lang w:val="ru-RU"/>
        </w:rPr>
      </w:pPr>
    </w:p>
    <w:p w:rsidR="00E07013" w:rsidRPr="00A96E49" w:rsidRDefault="00B242A8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A96E49">
        <w:rPr>
          <w:lang w:val="ru-RU"/>
        </w:rPr>
        <w:tab/>
      </w:r>
      <w:proofErr w:type="gram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способ решения учебной задачи (сравнивать несколько вариантов решения,  выбирать  наиболее подходящий с учётом самостоятельно выделенных критериев); </w:t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>2) баз</w:t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овые исследовательские действия: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вопросы как исследовательский инструмент познания;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вопросы, фиксирующие разрыв между реальным и желательным состоянием ситуации, объекта, самостоятельно устанавливать искомое и данное;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форму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лировать гипотезу об истинности собственных суждений и суждений других, </w:t>
      </w:r>
      <w:r w:rsidRPr="00A96E49">
        <w:rPr>
          <w:lang w:val="ru-RU"/>
        </w:rPr>
        <w:br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аргументировать свою позицию, мнение;</w:t>
      </w:r>
      <w:proofErr w:type="gram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proofErr w:type="gram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ия, причинно-следственных связей и зависимости объектов между собой;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 применимость и достоверность информацию, полученную в ходе исследования (эксперимента);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  <w:proofErr w:type="gram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proofErr w:type="gram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возможное дальнейшее развитие процессов, событий и их п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оследствия в </w:t>
      </w:r>
      <w:r w:rsidRPr="00A96E49">
        <w:rPr>
          <w:lang w:val="ru-RU"/>
        </w:rPr>
        <w:br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аналогичных или сходных ситуациях, выдвигать предположения об их развитии в новых условиях и контекстах;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3) работа с информацией: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различные методы, инструменты и запросы при поиске и отборе информации или данных из источников с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учётом предложенной учебной задачи и заданных критериев;</w:t>
      </w:r>
      <w:proofErr w:type="gram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proofErr w:type="gram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выбирать, анализировать, систематизировать и интерпретировать информацию различных видов и форм представления;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находить сходные аргументы (подтверждающие или опровергающие одну и ту же идею, верс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ию) в различных информационных источниках;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 </w:t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оценивать надёжность информации по критериям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, предложенным педагогическим работником или сформулированным самостоятельно;</w:t>
      </w:r>
      <w:proofErr w:type="gram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эффективно запоминать и систематизировать информацию.</w:t>
      </w:r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72" w:after="0" w:line="262" w:lineRule="auto"/>
        <w:ind w:right="1296"/>
        <w:rPr>
          <w:lang w:val="ru-RU"/>
        </w:rPr>
      </w:pP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когнитивных навыков </w:t>
      </w:r>
      <w:proofErr w:type="gram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у</w:t>
      </w:r>
      <w:proofErr w:type="gram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ающихся.</w:t>
      </w:r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Овладение универсальными учебными коммуникативными действиями</w:t>
      </w: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общение: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выражать себя (свою точку зрения) в устных и письменных текстах;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намерения других, проявлять уважительное отношение к собеседнику и в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корректной форме формулировать свои возражения;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в ходе диалога </w:t>
      </w:r>
      <w:proofErr w:type="gram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и(</w:t>
      </w:r>
      <w:proofErr w:type="gram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сопоставлять свои суждения с сужден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иями других участников диалога, обнаруживать различие и сходство позиций;</w:t>
      </w:r>
    </w:p>
    <w:p w:rsidR="00E07013" w:rsidRPr="00A96E49" w:rsidRDefault="00E07013">
      <w:pPr>
        <w:rPr>
          <w:lang w:val="ru-RU"/>
        </w:rPr>
        <w:sectPr w:rsidR="00E07013" w:rsidRPr="00A96E49">
          <w:pgSz w:w="11900" w:h="16840"/>
          <w:pgMar w:top="310" w:right="822" w:bottom="356" w:left="666" w:header="720" w:footer="720" w:gutter="0"/>
          <w:cols w:space="720" w:equalWidth="0">
            <w:col w:w="10412" w:space="0"/>
          </w:cols>
          <w:docGrid w:linePitch="360"/>
        </w:sectPr>
      </w:pPr>
    </w:p>
    <w:p w:rsidR="00E07013" w:rsidRPr="00A96E49" w:rsidRDefault="00E07013">
      <w:pPr>
        <w:autoSpaceDE w:val="0"/>
        <w:autoSpaceDN w:val="0"/>
        <w:spacing w:after="78" w:line="220" w:lineRule="exact"/>
        <w:rPr>
          <w:lang w:val="ru-RU"/>
        </w:rPr>
      </w:pPr>
    </w:p>
    <w:p w:rsidR="00E07013" w:rsidRPr="00A96E49" w:rsidRDefault="00B242A8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A96E49">
        <w:rPr>
          <w:lang w:val="ru-RU"/>
        </w:rPr>
        <w:tab/>
      </w:r>
      <w:proofErr w:type="gram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публично представлять результаты выполненного опыта (эксперимента, исследования, проекта); </w:t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2) совместная деятельность: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использовать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  <w:proofErr w:type="gram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принимать цель совместной деятельности, коллективно строить действия по е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ё достижению: распределять роли, договариваться, обсуждать процесс и результат совместной работы;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обобщать мнения </w:t>
      </w:r>
      <w:proofErr w:type="gram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нескольких</w:t>
      </w:r>
      <w:proofErr w:type="gram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людей, проявлять готовность руководить, выполнять </w:t>
      </w:r>
      <w:r w:rsidRPr="00A96E49">
        <w:rPr>
          <w:lang w:val="ru-RU"/>
        </w:rPr>
        <w:br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поручения, подчиняться;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планировать организацию совместной работы, опр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 </w:t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выполнять свою часть работы, до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стигать качественного результата по своему направлению и координировать свои действия с другими членами команды;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качество своего вклада в общий продукт по критериям, самостоятельно </w:t>
      </w:r>
      <w:r w:rsidRPr="00A96E49">
        <w:rPr>
          <w:lang w:val="ru-RU"/>
        </w:rPr>
        <w:br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сформулированным участниками взаимодействия;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сравнивать резу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льтаты с исходной задачей и вклад каждого члена команды в достижение </w:t>
      </w:r>
      <w:r w:rsidRPr="00A96E49">
        <w:rPr>
          <w:lang w:val="ru-RU"/>
        </w:rPr>
        <w:br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результатов, разделять сферу ответственности и проявлять готовность к предоставлению отчёта перед группой.</w:t>
      </w:r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универсальных учебных коммуникативных действий обеспечивает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социальных навыков и эмоционального интеллекта обучающихся.</w:t>
      </w:r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190" w:after="0" w:line="290" w:lineRule="auto"/>
        <w:ind w:right="288"/>
        <w:rPr>
          <w:lang w:val="ru-RU"/>
        </w:rPr>
      </w:pPr>
      <w:r w:rsidRPr="00A96E49">
        <w:rPr>
          <w:lang w:val="ru-RU"/>
        </w:rPr>
        <w:tab/>
      </w:r>
      <w:proofErr w:type="gramStart"/>
      <w:r w:rsidRPr="00A96E4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Овладение универсальными учебными регулятивными действиями</w:t>
      </w: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самоорганизация: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проблемы для решения в жизненных и учебных ситуациях;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различных подходах принятия решений (индивидуальное, принятие решения в группе, принятие решений группой);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составлять алгоритм решения  задачи  (или его часть), выбирать способ решения учебной задачи с учётом имеющихся ре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сурсов и собственных возможностей, аргументировать предлагаемые варианты решений;</w:t>
      </w:r>
      <w:proofErr w:type="gram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делат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ь выбор и брать ответственность за решение;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2) самоконтроль: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способами самоконтроля, </w:t>
      </w:r>
      <w:proofErr w:type="spell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самомотивации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и рефлексии;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давать адекватную оценку ситуации и предлагать план её изменения;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proofErr w:type="gram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учитывать контекст и предвидеть трудности, которые могут возни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кнуть при решении учебной задачи, адаптировать решение к меняющимся обстоятельствам;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объяснять причины достижения (</w:t>
      </w:r>
      <w:proofErr w:type="spell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) результатов деятельности, давать оценку приобретённому опыту, уметь находить позитивное в произошедшей ситуации;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вносить ко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ррективы в деятельность на основе новых обстоятельств, изменившихся ситуаций, установленных ошибок, возникших трудностей;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оценивать соответствие результата цели и условиям;</w:t>
      </w:r>
      <w:proofErr w:type="gram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>3) эмоциональный интеллект:</w:t>
      </w:r>
    </w:p>
    <w:p w:rsidR="00E07013" w:rsidRPr="00A96E49" w:rsidRDefault="00E07013">
      <w:pPr>
        <w:rPr>
          <w:lang w:val="ru-RU"/>
        </w:rPr>
        <w:sectPr w:rsidR="00E07013" w:rsidRPr="00A96E49">
          <w:pgSz w:w="11900" w:h="16840"/>
          <w:pgMar w:top="298" w:right="688" w:bottom="368" w:left="666" w:header="720" w:footer="720" w:gutter="0"/>
          <w:cols w:space="720" w:equalWidth="0">
            <w:col w:w="10546" w:space="0"/>
          </w:cols>
          <w:docGrid w:linePitch="360"/>
        </w:sectPr>
      </w:pPr>
    </w:p>
    <w:p w:rsidR="00E07013" w:rsidRPr="00A96E49" w:rsidRDefault="00E07013">
      <w:pPr>
        <w:autoSpaceDE w:val="0"/>
        <w:autoSpaceDN w:val="0"/>
        <w:spacing w:after="78" w:line="220" w:lineRule="exact"/>
        <w:rPr>
          <w:lang w:val="ru-RU"/>
        </w:rPr>
      </w:pPr>
    </w:p>
    <w:p w:rsidR="00E07013" w:rsidRPr="00A96E49" w:rsidRDefault="00B242A8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A96E49">
        <w:rPr>
          <w:lang w:val="ru-RU"/>
        </w:rPr>
        <w:tab/>
      </w:r>
      <w:proofErr w:type="gram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различать, называть и управлять собственными эмоциями и эмоциями других;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анализировать причины эмоций;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ставить себя на место другого человека, понимать мот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ивы и намерения другого;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регулировать способ выражения эмоций;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4) принятие себя и других: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осознанно относиться к другому человеку, его мнению; признавать своё право на ошибку и такое же право другого;</w:t>
      </w:r>
      <w:proofErr w:type="gram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принимать себя и других, не осуждая;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открытость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себе и другим;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осознавать невозможность контролировать всё вокруг.</w:t>
      </w:r>
    </w:p>
    <w:p w:rsidR="00E07013" w:rsidRPr="00A96E49" w:rsidRDefault="00B242A8">
      <w:pPr>
        <w:autoSpaceDE w:val="0"/>
        <w:autoSpaceDN w:val="0"/>
        <w:spacing w:before="70" w:after="0" w:line="274" w:lineRule="auto"/>
        <w:ind w:right="144" w:firstLine="180"/>
        <w:rPr>
          <w:lang w:val="ru-RU"/>
        </w:rPr>
      </w:pP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ия собой, самодисциплины, устойчивого поведения).</w:t>
      </w:r>
    </w:p>
    <w:p w:rsidR="00E07013" w:rsidRPr="00A96E49" w:rsidRDefault="00B242A8">
      <w:pPr>
        <w:autoSpaceDE w:val="0"/>
        <w:autoSpaceDN w:val="0"/>
        <w:spacing w:before="262" w:after="0" w:line="230" w:lineRule="auto"/>
        <w:rPr>
          <w:lang w:val="ru-RU"/>
        </w:rPr>
      </w:pP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E07013" w:rsidRPr="00A96E49" w:rsidRDefault="00B242A8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по учебному предмету «Иностранный (английский) язык» предметной области «Иностранные языки» ориентированы на применение знаний, умений и навыков в учебных ситуаци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ях и реальных жизненных условиях, должны отражать </w:t>
      </w:r>
      <w:proofErr w:type="spell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иноязычной коммуникативной компетенции на </w:t>
      </w:r>
      <w:proofErr w:type="spell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допороговом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уровне в совокупности её составляющих — речевой, языковой, социокультурной, компенсаторной, </w:t>
      </w:r>
      <w:proofErr w:type="spell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метапредметной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(учебно-познавательной).</w:t>
      </w:r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190" w:after="0" w:line="290" w:lineRule="auto"/>
        <w:rPr>
          <w:lang w:val="ru-RU"/>
        </w:rPr>
      </w:pPr>
      <w:r w:rsidRPr="00A96E49">
        <w:rPr>
          <w:lang w:val="ru-RU"/>
        </w:rPr>
        <w:tab/>
      </w:r>
      <w:proofErr w:type="gram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1)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Владеть основными видами речевой деятельности: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говорение: </w:t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вести разные виды диалогов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(диалог этикетного характера, диалог — побуждение к действию, диалог-расспрос) в рамках тематического содержания речи в стандартных ситуациях неофициального общения с в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ербальными и/или зрительными опорами, с соблюдением норм речевого этикета, принятого в стране/странах изучаемого языка (до 5 реплик со стороны каждого собеседника);</w:t>
      </w:r>
      <w:proofErr w:type="gram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A96E49">
        <w:rPr>
          <w:lang w:val="ru-RU"/>
        </w:rPr>
        <w:tab/>
      </w:r>
      <w:proofErr w:type="gramStart"/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создавать разные виды монологических высказываний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(описание, в том числе характеристика; п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овествование/сообщение) с вербальными и/или зрительными опорами в рамках тематического содержания речи (объём монологического высказывания — 5-6 фраз); </w:t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излагать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основное содержание прочитанного текста с вербальными и/или зрительными опорами (объём — 5-6 фр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аз); кратко </w:t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излагать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результаты  выполненной проектной работы (объём — до 6 фраз);</w:t>
      </w:r>
      <w:proofErr w:type="gram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proofErr w:type="spellStart"/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>аудирование</w:t>
      </w:r>
      <w:proofErr w:type="spellEnd"/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воспринимать на слух и понимать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несложные адаптированные аутентичные тексты, содержащие отдельные незнакомые слова, со зрительными опорами или без опоры с раз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текста/текстов для </w:t>
      </w:r>
      <w:proofErr w:type="spell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— до 1 минуты);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proofErr w:type="spellStart"/>
      <w:proofErr w:type="gramStart"/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>смысловоечтение</w:t>
      </w:r>
      <w:proofErr w:type="spellEnd"/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: </w:t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>чита</w:t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ть про себя и понимать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пониманием запрашиваемой информации (объём текста/текстов для чтения — 180-200 слов); читать про себя </w:t>
      </w:r>
      <w:proofErr w:type="spell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несплошные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тексты (таблицы) и понимать представленную в них информацию;</w:t>
      </w:r>
      <w:proofErr w:type="gram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письменная речь: </w:t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писать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короткие поздравления с праздниками; заполнять анкеты и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формуляры, сообщая о себе основные сведения, в соответствии с нормами, принятыми в стране/странах </w:t>
      </w:r>
      <w:r w:rsidRPr="00A96E49">
        <w:rPr>
          <w:lang w:val="ru-RU"/>
        </w:rPr>
        <w:br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изучаемого языка; </w:t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писать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электронное сообщение личного характера, соблюдая речевой этикет, принятый в стране/странах изучаемого языка (объём сообщения — до 6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0 слов);</w:t>
      </w:r>
    </w:p>
    <w:p w:rsidR="00E07013" w:rsidRPr="00A96E49" w:rsidRDefault="00B242A8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2) </w:t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>владеть</w:t>
      </w: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фонетическими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навыками: </w:t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различать на слух и адекватно,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без ошибок, ведущих к сбою коммуникации, </w:t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произносить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слова с правильным ударением и фразы с соблюдением их ритмико-интонационных особенностей, в том числе </w:t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применять правила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отсутствия фразового ударения </w:t>
      </w:r>
      <w:proofErr w:type="gram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на</w:t>
      </w:r>
      <w:proofErr w:type="gramEnd"/>
    </w:p>
    <w:p w:rsidR="00E07013" w:rsidRPr="00A96E49" w:rsidRDefault="00E07013">
      <w:pPr>
        <w:rPr>
          <w:lang w:val="ru-RU"/>
        </w:rPr>
        <w:sectPr w:rsidR="00E07013" w:rsidRPr="00A96E49">
          <w:pgSz w:w="11900" w:h="16840"/>
          <w:pgMar w:top="298" w:right="676" w:bottom="332" w:left="666" w:header="720" w:footer="720" w:gutter="0"/>
          <w:cols w:space="720" w:equalWidth="0">
            <w:col w:w="10558" w:space="0"/>
          </w:cols>
          <w:docGrid w:linePitch="360"/>
        </w:sectPr>
      </w:pPr>
    </w:p>
    <w:p w:rsidR="00E07013" w:rsidRPr="00A96E49" w:rsidRDefault="00E07013">
      <w:pPr>
        <w:autoSpaceDE w:val="0"/>
        <w:autoSpaceDN w:val="0"/>
        <w:spacing w:after="66" w:line="220" w:lineRule="exact"/>
        <w:rPr>
          <w:lang w:val="ru-RU"/>
        </w:rPr>
      </w:pPr>
    </w:p>
    <w:p w:rsidR="00E07013" w:rsidRPr="00A96E49" w:rsidRDefault="00B242A8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proofErr w:type="gram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служебных словах; </w:t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выразительно читать вслух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небольшие адаптированные аутентичные тексты объёмом до 90 слов, построенные на изученном я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зыковом материале, с соблюдением правил чтения и соответствующей интонацией, демонстрируя понимание содержания текста; читать новые слова согласно основным правилам чтения;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>владеть</w:t>
      </w: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орфографическими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навыками: правильно </w:t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писать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изученные слова;</w:t>
      </w:r>
      <w:proofErr w:type="gram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>владеть</w:t>
      </w: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пу</w:t>
      </w: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нктуационными </w:t>
      </w:r>
      <w:proofErr w:type="spell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навыками</w:t>
      </w:r>
      <w:proofErr w:type="gram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>и</w:t>
      </w:r>
      <w:proofErr w:type="gramEnd"/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>спользовать</w:t>
      </w:r>
      <w:proofErr w:type="spellEnd"/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точку, вопросительный и восклицательный знаки в конце предложения, запятую при перечислении и обращении, апостроф; пунктуационно правильно оформлять электронное сообщение личного характера;</w:t>
      </w:r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3) </w:t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в звучащем и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письменном тексте 675 лексических единиц (слов, словосочетаний, речевых клише) и правильно </w:t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употреблять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в устной и письменной речи 625 лексических единиц (включая  500  лексических  единиц, освоенных в начальной школе), обслуживающих ситуации общения в рамк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ах отобранного тематического содержания, с соблюдением существующей нормы лексической сочетаемости;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proofErr w:type="gramStart"/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и употреблять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в устной и письменной речи родственные слова, образованные с использованием аффиксации: имена существительные с суффиксами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er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or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ist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sion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/-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tion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; имена прилагательные с суффиксами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ful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,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ian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/-</w:t>
      </w:r>
      <w:r>
        <w:rPr>
          <w:rFonts w:ascii="Times New Roman" w:eastAsia="Times New Roman" w:hAnsi="Times New Roman"/>
          <w:color w:val="000000"/>
          <w:sz w:val="24"/>
        </w:rPr>
        <w:t>an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; наречия с суффиксом 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ly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; имена прилагательные, имена существительные и наречия с отрицательным префиксом </w:t>
      </w:r>
      <w:r>
        <w:rPr>
          <w:rFonts w:ascii="Times New Roman" w:eastAsia="Times New Roman" w:hAnsi="Times New Roman"/>
          <w:color w:val="000000"/>
          <w:sz w:val="24"/>
        </w:rPr>
        <w:t>un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-;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и употреблять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в устной и письменной речи изученные синон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имы и </w:t>
      </w:r>
      <w:r w:rsidRPr="00A96E49">
        <w:rPr>
          <w:lang w:val="ru-RU"/>
        </w:rPr>
        <w:br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интернациональные слова;</w:t>
      </w:r>
      <w:proofErr w:type="gramEnd"/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A96E49">
        <w:rPr>
          <w:lang w:val="ru-RU"/>
        </w:rPr>
        <w:tab/>
      </w:r>
      <w:proofErr w:type="gram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4) </w:t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знать и понимать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особенности структуры простых и сложных предложений английского языка; различных коммуникативных типов предложений английского языка; 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в письменном и звучащем тексте и употреблять в устной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и письменной речи:</w:t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-  предложения с несколькими обстоятельствами, следующими в определённом порядке;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- вопросительные предложения (альтернативный и разделительный вопросы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Past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Future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Simple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);</w:t>
      </w:r>
      <w:proofErr w:type="gramEnd"/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proofErr w:type="gram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глаголы в  </w:t>
      </w:r>
      <w:proofErr w:type="spell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видо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-временных  формах  действите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льного  залога в изъявительном наклонении в </w:t>
      </w:r>
      <w:r>
        <w:rPr>
          <w:rFonts w:ascii="Times New Roman" w:eastAsia="Times New Roman" w:hAnsi="Times New Roman"/>
          <w:color w:val="000000"/>
          <w:sz w:val="24"/>
        </w:rPr>
        <w:t>Present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Perfect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Tense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в повествовательных (утвердительных и отрицательных) и вопросительных предложениях;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- имена существительные во множественном числе, в том числе имена существительные, имеющие форму только м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ножественного числа;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- имена существительные с причастиями настоящего и прошедшего времени;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- наречия в положительной, сравнительной и превосходной степенях, образованные по правилу, и исключения;</w:t>
      </w:r>
      <w:proofErr w:type="gramEnd"/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5) </w:t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владеть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социокультурными знаниями и умениями: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>- испо</w:t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льзовать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отдельные социокультурные элементы речевого поведенческого этикета в стране/странах изучаемого языка в рамках тематического содержания;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- знать/понимать и использовать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в устной и письменной речи наиболее употребительную лексику,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обозначающую фоновую лексику и реалии страны/стран изучаемого языка в рамках тематического содержания речи;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- правильно оформлять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адрес, писать фамилии и имена (свои, родственников и друзей) на английском языке (в анкете, формуляре);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- обладать базовыми </w:t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знаниями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о социокультурном портрете родной страны и страны/стран изучаемого языка;</w:t>
      </w:r>
      <w:r w:rsidRPr="00A96E49">
        <w:rPr>
          <w:lang w:val="ru-RU"/>
        </w:rPr>
        <w:br/>
      </w: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кратко представлять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Россию и страны/стран изучаемого языка;</w:t>
      </w:r>
    </w:p>
    <w:p w:rsidR="00E07013" w:rsidRPr="00A96E49" w:rsidRDefault="00B242A8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6) </w:t>
      </w:r>
      <w:r w:rsidRPr="00A96E4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владеть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компенсаторными умениями: использовать при чтении и </w:t>
      </w:r>
      <w:proofErr w:type="spell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аудировании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языковую</w:t>
      </w:r>
      <w:proofErr w:type="gramEnd"/>
    </w:p>
    <w:p w:rsidR="00E07013" w:rsidRPr="00A96E49" w:rsidRDefault="00E07013">
      <w:pPr>
        <w:rPr>
          <w:lang w:val="ru-RU"/>
        </w:rPr>
        <w:sectPr w:rsidR="00E07013" w:rsidRPr="00A96E49">
          <w:pgSz w:w="11900" w:h="16840"/>
          <w:pgMar w:top="286" w:right="728" w:bottom="368" w:left="666" w:header="720" w:footer="720" w:gutter="0"/>
          <w:cols w:space="720" w:equalWidth="0">
            <w:col w:w="10506" w:space="0"/>
          </w:cols>
          <w:docGrid w:linePitch="360"/>
        </w:sectPr>
      </w:pPr>
    </w:p>
    <w:p w:rsidR="00E07013" w:rsidRPr="00A96E49" w:rsidRDefault="00E07013">
      <w:pPr>
        <w:autoSpaceDE w:val="0"/>
        <w:autoSpaceDN w:val="0"/>
        <w:spacing w:after="66" w:line="220" w:lineRule="exact"/>
        <w:rPr>
          <w:lang w:val="ru-RU"/>
        </w:rPr>
      </w:pPr>
    </w:p>
    <w:p w:rsidR="00E07013" w:rsidRPr="00A96E49" w:rsidRDefault="00B242A8">
      <w:pPr>
        <w:autoSpaceDE w:val="0"/>
        <w:autoSpaceDN w:val="0"/>
        <w:spacing w:after="0" w:line="271" w:lineRule="auto"/>
        <w:rPr>
          <w:lang w:val="ru-RU"/>
        </w:rPr>
      </w:pP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догадку, в том числе контекстуальную; игнорировать информацию, не являющуюся необходимой для понимания основного содержания прочитанного/ прослушанного текста ил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и для нахождения в тексте запрашиваемой информации;</w:t>
      </w:r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190" w:after="0" w:line="262" w:lineRule="auto"/>
        <w:rPr>
          <w:lang w:val="ru-RU"/>
        </w:rPr>
      </w:pP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7) 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Интернет;</w:t>
      </w:r>
    </w:p>
    <w:p w:rsidR="00E07013" w:rsidRPr="00A96E49" w:rsidRDefault="00B242A8">
      <w:pPr>
        <w:tabs>
          <w:tab w:val="left" w:pos="180"/>
        </w:tabs>
        <w:autoSpaceDE w:val="0"/>
        <w:autoSpaceDN w:val="0"/>
        <w:spacing w:before="190" w:after="0" w:line="262" w:lineRule="auto"/>
        <w:ind w:right="576"/>
        <w:rPr>
          <w:lang w:val="ru-RU"/>
        </w:rPr>
      </w:pPr>
      <w:r w:rsidRPr="00A96E49">
        <w:rPr>
          <w:lang w:val="ru-RU"/>
        </w:rPr>
        <w:tab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8) использовать иноязычные словари и справочники, в том числе информационно-справочные системы в электронной форме.</w:t>
      </w:r>
    </w:p>
    <w:p w:rsidR="00E07013" w:rsidRPr="00A96E49" w:rsidRDefault="00E07013">
      <w:pPr>
        <w:rPr>
          <w:lang w:val="ru-RU"/>
        </w:rPr>
        <w:sectPr w:rsidR="00E07013" w:rsidRPr="00A96E49">
          <w:pgSz w:w="11900" w:h="16840"/>
          <w:pgMar w:top="286" w:right="728" w:bottom="1440" w:left="666" w:header="720" w:footer="720" w:gutter="0"/>
          <w:cols w:space="720" w:equalWidth="0">
            <w:col w:w="10506" w:space="0"/>
          </w:cols>
          <w:docGrid w:linePitch="360"/>
        </w:sectPr>
      </w:pPr>
    </w:p>
    <w:p w:rsidR="00E07013" w:rsidRPr="00A96E49" w:rsidRDefault="00E07013">
      <w:pPr>
        <w:autoSpaceDE w:val="0"/>
        <w:autoSpaceDN w:val="0"/>
        <w:spacing w:after="64" w:line="220" w:lineRule="exact"/>
        <w:rPr>
          <w:lang w:val="ru-RU"/>
        </w:rPr>
      </w:pPr>
    </w:p>
    <w:p w:rsidR="00E07013" w:rsidRDefault="00B242A8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7072"/>
        <w:gridCol w:w="528"/>
        <w:gridCol w:w="1106"/>
        <w:gridCol w:w="1140"/>
        <w:gridCol w:w="888"/>
        <w:gridCol w:w="1274"/>
        <w:gridCol w:w="1116"/>
        <w:gridCol w:w="1994"/>
      </w:tblGrid>
      <w:tr w:rsidR="00E07013">
        <w:trPr>
          <w:trHeight w:hRule="exact" w:val="348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7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</w:t>
            </w:r>
            <w:r w:rsidRPr="00A96E4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1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47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(цифровые) образовательные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ресурсы</w:t>
            </w:r>
          </w:p>
        </w:tc>
      </w:tr>
      <w:tr w:rsidR="00E07013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013" w:rsidRDefault="00E07013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013" w:rsidRDefault="00E07013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013" w:rsidRDefault="00E07013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013" w:rsidRDefault="00E07013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013" w:rsidRDefault="00E07013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013" w:rsidRDefault="00E07013"/>
        </w:tc>
      </w:tr>
      <w:tr w:rsidR="00E07013" w:rsidRPr="00A96E49">
        <w:trPr>
          <w:trHeight w:hRule="exact" w:val="1118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</w:t>
            </w:r>
          </w:p>
        </w:tc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Моя семья. Мои друзья. Семейные праздники (день </w:t>
            </w: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рождения, Новый год)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01.09.2022 24.09.2022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речь; </w:t>
            </w:r>
            <w:r w:rsidRPr="00A96E49">
              <w:rPr>
                <w:lang w:val="ru-RU"/>
              </w:rPr>
              <w:br/>
            </w:r>
            <w:proofErr w:type="spellStart"/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аудирование</w:t>
            </w:r>
            <w:proofErr w:type="spellEnd"/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A96E49">
              <w:rPr>
                <w:lang w:val="ru-RU"/>
              </w:rPr>
              <w:br/>
            </w: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диалогическая речь;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РЭШ, ЦОР к учебнику, презентация</w:t>
            </w:r>
          </w:p>
        </w:tc>
      </w:tr>
      <w:tr w:rsidR="00E07013" w:rsidRPr="00A96E49">
        <w:trPr>
          <w:trHeight w:hRule="exact" w:val="111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</w:t>
            </w:r>
          </w:p>
        </w:tc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Внешность и характер человека/литературного персонажа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26.09.2022 12.10.2022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Монологическая </w:t>
            </w: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речь; </w:t>
            </w:r>
            <w:r w:rsidRPr="00A96E49">
              <w:rPr>
                <w:lang w:val="ru-RU"/>
              </w:rPr>
              <w:br/>
            </w:r>
            <w:proofErr w:type="spellStart"/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аудирование</w:t>
            </w:r>
            <w:proofErr w:type="spellEnd"/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A96E49">
              <w:rPr>
                <w:lang w:val="ru-RU"/>
              </w:rPr>
              <w:br/>
            </w: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</w:t>
            </w:r>
            <w:r w:rsidRPr="00A96E49">
              <w:rPr>
                <w:lang w:val="ru-RU"/>
              </w:rPr>
              <w:br/>
            </w: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речь;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РЭШ, ЦОР к учебнику, презентация</w:t>
            </w:r>
          </w:p>
        </w:tc>
      </w:tr>
      <w:tr w:rsidR="00E07013" w:rsidRPr="00A96E49">
        <w:trPr>
          <w:trHeight w:hRule="exact" w:val="111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</w:t>
            </w:r>
          </w:p>
        </w:tc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88" w:after="0" w:line="233" w:lineRule="auto"/>
              <w:ind w:left="72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>Досуг и увлечения/хобби современного подростка (чтение, кино, спорт)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13.10.2022 12.11.2022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Лексическая </w:t>
            </w:r>
            <w:r w:rsidRPr="00A96E49">
              <w:rPr>
                <w:lang w:val="ru-RU"/>
              </w:rPr>
              <w:br/>
            </w: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сторона речи; </w:t>
            </w:r>
            <w:proofErr w:type="spellStart"/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аудирование</w:t>
            </w:r>
            <w:proofErr w:type="spellEnd"/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; диалогическая речь;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РЭШ, ЦОР к учебнику, презентация</w:t>
            </w:r>
          </w:p>
        </w:tc>
      </w:tr>
      <w:tr w:rsidR="00E07013" w:rsidRPr="00A96E49">
        <w:trPr>
          <w:trHeight w:hRule="exact" w:val="1118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</w:t>
            </w:r>
          </w:p>
        </w:tc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3" w:lineRule="auto"/>
              <w:ind w:left="72"/>
            </w:pPr>
            <w:r w:rsidRPr="00A96E49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Здоровый образ жизни: режим труда и отдыха.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Здоровое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питание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14.11.2022 07.12.2022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речь; </w:t>
            </w:r>
            <w:r w:rsidRPr="00A96E49">
              <w:rPr>
                <w:lang w:val="ru-RU"/>
              </w:rPr>
              <w:br/>
            </w:r>
            <w:proofErr w:type="spellStart"/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аудирование</w:t>
            </w:r>
            <w:proofErr w:type="spellEnd"/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A96E49">
              <w:rPr>
                <w:lang w:val="ru-RU"/>
              </w:rPr>
              <w:br/>
            </w: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диалогическая речь;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РЭШ, ЦОР к учебнику, презентация</w:t>
            </w:r>
          </w:p>
        </w:tc>
      </w:tr>
      <w:tr w:rsidR="00E07013" w:rsidRPr="00A96E49">
        <w:trPr>
          <w:trHeight w:hRule="exact" w:val="1116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</w:t>
            </w:r>
          </w:p>
        </w:tc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88" w:after="0" w:line="228" w:lineRule="auto"/>
              <w:ind w:left="72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>Покупки: одежда, обувь и продукты питания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22.12.2022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Монологическая речь; </w:t>
            </w:r>
            <w:r w:rsidRPr="00A96E49">
              <w:rPr>
                <w:lang w:val="ru-RU"/>
              </w:rPr>
              <w:br/>
            </w:r>
            <w:proofErr w:type="spellStart"/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аудирование</w:t>
            </w:r>
            <w:proofErr w:type="spellEnd"/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A96E49">
              <w:rPr>
                <w:lang w:val="ru-RU"/>
              </w:rPr>
              <w:br/>
            </w: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</w:t>
            </w:r>
            <w:r w:rsidRPr="00A96E49">
              <w:rPr>
                <w:lang w:val="ru-RU"/>
              </w:rPr>
              <w:br/>
            </w: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речь;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6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РЭШ, ЦОР к учебнику, презентация</w:t>
            </w:r>
          </w:p>
        </w:tc>
      </w:tr>
      <w:tr w:rsidR="00E07013" w:rsidRPr="00A96E49">
        <w:trPr>
          <w:trHeight w:hRule="exact" w:val="169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</w:t>
            </w:r>
          </w:p>
        </w:tc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3" w:lineRule="auto"/>
              <w:ind w:left="72"/>
            </w:pPr>
            <w:r w:rsidRPr="00A96E49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Школа, школьная жизнь, школьная форма, изучаемые предметы.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Переписка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зарубежными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сверстниками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24.12.2022 10.02.2023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речь; </w:t>
            </w:r>
            <w:r w:rsidRPr="00A96E49">
              <w:rPr>
                <w:lang w:val="ru-RU"/>
              </w:rPr>
              <w:br/>
            </w:r>
            <w:proofErr w:type="spellStart"/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аудирование</w:t>
            </w:r>
            <w:proofErr w:type="spellEnd"/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A96E49">
              <w:rPr>
                <w:lang w:val="ru-RU"/>
              </w:rPr>
              <w:br/>
            </w: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монологическая речь; </w:t>
            </w:r>
            <w:r w:rsidRPr="00A96E49">
              <w:rPr>
                <w:lang w:val="ru-RU"/>
              </w:rPr>
              <w:br/>
            </w: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орфография; </w:t>
            </w:r>
            <w:r w:rsidRPr="00A96E49">
              <w:rPr>
                <w:lang w:val="ru-RU"/>
              </w:rPr>
              <w:br/>
            </w: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грамматическая сторона речи;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РЭШ, ЦОР к учебнику, презентация</w:t>
            </w:r>
          </w:p>
        </w:tc>
      </w:tr>
      <w:tr w:rsidR="00E07013" w:rsidRPr="00A96E49">
        <w:trPr>
          <w:trHeight w:hRule="exact" w:val="1672"/>
        </w:trPr>
        <w:tc>
          <w:tcPr>
            <w:tcW w:w="3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</w:t>
            </w:r>
          </w:p>
        </w:tc>
        <w:tc>
          <w:tcPr>
            <w:tcW w:w="707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4" w:after="0" w:line="233" w:lineRule="auto"/>
              <w:ind w:left="72"/>
            </w:pPr>
            <w:r w:rsidRPr="00A96E49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Каникулы в различное время года.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отдыха</w:t>
            </w:r>
            <w:proofErr w:type="spellEnd"/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11.02.2023 28.02.2023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74" w:after="0" w:line="254" w:lineRule="auto"/>
              <w:ind w:left="72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речь; </w:t>
            </w:r>
            <w:r w:rsidRPr="00A96E49">
              <w:rPr>
                <w:lang w:val="ru-RU"/>
              </w:rPr>
              <w:br/>
            </w:r>
            <w:proofErr w:type="spellStart"/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аудирование</w:t>
            </w:r>
            <w:proofErr w:type="spellEnd"/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A96E49">
              <w:rPr>
                <w:lang w:val="ru-RU"/>
              </w:rPr>
              <w:br/>
            </w: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монологическая речь; </w:t>
            </w:r>
            <w:r w:rsidRPr="00A96E49">
              <w:rPr>
                <w:lang w:val="ru-RU"/>
              </w:rPr>
              <w:br/>
            </w: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орфография; </w:t>
            </w:r>
            <w:r w:rsidRPr="00A96E49">
              <w:rPr>
                <w:lang w:val="ru-RU"/>
              </w:rPr>
              <w:br/>
            </w: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грамматическая сторона речи;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4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74" w:after="0" w:line="245" w:lineRule="auto"/>
              <w:ind w:left="72" w:right="288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РЭШ, ЦОР к учебнику, презентация</w:t>
            </w:r>
          </w:p>
        </w:tc>
      </w:tr>
    </w:tbl>
    <w:p w:rsidR="00E07013" w:rsidRPr="00A96E49" w:rsidRDefault="00E07013">
      <w:pPr>
        <w:autoSpaceDE w:val="0"/>
        <w:autoSpaceDN w:val="0"/>
        <w:spacing w:after="0" w:line="14" w:lineRule="exact"/>
        <w:rPr>
          <w:lang w:val="ru-RU"/>
        </w:rPr>
      </w:pPr>
    </w:p>
    <w:p w:rsidR="00E07013" w:rsidRPr="00A96E49" w:rsidRDefault="00E07013">
      <w:pPr>
        <w:rPr>
          <w:lang w:val="ru-RU"/>
        </w:rPr>
        <w:sectPr w:rsidR="00E07013" w:rsidRPr="00A96E49">
          <w:pgSz w:w="16840" w:h="11900"/>
          <w:pgMar w:top="282" w:right="640" w:bottom="49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07013" w:rsidRPr="00A96E49" w:rsidRDefault="00E07013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84"/>
        <w:gridCol w:w="7072"/>
        <w:gridCol w:w="528"/>
        <w:gridCol w:w="1106"/>
        <w:gridCol w:w="1140"/>
        <w:gridCol w:w="888"/>
        <w:gridCol w:w="1274"/>
        <w:gridCol w:w="1116"/>
        <w:gridCol w:w="1994"/>
      </w:tblGrid>
      <w:tr w:rsidR="00E07013" w:rsidRPr="00A96E49">
        <w:trPr>
          <w:trHeight w:hRule="exact" w:val="181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8.</w:t>
            </w:r>
          </w:p>
        </w:tc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3" w:lineRule="auto"/>
              <w:ind w:left="72"/>
            </w:pPr>
            <w:r w:rsidRPr="00A96E49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Природа: дикие и домашние животные.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Погода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01.03.2023 20.03.2023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речь; </w:t>
            </w:r>
            <w:r w:rsidRPr="00A96E49">
              <w:rPr>
                <w:lang w:val="ru-RU"/>
              </w:rPr>
              <w:br/>
            </w:r>
            <w:proofErr w:type="spellStart"/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аудирование</w:t>
            </w:r>
            <w:proofErr w:type="spellEnd"/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A96E49">
              <w:rPr>
                <w:lang w:val="ru-RU"/>
              </w:rPr>
              <w:br/>
            </w: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монологическая речь; </w:t>
            </w:r>
            <w:r w:rsidRPr="00A96E49">
              <w:rPr>
                <w:lang w:val="ru-RU"/>
              </w:rPr>
              <w:br/>
            </w: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орфография; </w:t>
            </w:r>
            <w:r w:rsidRPr="00A96E49">
              <w:rPr>
                <w:lang w:val="ru-RU"/>
              </w:rPr>
              <w:br/>
            </w: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грамматическая сторона речи;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45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РЭШ, ЦОР к учебнику, презентация</w:t>
            </w:r>
          </w:p>
        </w:tc>
      </w:tr>
      <w:tr w:rsidR="00E07013" w:rsidRPr="00A96E49">
        <w:trPr>
          <w:trHeight w:hRule="exact" w:val="1692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9.</w:t>
            </w:r>
          </w:p>
        </w:tc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Родной город/село. Транспорт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22.03.2023 12.04.2023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речь; </w:t>
            </w:r>
            <w:r w:rsidRPr="00A96E49">
              <w:rPr>
                <w:lang w:val="ru-RU"/>
              </w:rPr>
              <w:br/>
            </w:r>
            <w:proofErr w:type="spellStart"/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аудирование</w:t>
            </w:r>
            <w:proofErr w:type="spellEnd"/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A96E49">
              <w:rPr>
                <w:lang w:val="ru-RU"/>
              </w:rPr>
              <w:br/>
            </w: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монологическая речь; </w:t>
            </w:r>
            <w:r w:rsidRPr="00A96E49">
              <w:rPr>
                <w:lang w:val="ru-RU"/>
              </w:rPr>
              <w:br/>
            </w: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орфография; </w:t>
            </w:r>
            <w:r w:rsidRPr="00A96E49">
              <w:rPr>
                <w:lang w:val="ru-RU"/>
              </w:rPr>
              <w:br/>
            </w: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грамматическая сторона речи;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РЭШ, ЦОР к учебнику, презентация</w:t>
            </w:r>
          </w:p>
        </w:tc>
      </w:tr>
      <w:tr w:rsidR="00E07013" w:rsidRPr="00A96E49">
        <w:trPr>
          <w:trHeight w:hRule="exact" w:val="1694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</w:t>
            </w:r>
          </w:p>
        </w:tc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88" w:after="0" w:line="254" w:lineRule="auto"/>
              <w:ind w:left="72" w:right="1008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 xml:space="preserve">Родная страна и страна/страны изучаемого языка. </w:t>
            </w:r>
            <w:proofErr w:type="gramStart"/>
            <w:r w:rsidRPr="00A96E49">
              <w:rPr>
                <w:rFonts w:ascii="Times New Roman" w:eastAsia="Times New Roman" w:hAnsi="Times New Roman"/>
                <w:color w:val="000000"/>
                <w:w w:val="102"/>
                <w:sz w:val="14"/>
                <w:lang w:val="ru-RU"/>
              </w:rPr>
              <w:t>Их географическое положение, столицы, достопримечательности, культурные особенности (национальные праздники, традиции, обычаи)</w:t>
            </w:r>
            <w:proofErr w:type="gram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13.04.2023 06.05.2023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Диалогическая речь; </w:t>
            </w:r>
            <w:r w:rsidRPr="00A96E49">
              <w:rPr>
                <w:lang w:val="ru-RU"/>
              </w:rPr>
              <w:br/>
            </w:r>
            <w:proofErr w:type="spellStart"/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аудирование</w:t>
            </w:r>
            <w:proofErr w:type="spellEnd"/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A96E49">
              <w:rPr>
                <w:lang w:val="ru-RU"/>
              </w:rPr>
              <w:br/>
            </w: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монологическая речь; </w:t>
            </w:r>
            <w:r w:rsidRPr="00A96E49">
              <w:rPr>
                <w:lang w:val="ru-RU"/>
              </w:rPr>
              <w:br/>
            </w: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орфография; </w:t>
            </w:r>
            <w:r w:rsidRPr="00A96E49">
              <w:rPr>
                <w:lang w:val="ru-RU"/>
              </w:rPr>
              <w:br/>
            </w: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грамматическая сторона речи;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8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РЭШ, ЦОР к учебнику, презентация</w:t>
            </w:r>
          </w:p>
        </w:tc>
      </w:tr>
      <w:tr w:rsidR="00E07013" w:rsidRPr="00A96E49">
        <w:trPr>
          <w:trHeight w:hRule="exact" w:val="1692"/>
        </w:trPr>
        <w:tc>
          <w:tcPr>
            <w:tcW w:w="3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</w:t>
            </w:r>
          </w:p>
        </w:tc>
        <w:tc>
          <w:tcPr>
            <w:tcW w:w="707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Выдающиеся люди родной страны и страны/стран изучаемого языка: писатели, поэты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4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08.05.2023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20.05.2023</w:t>
            </w:r>
          </w:p>
        </w:tc>
        <w:tc>
          <w:tcPr>
            <w:tcW w:w="12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74" w:after="0" w:line="254" w:lineRule="auto"/>
              <w:ind w:left="72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Монологическая речь; </w:t>
            </w:r>
            <w:r w:rsidRPr="00A96E49">
              <w:rPr>
                <w:lang w:val="ru-RU"/>
              </w:rPr>
              <w:br/>
            </w:r>
            <w:proofErr w:type="spellStart"/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аудирование</w:t>
            </w:r>
            <w:proofErr w:type="spellEnd"/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; </w:t>
            </w:r>
            <w:r w:rsidRPr="00A96E49">
              <w:rPr>
                <w:lang w:val="ru-RU"/>
              </w:rPr>
              <w:br/>
            </w: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орфография; </w:t>
            </w:r>
            <w:r w:rsidRPr="00A96E49">
              <w:rPr>
                <w:lang w:val="ru-RU"/>
              </w:rPr>
              <w:br/>
            </w: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грамматическая сторона речи; </w:t>
            </w:r>
            <w:r w:rsidRPr="00A96E49">
              <w:rPr>
                <w:lang w:val="ru-RU"/>
              </w:rPr>
              <w:br/>
            </w: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лексическая </w:t>
            </w:r>
            <w:r w:rsidRPr="00A96E49">
              <w:rPr>
                <w:lang w:val="ru-RU"/>
              </w:rPr>
              <w:br/>
            </w: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сторона речи;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4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9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74" w:after="0" w:line="245" w:lineRule="auto"/>
              <w:ind w:left="72" w:right="288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РЭШ, ЦОР к учебнику, презентация</w:t>
            </w:r>
          </w:p>
        </w:tc>
      </w:tr>
      <w:tr w:rsidR="00E07013">
        <w:trPr>
          <w:trHeight w:hRule="exact" w:val="328"/>
        </w:trPr>
        <w:tc>
          <w:tcPr>
            <w:tcW w:w="7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52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E07013"/>
        </w:tc>
      </w:tr>
    </w:tbl>
    <w:p w:rsidR="00E07013" w:rsidRDefault="00E07013">
      <w:pPr>
        <w:autoSpaceDE w:val="0"/>
        <w:autoSpaceDN w:val="0"/>
        <w:spacing w:after="0" w:line="14" w:lineRule="exact"/>
      </w:pPr>
    </w:p>
    <w:p w:rsidR="00E07013" w:rsidRDefault="00E07013">
      <w:pPr>
        <w:sectPr w:rsidR="00E07013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E07013" w:rsidRDefault="00E07013">
      <w:pPr>
        <w:autoSpaceDE w:val="0"/>
        <w:autoSpaceDN w:val="0"/>
        <w:spacing w:after="76" w:line="220" w:lineRule="exact"/>
      </w:pPr>
    </w:p>
    <w:p w:rsidR="00E07013" w:rsidRDefault="00B242A8">
      <w:pPr>
        <w:autoSpaceDE w:val="0"/>
        <w:autoSpaceDN w:val="0"/>
        <w:spacing w:after="284" w:line="230" w:lineRule="auto"/>
      </w:pPr>
      <w:r>
        <w:rPr>
          <w:rFonts w:ascii="Times New Roman" w:eastAsia="Times New Roman" w:hAnsi="Times New Roman"/>
          <w:b/>
          <w:color w:val="000000"/>
          <w:w w:val="101"/>
          <w:sz w:val="21"/>
        </w:rPr>
        <w:t xml:space="preserve">ПОУРОЧНОЕ ПЛАНИРОВАНИЕ </w:t>
      </w:r>
    </w:p>
    <w:tbl>
      <w:tblPr>
        <w:tblW w:w="0" w:type="auto"/>
        <w:tblInd w:w="4" w:type="dxa"/>
        <w:tblLayout w:type="fixed"/>
        <w:tblLook w:val="04A0" w:firstRow="1" w:lastRow="0" w:firstColumn="1" w:lastColumn="0" w:noHBand="0" w:noVBand="1"/>
      </w:tblPr>
      <w:tblGrid>
        <w:gridCol w:w="510"/>
        <w:gridCol w:w="3874"/>
        <w:gridCol w:w="648"/>
        <w:gridCol w:w="1436"/>
        <w:gridCol w:w="1480"/>
        <w:gridCol w:w="1094"/>
        <w:gridCol w:w="1618"/>
      </w:tblGrid>
      <w:tr w:rsidR="00E07013">
        <w:trPr>
          <w:trHeight w:hRule="exact" w:val="436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62" w:lineRule="auto"/>
              <w:ind w:left="66"/>
            </w:pP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1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1"/>
              </w:rPr>
              <w:t>п/п</w:t>
            </w:r>
          </w:p>
        </w:tc>
        <w:tc>
          <w:tcPr>
            <w:tcW w:w="3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1"/>
              </w:rPr>
              <w:t>Тема урока</w:t>
            </w:r>
          </w:p>
        </w:tc>
        <w:tc>
          <w:tcPr>
            <w:tcW w:w="3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1"/>
              </w:rPr>
              <w:t>Количество часов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62" w:lineRule="auto"/>
              <w:ind w:left="64"/>
            </w:pP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1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1"/>
              </w:rPr>
              <w:t>изучения</w:t>
            </w:r>
          </w:p>
        </w:tc>
        <w:tc>
          <w:tcPr>
            <w:tcW w:w="1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62" w:lineRule="auto"/>
              <w:ind w:left="64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1"/>
              </w:rPr>
              <w:t>Виды, формы контроля</w:t>
            </w:r>
          </w:p>
        </w:tc>
      </w:tr>
      <w:tr w:rsidR="00E07013">
        <w:trPr>
          <w:trHeight w:hRule="exact" w:val="734"/>
        </w:trPr>
        <w:tc>
          <w:tcPr>
            <w:tcW w:w="1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013" w:rsidRDefault="00E07013"/>
        </w:tc>
        <w:tc>
          <w:tcPr>
            <w:tcW w:w="1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013" w:rsidRDefault="00E07013"/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1"/>
              </w:rPr>
              <w:t xml:space="preserve">всего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62" w:lineRule="auto"/>
              <w:ind w:left="64"/>
            </w:pP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1"/>
              </w:rPr>
              <w:t>контрольные работы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62" w:lineRule="auto"/>
              <w:ind w:left="64"/>
            </w:pP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1"/>
              </w:rPr>
              <w:t>практические работы</w:t>
            </w:r>
          </w:p>
        </w:tc>
        <w:tc>
          <w:tcPr>
            <w:tcW w:w="1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013" w:rsidRDefault="00E07013"/>
        </w:tc>
        <w:tc>
          <w:tcPr>
            <w:tcW w:w="1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013" w:rsidRDefault="00E07013"/>
        </w:tc>
      </w:tr>
      <w:tr w:rsidR="00E07013">
        <w:trPr>
          <w:trHeight w:hRule="exact" w:val="73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62" w:lineRule="auto"/>
              <w:ind w:left="64" w:right="288"/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Взаимоотношения в семье с друзьями.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Моя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семья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. членв семьи.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05.09.2022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73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62" w:lineRule="auto"/>
              <w:ind w:left="64"/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Взаимоотношения в семье и с друзьями.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Моя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семья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. Семейные традиции.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06.09.2022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73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3.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62" w:lineRule="auto"/>
              <w:ind w:left="64"/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Взаимоотношения в семье и с друзьями.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Моя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семья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Питомец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07.09.2022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Диктант;</w:t>
            </w:r>
          </w:p>
        </w:tc>
      </w:tr>
      <w:tr w:rsidR="00E07013">
        <w:trPr>
          <w:trHeight w:hRule="exact" w:val="103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4.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86" w:after="0" w:line="271" w:lineRule="auto"/>
              <w:ind w:left="64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Взаимоотношения в семье и с друзьями. Моя семья.  Конфликтные ситуации и способы их решения.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12.09.2022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73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5.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62" w:lineRule="auto"/>
              <w:ind w:left="64"/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Взаимоотношения в семье и с друзьями.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Моя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семья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. Домашние обязанности.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13.09.2022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tabs>
                <w:tab w:val="left" w:pos="138"/>
              </w:tabs>
              <w:autoSpaceDE w:val="0"/>
              <w:autoSpaceDN w:val="0"/>
              <w:spacing w:before="86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контроль;</w:t>
            </w:r>
          </w:p>
        </w:tc>
      </w:tr>
      <w:tr w:rsidR="00E07013">
        <w:trPr>
          <w:trHeight w:hRule="exact" w:val="73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6.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86" w:after="0" w:line="262" w:lineRule="auto"/>
              <w:ind w:left="64" w:right="288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Моя семья. Любимые занятия членов семьи.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14.09.2022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tabs>
                <w:tab w:val="left" w:pos="138"/>
              </w:tabs>
              <w:autoSpaceDE w:val="0"/>
              <w:autoSpaceDN w:val="0"/>
              <w:spacing w:before="86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контроль;</w:t>
            </w:r>
          </w:p>
        </w:tc>
      </w:tr>
      <w:tr w:rsidR="00E07013">
        <w:trPr>
          <w:trHeight w:hRule="exact" w:val="4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7.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86" w:after="0" w:line="230" w:lineRule="auto"/>
              <w:ind w:left="64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Моя семья. Общение в семье.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19.09.2022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73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8.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86" w:after="0" w:line="262" w:lineRule="auto"/>
              <w:ind w:left="64" w:right="864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Моя семья</w:t>
            </w:r>
            <w:proofErr w:type="gramStart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.</w:t>
            </w:r>
            <w:proofErr w:type="gramEnd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 </w:t>
            </w:r>
            <w:proofErr w:type="gramStart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в</w:t>
            </w:r>
            <w:proofErr w:type="gramEnd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заимоотношения с друзьями.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20.09.2022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43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9.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86" w:after="0" w:line="230" w:lineRule="auto"/>
              <w:ind w:left="64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Мои </w:t>
            </w: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друзья. Лучший друг/подруга.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21.09.2022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73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10.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86" w:after="0" w:line="230" w:lineRule="auto"/>
              <w:ind w:left="64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Мои друзья. На улице с друзьями.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26.09.2022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tabs>
                <w:tab w:val="left" w:pos="138"/>
              </w:tabs>
              <w:autoSpaceDE w:val="0"/>
              <w:autoSpaceDN w:val="0"/>
              <w:spacing w:before="86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Контрольная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работа;</w:t>
            </w:r>
          </w:p>
        </w:tc>
      </w:tr>
      <w:tr w:rsidR="00E07013" w:rsidRPr="00A96E49">
        <w:trPr>
          <w:trHeight w:hRule="exact" w:val="133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11.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62" w:lineRule="auto"/>
              <w:ind w:left="64" w:right="288"/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Внешность  и характер человека. Моя семья.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Описание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характера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27.09.2022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86" w:after="0"/>
              <w:ind w:left="138" w:hanging="138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 Самооценка с </w:t>
            </w:r>
            <w:r w:rsidRPr="00A96E49">
              <w:rPr>
                <w:lang w:val="ru-RU"/>
              </w:rPr>
              <w:br/>
            </w:r>
            <w:proofErr w:type="spellStart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использованием</w:t>
            </w:r>
            <w:proofErr w:type="gramStart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«О</w:t>
            </w:r>
            <w:proofErr w:type="gramEnd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ценочного</w:t>
            </w:r>
            <w:proofErr w:type="spellEnd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 </w:t>
            </w:r>
            <w:r w:rsidRPr="00A96E49">
              <w:rPr>
                <w:lang w:val="ru-RU"/>
              </w:rPr>
              <w:br/>
            </w: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листа»;</w:t>
            </w:r>
          </w:p>
        </w:tc>
      </w:tr>
      <w:tr w:rsidR="00E07013">
        <w:trPr>
          <w:trHeight w:hRule="exact" w:val="73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12.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62" w:lineRule="auto"/>
              <w:ind w:left="64" w:right="288"/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Внешность и характер человека. Моя семья.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Внешность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28.09.2022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tabs>
                <w:tab w:val="left" w:pos="138"/>
              </w:tabs>
              <w:autoSpaceDE w:val="0"/>
              <w:autoSpaceDN w:val="0"/>
              <w:spacing w:before="86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контроль;</w:t>
            </w:r>
          </w:p>
        </w:tc>
      </w:tr>
      <w:tr w:rsidR="00E07013">
        <w:trPr>
          <w:trHeight w:hRule="exact" w:val="73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13.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86" w:after="0" w:line="262" w:lineRule="auto"/>
              <w:ind w:left="64" w:right="288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Внешность и характер человека. Моя </w:t>
            </w:r>
            <w:proofErr w:type="spellStart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семья</w:t>
            </w:r>
            <w:proofErr w:type="gramStart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.О</w:t>
            </w:r>
            <w:proofErr w:type="gramEnd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трицательные</w:t>
            </w:r>
            <w:proofErr w:type="spellEnd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 качества.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03.10.2022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73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14.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62" w:lineRule="auto"/>
              <w:ind w:left="64" w:right="288"/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Внешность и характер человека. Моя семья.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Внешность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друзей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04.10.2022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73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15.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62" w:lineRule="auto"/>
              <w:ind w:left="64" w:right="288"/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Внешность и характер человека. Моя семья.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Характер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05.10.2022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Тестирование;</w:t>
            </w:r>
          </w:p>
        </w:tc>
      </w:tr>
      <w:tr w:rsidR="00E07013">
        <w:trPr>
          <w:trHeight w:hRule="exact" w:val="73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16.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62" w:lineRule="auto"/>
              <w:ind w:left="64" w:right="288"/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Досуг и увлечения. Свободное время.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Вечеринка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10.10.2022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82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17.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62" w:lineRule="auto"/>
              <w:ind w:left="64" w:right="288"/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Досуг и увлечения. Свободное время.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День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рождение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11.10.2022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tabs>
                <w:tab w:val="left" w:pos="138"/>
              </w:tabs>
              <w:autoSpaceDE w:val="0"/>
              <w:autoSpaceDN w:val="0"/>
              <w:spacing w:before="86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Контрольная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работа;</w:t>
            </w:r>
          </w:p>
        </w:tc>
      </w:tr>
      <w:tr w:rsidR="00E07013">
        <w:trPr>
          <w:trHeight w:hRule="exact" w:val="71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18.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62" w:lineRule="auto"/>
              <w:ind w:left="64" w:right="288"/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Досуг и увлечения. Свободное время.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Чтение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книг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12.10.2022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</w:tbl>
    <w:p w:rsidR="00E07013" w:rsidRDefault="00E07013">
      <w:pPr>
        <w:autoSpaceDE w:val="0"/>
        <w:autoSpaceDN w:val="0"/>
        <w:spacing w:after="0" w:line="14" w:lineRule="exact"/>
      </w:pPr>
    </w:p>
    <w:p w:rsidR="00E07013" w:rsidRDefault="00E07013">
      <w:pPr>
        <w:sectPr w:rsidR="00E07013">
          <w:pgSz w:w="11900" w:h="16840"/>
          <w:pgMar w:top="298" w:right="556" w:bottom="476" w:left="656" w:header="720" w:footer="720" w:gutter="0"/>
          <w:cols w:space="720" w:equalWidth="0">
            <w:col w:w="10688" w:space="0"/>
          </w:cols>
          <w:docGrid w:linePitch="360"/>
        </w:sectPr>
      </w:pPr>
    </w:p>
    <w:p w:rsidR="00E07013" w:rsidRDefault="00E07013">
      <w:pPr>
        <w:autoSpaceDE w:val="0"/>
        <w:autoSpaceDN w:val="0"/>
        <w:spacing w:after="66" w:line="220" w:lineRule="exact"/>
      </w:pPr>
    </w:p>
    <w:tbl>
      <w:tblPr>
        <w:tblW w:w="0" w:type="auto"/>
        <w:tblInd w:w="4" w:type="dxa"/>
        <w:tblLayout w:type="fixed"/>
        <w:tblLook w:val="04A0" w:firstRow="1" w:lastRow="0" w:firstColumn="1" w:lastColumn="0" w:noHBand="0" w:noVBand="1"/>
      </w:tblPr>
      <w:tblGrid>
        <w:gridCol w:w="510"/>
        <w:gridCol w:w="3874"/>
        <w:gridCol w:w="648"/>
        <w:gridCol w:w="1436"/>
        <w:gridCol w:w="1480"/>
        <w:gridCol w:w="1094"/>
        <w:gridCol w:w="1618"/>
      </w:tblGrid>
      <w:tr w:rsidR="00E07013">
        <w:trPr>
          <w:trHeight w:hRule="exact" w:val="73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19.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62" w:lineRule="auto"/>
              <w:ind w:left="64" w:right="288"/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Досуг и увлечения. Свободное время.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Английский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писатель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17.10.2022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tabs>
                <w:tab w:val="left" w:pos="138"/>
              </w:tabs>
              <w:autoSpaceDE w:val="0"/>
              <w:autoSpaceDN w:val="0"/>
              <w:spacing w:before="86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контроль;</w:t>
            </w:r>
          </w:p>
        </w:tc>
      </w:tr>
      <w:tr w:rsidR="00E07013">
        <w:trPr>
          <w:trHeight w:hRule="exact" w:val="73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20.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62" w:lineRule="auto"/>
              <w:ind w:left="64" w:right="288"/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Досуг и увлечения. Свободное время.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Любимая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книга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18.10.2022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73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21.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62" w:lineRule="auto"/>
              <w:ind w:left="64" w:right="288"/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Досуг и увлечения. Свободное время.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Фотографии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19.10.2022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7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22.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62" w:lineRule="auto"/>
              <w:ind w:left="64" w:right="288"/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Досуг и увлечения. Свободное время.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Увлечения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моих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друзей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24.10.2022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tabs>
                <w:tab w:val="left" w:pos="138"/>
              </w:tabs>
              <w:autoSpaceDE w:val="0"/>
              <w:autoSpaceDN w:val="0"/>
              <w:spacing w:before="88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работа;</w:t>
            </w:r>
          </w:p>
        </w:tc>
      </w:tr>
      <w:tr w:rsidR="00E07013">
        <w:trPr>
          <w:trHeight w:hRule="exact" w:val="73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23.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62" w:lineRule="auto"/>
              <w:ind w:left="64" w:right="288"/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Досуг и увлечения. Свободное время.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Музыка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.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25.10.2022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73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24.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62" w:lineRule="auto"/>
              <w:ind w:left="64" w:right="288"/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Досуг и увлечения. Свободное время.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Молодежная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мода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26.10.2022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73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25.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88" w:after="0" w:line="262" w:lineRule="auto"/>
              <w:ind w:left="64" w:right="720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Досуг и увлечения. Обобщение и контроль.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07.11.2022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tabs>
                <w:tab w:val="left" w:pos="138"/>
              </w:tabs>
              <w:autoSpaceDE w:val="0"/>
              <w:autoSpaceDN w:val="0"/>
              <w:spacing w:before="88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Контрольная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работа;</w:t>
            </w:r>
          </w:p>
        </w:tc>
      </w:tr>
      <w:tr w:rsidR="00E07013">
        <w:trPr>
          <w:trHeight w:hRule="exact" w:val="103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26.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71" w:lineRule="auto"/>
              <w:ind w:left="64" w:right="288"/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Здоровый образ жизни: режим труда и отдыха, сбалансированное питание, посещение врача.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Погода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08.11.2022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43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27.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90" w:after="0" w:line="230" w:lineRule="auto"/>
              <w:ind w:left="64"/>
              <w:rPr>
                <w:lang w:val="ru-RU"/>
              </w:rPr>
            </w:pPr>
            <w:proofErr w:type="gramStart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Здоровый</w:t>
            </w:r>
            <w:proofErr w:type="gramEnd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 </w:t>
            </w:r>
            <w:proofErr w:type="spellStart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обрах</w:t>
            </w:r>
            <w:proofErr w:type="spellEnd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 жизни. Времена года.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09.11.2022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Тестирование;</w:t>
            </w:r>
          </w:p>
        </w:tc>
      </w:tr>
      <w:tr w:rsidR="00E07013">
        <w:trPr>
          <w:trHeight w:hRule="exact" w:val="4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28.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ЗОЖ.Проблемы </w:t>
            </w: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экологии.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14.11.2022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4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29.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ЗОЖ.Одежда.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15.11.2022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4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30.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ЗОЖ.Здоровье.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16.11.2022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4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31.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ЗОЖ.Болезни.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21.11.2022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4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32.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ЗОЖ.У врача.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22.11.2022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4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33.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ЗОЖ,Навестить больного друга.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23.11.2022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73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34.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ЗОЖ.Вредные привычки.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28.11.2022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tabs>
                <w:tab w:val="left" w:pos="138"/>
              </w:tabs>
              <w:autoSpaceDE w:val="0"/>
              <w:autoSpaceDN w:val="0"/>
              <w:spacing w:before="88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работа;</w:t>
            </w:r>
          </w:p>
        </w:tc>
      </w:tr>
      <w:tr w:rsidR="00E07013">
        <w:trPr>
          <w:trHeight w:hRule="exact" w:val="43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35.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ЗОЖ.Правильный перекус.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29.11.2022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103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4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36.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4" w:after="0" w:line="271" w:lineRule="auto"/>
              <w:ind w:left="64" w:right="144"/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Спорт. Виды спорта. Соревнования. </w:t>
            </w: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Выдающиеся спортсмены.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Мои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друзья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. Спорт.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4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4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4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30.11.2022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tabs>
                <w:tab w:val="left" w:pos="138"/>
              </w:tabs>
              <w:autoSpaceDE w:val="0"/>
              <w:autoSpaceDN w:val="0"/>
              <w:spacing w:before="84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Контрольная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работа;</w:t>
            </w:r>
          </w:p>
        </w:tc>
      </w:tr>
      <w:tr w:rsidR="00E07013">
        <w:trPr>
          <w:trHeight w:hRule="exact" w:val="104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37.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88" w:after="0" w:line="271" w:lineRule="auto"/>
              <w:ind w:left="64" w:right="432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Спорт. Виды спорта, соревнования, выдающиеся </w:t>
            </w:r>
            <w:proofErr w:type="spellStart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спортсмены</w:t>
            </w:r>
            <w:proofErr w:type="gramStart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.А</w:t>
            </w:r>
            <w:proofErr w:type="gramEnd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ктивные</w:t>
            </w:r>
            <w:proofErr w:type="spellEnd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 виды отдыха.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05.12.2022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7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38.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62" w:lineRule="auto"/>
              <w:ind w:left="64"/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Спорт. Виды спорта, соревнования. Мои друзья.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Хобби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06.12.2022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73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39.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88" w:after="0" w:line="262" w:lineRule="auto"/>
              <w:ind w:left="64" w:right="432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Спорт. Виды спорта, соревнования, Кружки.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07.12.2022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tabs>
                <w:tab w:val="left" w:pos="138"/>
              </w:tabs>
              <w:autoSpaceDE w:val="0"/>
              <w:autoSpaceDN w:val="0"/>
              <w:spacing w:before="88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контроль;</w:t>
            </w:r>
          </w:p>
        </w:tc>
      </w:tr>
      <w:tr w:rsidR="00E07013">
        <w:trPr>
          <w:trHeight w:hRule="exact" w:val="43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40.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Спорт. Экстремальные виды спорта.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12.12.2022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73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41.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62" w:lineRule="auto"/>
              <w:ind w:left="64" w:right="576"/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Школа. Школьная жизнь, учебные предметы.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Школьная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форма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13.12.2022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41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42.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Школа. Расписание.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14.12.2022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</w:tbl>
    <w:p w:rsidR="00E07013" w:rsidRDefault="00E07013">
      <w:pPr>
        <w:autoSpaceDE w:val="0"/>
        <w:autoSpaceDN w:val="0"/>
        <w:spacing w:after="0" w:line="14" w:lineRule="exact"/>
      </w:pPr>
    </w:p>
    <w:p w:rsidR="00E07013" w:rsidRDefault="00E07013">
      <w:pPr>
        <w:sectPr w:rsidR="00E07013">
          <w:pgSz w:w="11900" w:h="16840"/>
          <w:pgMar w:top="284" w:right="556" w:bottom="360" w:left="656" w:header="720" w:footer="720" w:gutter="0"/>
          <w:cols w:space="720" w:equalWidth="0">
            <w:col w:w="10688" w:space="0"/>
          </w:cols>
          <w:docGrid w:linePitch="360"/>
        </w:sectPr>
      </w:pPr>
    </w:p>
    <w:p w:rsidR="00E07013" w:rsidRDefault="00E07013">
      <w:pPr>
        <w:autoSpaceDE w:val="0"/>
        <w:autoSpaceDN w:val="0"/>
        <w:spacing w:after="66" w:line="220" w:lineRule="exact"/>
      </w:pPr>
    </w:p>
    <w:tbl>
      <w:tblPr>
        <w:tblW w:w="0" w:type="auto"/>
        <w:tblInd w:w="4" w:type="dxa"/>
        <w:tblLayout w:type="fixed"/>
        <w:tblLook w:val="04A0" w:firstRow="1" w:lastRow="0" w:firstColumn="1" w:lastColumn="0" w:noHBand="0" w:noVBand="1"/>
      </w:tblPr>
      <w:tblGrid>
        <w:gridCol w:w="510"/>
        <w:gridCol w:w="3874"/>
        <w:gridCol w:w="648"/>
        <w:gridCol w:w="1436"/>
        <w:gridCol w:w="1480"/>
        <w:gridCol w:w="1094"/>
        <w:gridCol w:w="1618"/>
      </w:tblGrid>
      <w:tr w:rsidR="00E07013">
        <w:trPr>
          <w:trHeight w:hRule="exact" w:val="43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43.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Школа. Школьные предметы.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19.12.2022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73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44.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Школа. Школьные принадлежности.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20.12.2022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tabs>
                <w:tab w:val="left" w:pos="138"/>
              </w:tabs>
              <w:autoSpaceDE w:val="0"/>
              <w:autoSpaceDN w:val="0"/>
              <w:spacing w:before="88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Контрольная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работа;</w:t>
            </w:r>
          </w:p>
        </w:tc>
      </w:tr>
      <w:tr w:rsidR="00E07013">
        <w:trPr>
          <w:trHeight w:hRule="exact" w:val="4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45.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Школа. Классный кабинет.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21.12.2022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43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46.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Школа.Дни недели.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26.12.2022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73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47.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Школа.Распорядок школьного дня.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27.12.2022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tabs>
                <w:tab w:val="left" w:pos="138"/>
              </w:tabs>
              <w:autoSpaceDE w:val="0"/>
              <w:autoSpaceDN w:val="0"/>
              <w:spacing w:before="86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контроль;</w:t>
            </w:r>
          </w:p>
        </w:tc>
      </w:tr>
      <w:tr w:rsidR="00E07013">
        <w:trPr>
          <w:trHeight w:hRule="exact" w:val="73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48.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86" w:after="0" w:line="262" w:lineRule="auto"/>
              <w:ind w:left="64" w:right="1296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Переписка с зарубежными </w:t>
            </w:r>
            <w:proofErr w:type="spellStart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сверстниками</w:t>
            </w:r>
            <w:proofErr w:type="gramStart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.Ш</w:t>
            </w:r>
            <w:proofErr w:type="gramEnd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кола</w:t>
            </w:r>
            <w:proofErr w:type="spellEnd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.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11.01.2023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4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49.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Школа.Домашнее задание.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16.01.2023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4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50.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Школа.Школьные правила.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17.01.2023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4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51.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Школа.Школьная форма.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18.01.2023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43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52.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Английская школа.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23.01.2023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73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4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53.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4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Школа.Каникулы.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4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4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4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24.01.2023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tabs>
                <w:tab w:val="left" w:pos="138"/>
              </w:tabs>
              <w:autoSpaceDE w:val="0"/>
              <w:autoSpaceDN w:val="0"/>
              <w:spacing w:before="84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работа;</w:t>
            </w:r>
          </w:p>
        </w:tc>
      </w:tr>
      <w:tr w:rsidR="00E07013">
        <w:trPr>
          <w:trHeight w:hRule="exact" w:val="43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54.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Школа.Кружки.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25.01.2023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73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4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55.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4" w:after="0" w:line="262" w:lineRule="auto"/>
              <w:ind w:left="64" w:right="129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Переписка с зарубежными </w:t>
            </w: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сверстниками.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4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4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4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30.01.2023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tabs>
                <w:tab w:val="left" w:pos="138"/>
              </w:tabs>
              <w:autoSpaceDE w:val="0"/>
              <w:autoSpaceDN w:val="0"/>
              <w:spacing w:before="84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контроль;</w:t>
            </w:r>
          </w:p>
        </w:tc>
      </w:tr>
      <w:tr w:rsidR="00E07013">
        <w:trPr>
          <w:trHeight w:hRule="exact" w:val="73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4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56.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4" w:after="0" w:line="262" w:lineRule="auto"/>
              <w:ind w:left="64" w:right="144"/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Путешествие по России и зарубежным странам.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Путешествия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. В аэропорту.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4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4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4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31.01.2023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4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57.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Виды путешествий.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01.02.2023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73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58.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Путешествия. Достопримечательности.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06.02.2023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tabs>
                <w:tab w:val="left" w:pos="138"/>
              </w:tabs>
              <w:autoSpaceDE w:val="0"/>
              <w:autoSpaceDN w:val="0"/>
              <w:spacing w:before="90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Контрольная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работа;</w:t>
            </w:r>
          </w:p>
        </w:tc>
      </w:tr>
      <w:tr w:rsidR="00E07013" w:rsidRPr="00A96E49">
        <w:trPr>
          <w:trHeight w:hRule="exact" w:val="133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59.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62" w:lineRule="auto"/>
              <w:ind w:left="64" w:right="864"/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Каникулы в разное время года.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Путешествия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. Экскурсии.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07.02.2023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90" w:after="0"/>
              <w:ind w:left="138" w:hanging="138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 Самооценка с </w:t>
            </w:r>
            <w:r w:rsidRPr="00A96E49">
              <w:rPr>
                <w:lang w:val="ru-RU"/>
              </w:rPr>
              <w:br/>
            </w:r>
            <w:proofErr w:type="spellStart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использованием</w:t>
            </w:r>
            <w:proofErr w:type="gramStart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«О</w:t>
            </w:r>
            <w:proofErr w:type="gramEnd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ценочного</w:t>
            </w:r>
            <w:proofErr w:type="spellEnd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 </w:t>
            </w:r>
            <w:r w:rsidRPr="00A96E49">
              <w:rPr>
                <w:lang w:val="ru-RU"/>
              </w:rPr>
              <w:br/>
            </w: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листа»;</w:t>
            </w:r>
          </w:p>
        </w:tc>
      </w:tr>
      <w:tr w:rsidR="00E07013">
        <w:trPr>
          <w:trHeight w:hRule="exact" w:val="73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4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60.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84" w:after="0" w:line="262" w:lineRule="auto"/>
              <w:ind w:left="64" w:right="1008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Каникулы в разное время </w:t>
            </w:r>
            <w:r w:rsidRPr="00A96E49">
              <w:rPr>
                <w:lang w:val="ru-RU"/>
              </w:rPr>
              <w:br/>
            </w:r>
            <w:proofErr w:type="spellStart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года</w:t>
            </w:r>
            <w:proofErr w:type="gramStart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.П</w:t>
            </w:r>
            <w:proofErr w:type="gramEnd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утешествия</w:t>
            </w:r>
            <w:proofErr w:type="spellEnd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. Транспорт.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4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4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4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08.02.2023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7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61.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Путешествия. В турагентстве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13.02.2023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tabs>
                <w:tab w:val="left" w:pos="138"/>
              </w:tabs>
              <w:autoSpaceDE w:val="0"/>
              <w:autoSpaceDN w:val="0"/>
              <w:spacing w:before="86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контроль;</w:t>
            </w:r>
          </w:p>
        </w:tc>
      </w:tr>
      <w:tr w:rsidR="00E07013">
        <w:trPr>
          <w:trHeight w:hRule="exact" w:val="43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62.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Путешествия. В отеле.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14.02.2023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43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63.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Путешествия. Сувениры.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15.02.2023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73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64.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Путешествия. Парки.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20.02.2023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tabs>
                <w:tab w:val="left" w:pos="138"/>
              </w:tabs>
              <w:autoSpaceDE w:val="0"/>
              <w:autoSpaceDN w:val="0"/>
              <w:spacing w:before="86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Контрольная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работа;</w:t>
            </w:r>
          </w:p>
        </w:tc>
      </w:tr>
      <w:tr w:rsidR="00E07013">
        <w:trPr>
          <w:trHeight w:hRule="exact" w:val="43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65.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Путешествия. Экстремальный туризм.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21.02.2023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73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66.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88" w:after="0" w:line="262" w:lineRule="auto"/>
              <w:ind w:left="64" w:right="576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Мир </w:t>
            </w:r>
            <w:proofErr w:type="spellStart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профессий</w:t>
            </w:r>
            <w:proofErr w:type="gramStart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.П</w:t>
            </w:r>
            <w:proofErr w:type="gramEnd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рофессии</w:t>
            </w:r>
            <w:proofErr w:type="spellEnd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 членов семьи.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22.02.2023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41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67.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Профессии, которые мы выбираем.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27.02.2023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</w:tbl>
    <w:p w:rsidR="00E07013" w:rsidRDefault="00E07013">
      <w:pPr>
        <w:autoSpaceDE w:val="0"/>
        <w:autoSpaceDN w:val="0"/>
        <w:spacing w:after="0" w:line="14" w:lineRule="exact"/>
      </w:pPr>
    </w:p>
    <w:p w:rsidR="00E07013" w:rsidRDefault="00E07013">
      <w:pPr>
        <w:sectPr w:rsidR="00E07013">
          <w:pgSz w:w="11900" w:h="16840"/>
          <w:pgMar w:top="284" w:right="556" w:bottom="592" w:left="656" w:header="720" w:footer="720" w:gutter="0"/>
          <w:cols w:space="720" w:equalWidth="0">
            <w:col w:w="10688" w:space="0"/>
          </w:cols>
          <w:docGrid w:linePitch="360"/>
        </w:sectPr>
      </w:pPr>
    </w:p>
    <w:p w:rsidR="00E07013" w:rsidRDefault="00E07013">
      <w:pPr>
        <w:autoSpaceDE w:val="0"/>
        <w:autoSpaceDN w:val="0"/>
        <w:spacing w:after="66" w:line="220" w:lineRule="exact"/>
      </w:pPr>
    </w:p>
    <w:tbl>
      <w:tblPr>
        <w:tblW w:w="0" w:type="auto"/>
        <w:tblInd w:w="4" w:type="dxa"/>
        <w:tblLayout w:type="fixed"/>
        <w:tblLook w:val="04A0" w:firstRow="1" w:lastRow="0" w:firstColumn="1" w:lastColumn="0" w:noHBand="0" w:noVBand="1"/>
      </w:tblPr>
      <w:tblGrid>
        <w:gridCol w:w="510"/>
        <w:gridCol w:w="3874"/>
        <w:gridCol w:w="648"/>
        <w:gridCol w:w="1436"/>
        <w:gridCol w:w="1480"/>
        <w:gridCol w:w="1094"/>
        <w:gridCol w:w="1618"/>
      </w:tblGrid>
      <w:tr w:rsidR="00E07013">
        <w:trPr>
          <w:trHeight w:hRule="exact" w:val="73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68.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86" w:after="0" w:line="262" w:lineRule="auto"/>
              <w:ind w:left="64" w:right="576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Мир профессий. Мои друзья. Кем хочешь стать?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28.02.2023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43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69.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Мир профессий. Различные профессии.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01.03.2023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7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70.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Современные профессии.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06.03.2023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tabs>
                <w:tab w:val="left" w:pos="138"/>
              </w:tabs>
              <w:autoSpaceDE w:val="0"/>
              <w:autoSpaceDN w:val="0"/>
              <w:spacing w:before="88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Контрольная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работа;</w:t>
            </w:r>
          </w:p>
        </w:tc>
      </w:tr>
      <w:tr w:rsidR="00E07013">
        <w:trPr>
          <w:trHeight w:hRule="exact" w:val="73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71.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88" w:after="0" w:line="262" w:lineRule="auto"/>
              <w:ind w:left="64" w:right="432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Природа. Окружающий </w:t>
            </w:r>
            <w:proofErr w:type="spellStart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мир</w:t>
            </w:r>
            <w:proofErr w:type="gramStart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.Л</w:t>
            </w:r>
            <w:proofErr w:type="gramEnd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етние</w:t>
            </w:r>
            <w:proofErr w:type="spellEnd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 каникулы.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07.03.2023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73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72.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Окружающий мир. В зоопарке.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13.03.2023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tabs>
                <w:tab w:val="left" w:pos="138"/>
              </w:tabs>
              <w:autoSpaceDE w:val="0"/>
              <w:autoSpaceDN w:val="0"/>
              <w:spacing w:before="88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контроль;</w:t>
            </w:r>
          </w:p>
        </w:tc>
      </w:tr>
      <w:tr w:rsidR="00E07013">
        <w:trPr>
          <w:trHeight w:hRule="exact" w:val="43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73.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88" w:after="0" w:line="230" w:lineRule="auto"/>
              <w:ind w:left="64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Природа. Окружающий мир. На море.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14.03.2023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4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74.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88" w:after="0" w:line="230" w:lineRule="auto"/>
              <w:ind w:left="64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Природа. Окружающий мир. В лагере.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15.03.2023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73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75.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Природа. Окружающий мир. Климат.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20.03.2023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tabs>
                <w:tab w:val="left" w:pos="138"/>
              </w:tabs>
              <w:autoSpaceDE w:val="0"/>
              <w:autoSpaceDN w:val="0"/>
              <w:spacing w:before="86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контроль;</w:t>
            </w:r>
          </w:p>
        </w:tc>
      </w:tr>
      <w:tr w:rsidR="00E07013">
        <w:trPr>
          <w:trHeight w:hRule="exact" w:val="73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76.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86" w:after="0" w:line="262" w:lineRule="auto"/>
              <w:ind w:left="64" w:right="288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Природа. Окружающий мир. Природа </w:t>
            </w: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Великобритании.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21.03.2023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tabs>
                <w:tab w:val="left" w:pos="138"/>
              </w:tabs>
              <w:autoSpaceDE w:val="0"/>
              <w:autoSpaceDN w:val="0"/>
              <w:spacing w:before="86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Контрольная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работа;</w:t>
            </w:r>
          </w:p>
        </w:tc>
      </w:tr>
      <w:tr w:rsidR="00E07013">
        <w:trPr>
          <w:trHeight w:hRule="exact" w:val="103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77.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86" w:after="0" w:line="271" w:lineRule="auto"/>
              <w:ind w:left="64" w:right="288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Жизнь в городе и сельской местности. Транспорт. Окружающий мир. В </w:t>
            </w:r>
            <w:r w:rsidRPr="00A96E49">
              <w:rPr>
                <w:lang w:val="ru-RU"/>
              </w:rPr>
              <w:br/>
            </w: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деревне.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22.03.2023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73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78.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62" w:lineRule="auto"/>
              <w:ind w:left="64" w:right="144"/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Жизнь в городе и в сельской местности.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ферме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03.04.2023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103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79.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86" w:after="0" w:line="271" w:lineRule="auto"/>
              <w:ind w:left="64" w:right="144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Жизнь в городе и в сельской местности. Окружающий мир. Ландшафт моего города.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04.04.2023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73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80.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62" w:lineRule="auto"/>
              <w:ind w:left="64" w:right="144"/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Жизнь в городе и в сельской местности.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Окружающий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мир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. В городе.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05.04.2023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7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81.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62" w:lineRule="auto"/>
              <w:ind w:left="64" w:right="144"/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Жизнь в городе и в сельской местности.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Мир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вокруг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меня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10.04.2023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103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82.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71" w:lineRule="auto"/>
              <w:ind w:left="64"/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Современные средства коммуникации (телефон, Интернет).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Мир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современного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подростка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. Телевизор.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11.04.2023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7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83.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88" w:after="0" w:line="262" w:lineRule="auto"/>
              <w:ind w:right="144"/>
              <w:jc w:val="center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Современные средства коммуникации. Образовательные ресурсы в Интернете.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12.04.2023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73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84.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62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Современные коммуникации. Школьные СМИ,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17.04.2023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tabs>
                <w:tab w:val="left" w:pos="138"/>
              </w:tabs>
              <w:autoSpaceDE w:val="0"/>
              <w:autoSpaceDN w:val="0"/>
              <w:spacing w:before="88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работа;</w:t>
            </w:r>
          </w:p>
        </w:tc>
      </w:tr>
      <w:tr w:rsidR="00E07013">
        <w:trPr>
          <w:trHeight w:hRule="exact" w:val="73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85.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86" w:after="0" w:line="262" w:lineRule="auto"/>
              <w:ind w:left="64" w:right="432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Мир современного подростка. Часы, проведенные за компьютером.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18.04.2023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4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86.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Урок обобщения и контроля.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19.04.2023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133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87.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86" w:after="0" w:line="262" w:lineRule="auto"/>
              <w:ind w:right="576"/>
              <w:jc w:val="center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Страны изучаемого языка. Родная страна и страны изучаемого языка.</w:t>
            </w:r>
          </w:p>
          <w:p w:rsidR="00E07013" w:rsidRPr="00A96E49" w:rsidRDefault="00B242A8">
            <w:pPr>
              <w:autoSpaceDE w:val="0"/>
              <w:autoSpaceDN w:val="0"/>
              <w:spacing w:before="62" w:after="0" w:line="262" w:lineRule="auto"/>
              <w:ind w:left="64"/>
              <w:rPr>
                <w:lang w:val="ru-RU"/>
              </w:rPr>
            </w:pPr>
            <w:proofErr w:type="spellStart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Достопримечательности</w:t>
            </w:r>
            <w:proofErr w:type="gramStart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.Г</w:t>
            </w:r>
            <w:proofErr w:type="gramEnd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еографическое</w:t>
            </w:r>
            <w:proofErr w:type="spellEnd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 положение. Русские города.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24.04.2023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41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88.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Страны изучаемого языка. Лондон.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25.04.2023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</w:tbl>
    <w:p w:rsidR="00E07013" w:rsidRDefault="00E07013">
      <w:pPr>
        <w:autoSpaceDE w:val="0"/>
        <w:autoSpaceDN w:val="0"/>
        <w:spacing w:after="0" w:line="14" w:lineRule="exact"/>
      </w:pPr>
    </w:p>
    <w:p w:rsidR="00E07013" w:rsidRDefault="00E07013">
      <w:pPr>
        <w:sectPr w:rsidR="00E07013">
          <w:pgSz w:w="11900" w:h="16840"/>
          <w:pgMar w:top="284" w:right="556" w:bottom="422" w:left="656" w:header="720" w:footer="720" w:gutter="0"/>
          <w:cols w:space="720" w:equalWidth="0">
            <w:col w:w="10688" w:space="0"/>
          </w:cols>
          <w:docGrid w:linePitch="360"/>
        </w:sectPr>
      </w:pPr>
    </w:p>
    <w:p w:rsidR="00E07013" w:rsidRDefault="00E07013">
      <w:pPr>
        <w:autoSpaceDE w:val="0"/>
        <w:autoSpaceDN w:val="0"/>
        <w:spacing w:after="66" w:line="220" w:lineRule="exact"/>
      </w:pPr>
    </w:p>
    <w:tbl>
      <w:tblPr>
        <w:tblW w:w="0" w:type="auto"/>
        <w:tblInd w:w="4" w:type="dxa"/>
        <w:tblLayout w:type="fixed"/>
        <w:tblLook w:val="04A0" w:firstRow="1" w:lastRow="0" w:firstColumn="1" w:lastColumn="0" w:noHBand="0" w:noVBand="1"/>
      </w:tblPr>
      <w:tblGrid>
        <w:gridCol w:w="510"/>
        <w:gridCol w:w="3874"/>
        <w:gridCol w:w="648"/>
        <w:gridCol w:w="1436"/>
        <w:gridCol w:w="1480"/>
        <w:gridCol w:w="1094"/>
        <w:gridCol w:w="1618"/>
      </w:tblGrid>
      <w:tr w:rsidR="00E07013">
        <w:trPr>
          <w:trHeight w:hRule="exact" w:val="43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89.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Страны изучаемого языка. Тауэр.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26.04.2023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 w:rsidRPr="00A96E49">
        <w:trPr>
          <w:trHeight w:hRule="exact" w:val="133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90.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88" w:after="0" w:line="230" w:lineRule="auto"/>
              <w:ind w:left="64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Страны изучаемого языка. Биг </w:t>
            </w:r>
            <w:proofErr w:type="spellStart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Бэн</w:t>
            </w:r>
            <w:proofErr w:type="spellEnd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03.05.2023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88" w:after="0"/>
              <w:ind w:left="138" w:hanging="138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 Самооценка с </w:t>
            </w:r>
            <w:r w:rsidRPr="00A96E49">
              <w:rPr>
                <w:lang w:val="ru-RU"/>
              </w:rPr>
              <w:br/>
            </w:r>
            <w:proofErr w:type="spellStart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использованием</w:t>
            </w:r>
            <w:proofErr w:type="gramStart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«О</w:t>
            </w:r>
            <w:proofErr w:type="gramEnd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ценочного</w:t>
            </w:r>
            <w:proofErr w:type="spellEnd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 </w:t>
            </w:r>
            <w:r w:rsidRPr="00A96E49">
              <w:rPr>
                <w:lang w:val="ru-RU"/>
              </w:rPr>
              <w:br/>
            </w: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листа»;</w:t>
            </w:r>
          </w:p>
        </w:tc>
      </w:tr>
      <w:tr w:rsidR="00E07013">
        <w:trPr>
          <w:trHeight w:hRule="exact" w:val="7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91.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90" w:after="0" w:line="262" w:lineRule="auto"/>
              <w:ind w:left="64" w:right="1296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Страны изучаемого языка. Букингемский дворец.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08.05.2023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4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92.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86" w:after="0" w:line="230" w:lineRule="auto"/>
              <w:ind w:left="64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Страны изучаемого языка. Как пройти</w:t>
            </w:r>
            <w:proofErr w:type="gramStart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..? </w:t>
            </w:r>
            <w:proofErr w:type="gramEnd"/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10.05.2023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732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93.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88" w:after="0" w:line="262" w:lineRule="auto"/>
              <w:ind w:left="64" w:right="144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Страны изучаемого языка. Лондонский зоопарк.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15.05.2023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43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94.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Страны изучаемого языка. Музеи.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16.05.2023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9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73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95.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88" w:after="0" w:line="262" w:lineRule="auto"/>
              <w:ind w:left="64" w:right="576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Страны изучаемого языка. Флора и фауна.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17.05.2023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4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96.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Страны изучаемого языка. Традиции.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22.05.2023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103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97.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71" w:lineRule="auto"/>
              <w:ind w:left="64" w:right="288"/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Выдающиеся люди родной страны и стран изучаемого языка.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Выдающиеся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люди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прошлого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.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23.05.2023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43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98.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Великие поэты. Писатели.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24.05.2023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43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6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99.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Сказочные персонажи.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29.05.2023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>
        <w:trPr>
          <w:trHeight w:hRule="exact" w:val="73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100.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tabs>
                <w:tab w:val="left" w:pos="510"/>
              </w:tabs>
              <w:autoSpaceDE w:val="0"/>
              <w:autoSpaceDN w:val="0"/>
              <w:spacing w:before="86" w:after="0" w:line="262" w:lineRule="auto"/>
              <w:ind w:right="288"/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100. Выдающиеся люди родной страны и </w:t>
            </w:r>
            <w:r w:rsidRPr="00A96E49">
              <w:rPr>
                <w:lang w:val="ru-RU"/>
              </w:rPr>
              <w:tab/>
            </w: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стран изучаемого языка.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Спортсмены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30.05.2023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tabs>
                <w:tab w:val="left" w:pos="138"/>
              </w:tabs>
              <w:autoSpaceDE w:val="0"/>
              <w:autoSpaceDN w:val="0"/>
              <w:spacing w:before="86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работа;</w:t>
            </w:r>
          </w:p>
        </w:tc>
      </w:tr>
      <w:tr w:rsidR="00E07013">
        <w:trPr>
          <w:trHeight w:hRule="exact" w:val="73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101.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tabs>
                <w:tab w:val="left" w:pos="510"/>
              </w:tabs>
              <w:autoSpaceDE w:val="0"/>
              <w:autoSpaceDN w:val="0"/>
              <w:spacing w:before="86" w:after="0" w:line="262" w:lineRule="auto"/>
              <w:ind w:right="288"/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101. Выдающиеся люди родной страны и </w:t>
            </w:r>
            <w:r w:rsidRPr="00A96E49">
              <w:rPr>
                <w:lang w:val="ru-RU"/>
              </w:rPr>
              <w:tab/>
            </w: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стран изучаемого языка.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Музыканты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31.05.2023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Устный опрос;</w:t>
            </w:r>
          </w:p>
        </w:tc>
      </w:tr>
      <w:tr w:rsidR="00E07013" w:rsidRPr="00A96E49">
        <w:trPr>
          <w:trHeight w:hRule="exact" w:val="133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102.</w:t>
            </w:r>
          </w:p>
        </w:tc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71" w:lineRule="auto"/>
              <w:ind w:left="510" w:right="288" w:hanging="510"/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102. Выдающиеся люди родной страны и стран изучаемого языка.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Обобщение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0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E07013"/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86" w:after="0"/>
              <w:ind w:left="64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Самооценка с </w:t>
            </w:r>
            <w:r w:rsidRPr="00A96E49">
              <w:rPr>
                <w:lang w:val="ru-RU"/>
              </w:rPr>
              <w:br/>
            </w:r>
            <w:proofErr w:type="spellStart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использованием</w:t>
            </w:r>
            <w:proofErr w:type="gramStart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«О</w:t>
            </w:r>
            <w:proofErr w:type="gramEnd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ценочного</w:t>
            </w:r>
            <w:proofErr w:type="spellEnd"/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 xml:space="preserve"> </w:t>
            </w:r>
            <w:r w:rsidRPr="00A96E49">
              <w:rPr>
                <w:lang w:val="ru-RU"/>
              </w:rPr>
              <w:br/>
            </w: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листа»;</w:t>
            </w:r>
          </w:p>
        </w:tc>
      </w:tr>
      <w:tr w:rsidR="00E07013">
        <w:trPr>
          <w:trHeight w:hRule="exact" w:val="714"/>
        </w:trPr>
        <w:tc>
          <w:tcPr>
            <w:tcW w:w="4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Pr="00A96E49" w:rsidRDefault="00B242A8">
            <w:pPr>
              <w:autoSpaceDE w:val="0"/>
              <w:autoSpaceDN w:val="0"/>
              <w:spacing w:before="86" w:after="0" w:line="262" w:lineRule="auto"/>
              <w:ind w:left="66" w:right="864"/>
              <w:rPr>
                <w:lang w:val="ru-RU"/>
              </w:rPr>
            </w:pPr>
            <w:r w:rsidRPr="00A96E49">
              <w:rPr>
                <w:rFonts w:ascii="Times New Roman" w:eastAsia="Times New Roman" w:hAnsi="Times New Roman"/>
                <w:color w:val="000000"/>
                <w:w w:val="101"/>
                <w:sz w:val="21"/>
                <w:lang w:val="ru-RU"/>
              </w:rPr>
              <w:t>ОБЩЕЕ КОЛИЧЕСТВО ЧАСОВ ПО ПРОГРАММЕ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102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10</w:t>
            </w:r>
          </w:p>
        </w:tc>
        <w:tc>
          <w:tcPr>
            <w:tcW w:w="4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07013" w:rsidRDefault="00B242A8">
            <w:pPr>
              <w:autoSpaceDE w:val="0"/>
              <w:autoSpaceDN w:val="0"/>
              <w:spacing w:before="86" w:after="0" w:line="230" w:lineRule="auto"/>
              <w:ind w:left="6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1"/>
              </w:rPr>
              <w:t>5</w:t>
            </w:r>
          </w:p>
        </w:tc>
      </w:tr>
    </w:tbl>
    <w:p w:rsidR="00E07013" w:rsidRDefault="00E07013">
      <w:pPr>
        <w:autoSpaceDE w:val="0"/>
        <w:autoSpaceDN w:val="0"/>
        <w:spacing w:after="0" w:line="14" w:lineRule="exact"/>
      </w:pPr>
    </w:p>
    <w:p w:rsidR="00E07013" w:rsidRDefault="00E07013">
      <w:pPr>
        <w:sectPr w:rsidR="00E07013">
          <w:pgSz w:w="11900" w:h="16840"/>
          <w:pgMar w:top="284" w:right="556" w:bottom="1440" w:left="656" w:header="720" w:footer="720" w:gutter="0"/>
          <w:cols w:space="720" w:equalWidth="0">
            <w:col w:w="10688" w:space="0"/>
          </w:cols>
          <w:docGrid w:linePitch="360"/>
        </w:sectPr>
      </w:pPr>
    </w:p>
    <w:p w:rsidR="00E07013" w:rsidRDefault="00E07013">
      <w:pPr>
        <w:autoSpaceDE w:val="0"/>
        <w:autoSpaceDN w:val="0"/>
        <w:spacing w:after="78" w:line="220" w:lineRule="exact"/>
      </w:pPr>
    </w:p>
    <w:p w:rsidR="00E07013" w:rsidRDefault="00B242A8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E07013" w:rsidRPr="00A96E49" w:rsidRDefault="00B242A8">
      <w:pPr>
        <w:autoSpaceDE w:val="0"/>
        <w:autoSpaceDN w:val="0"/>
        <w:spacing w:before="346" w:after="0" w:line="300" w:lineRule="auto"/>
        <w:ind w:right="1152"/>
        <w:rPr>
          <w:lang w:val="ru-RU"/>
        </w:rPr>
      </w:pP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A96E49">
        <w:rPr>
          <w:lang w:val="ru-RU"/>
        </w:rPr>
        <w:br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Комарова Ю.А., Ларионова И.В. Английский язык. 5 класс. ООО «Русское слово-учебник»; Введите свой вариант:</w:t>
      </w:r>
    </w:p>
    <w:p w:rsidR="00E07013" w:rsidRPr="00A96E49" w:rsidRDefault="00B242A8">
      <w:pPr>
        <w:autoSpaceDE w:val="0"/>
        <w:autoSpaceDN w:val="0"/>
        <w:spacing w:before="262" w:after="0" w:line="302" w:lineRule="auto"/>
        <w:ind w:right="2304"/>
        <w:rPr>
          <w:lang w:val="ru-RU"/>
        </w:rPr>
      </w:pP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A96E49">
        <w:rPr>
          <w:lang w:val="ru-RU"/>
        </w:rPr>
        <w:br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Учебник, Рабочая тетрадь, книга для учителя. </w:t>
      </w:r>
      <w:r>
        <w:rPr>
          <w:rFonts w:ascii="Times New Roman" w:eastAsia="Times New Roman" w:hAnsi="Times New Roman"/>
          <w:color w:val="000000"/>
          <w:sz w:val="24"/>
        </w:rPr>
        <w:t>CD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, методические рекомен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дации</w:t>
      </w:r>
    </w:p>
    <w:p w:rsidR="00E07013" w:rsidRPr="00A96E49" w:rsidRDefault="00B242A8">
      <w:pPr>
        <w:autoSpaceDE w:val="0"/>
        <w:autoSpaceDN w:val="0"/>
        <w:spacing w:before="262" w:after="0" w:line="302" w:lineRule="auto"/>
        <w:ind w:right="1440"/>
        <w:rPr>
          <w:lang w:val="ru-RU"/>
        </w:rPr>
      </w:pP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ЦИФРОВЫЕ ОБРАЗОВАТЕЛЬНЫЕ РЕСУРСЫ И РЕСУРСЫ СЕТИ ИНТЕРНЕТ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РЭШ, </w:t>
      </w:r>
      <w:proofErr w:type="spell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Инфоурок</w:t>
      </w:r>
      <w:proofErr w:type="spellEnd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proofErr w:type="spellStart"/>
      <w:proofErr w:type="gramStart"/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др</w:t>
      </w:r>
      <w:proofErr w:type="spellEnd"/>
      <w:proofErr w:type="gramEnd"/>
    </w:p>
    <w:p w:rsidR="00E07013" w:rsidRPr="00A96E49" w:rsidRDefault="00E07013">
      <w:pPr>
        <w:rPr>
          <w:lang w:val="ru-RU"/>
        </w:rPr>
        <w:sectPr w:rsidR="00E07013" w:rsidRPr="00A96E49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07013" w:rsidRPr="00A96E49" w:rsidRDefault="00E07013">
      <w:pPr>
        <w:autoSpaceDE w:val="0"/>
        <w:autoSpaceDN w:val="0"/>
        <w:spacing w:after="78" w:line="220" w:lineRule="exact"/>
        <w:rPr>
          <w:lang w:val="ru-RU"/>
        </w:rPr>
      </w:pPr>
    </w:p>
    <w:p w:rsidR="00E07013" w:rsidRPr="00A96E49" w:rsidRDefault="00B242A8">
      <w:pPr>
        <w:autoSpaceDE w:val="0"/>
        <w:autoSpaceDN w:val="0"/>
        <w:spacing w:after="0" w:line="230" w:lineRule="auto"/>
        <w:rPr>
          <w:lang w:val="ru-RU"/>
        </w:rPr>
      </w:pP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</w:t>
      </w: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ОБРАЗОВАТЕЛЬНОГО ПРОЦЕССА</w:t>
      </w:r>
    </w:p>
    <w:p w:rsidR="00E07013" w:rsidRPr="00A96E49" w:rsidRDefault="00B242A8">
      <w:pPr>
        <w:autoSpaceDE w:val="0"/>
        <w:autoSpaceDN w:val="0"/>
        <w:spacing w:before="346" w:after="0" w:line="302" w:lineRule="auto"/>
        <w:ind w:right="4896"/>
        <w:rPr>
          <w:lang w:val="ru-RU"/>
        </w:rPr>
      </w:pP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A96E49">
        <w:rPr>
          <w:lang w:val="ru-RU"/>
        </w:rPr>
        <w:br/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проектор, компьютер, принтер, лингафонный кабинет.</w:t>
      </w:r>
    </w:p>
    <w:p w:rsidR="00E07013" w:rsidRPr="00A96E49" w:rsidRDefault="00B242A8">
      <w:pPr>
        <w:autoSpaceDE w:val="0"/>
        <w:autoSpaceDN w:val="0"/>
        <w:spacing w:before="262" w:after="0" w:line="302" w:lineRule="auto"/>
        <w:ind w:right="3024"/>
        <w:rPr>
          <w:lang w:val="ru-RU"/>
        </w:rPr>
      </w:pPr>
      <w:r w:rsidRPr="00A96E4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ПРАКТИЧЕСКИХ РАБОТ </w:t>
      </w:r>
      <w:r w:rsidRPr="00A96E49">
        <w:rPr>
          <w:rFonts w:ascii="Times New Roman" w:eastAsia="Times New Roman" w:hAnsi="Times New Roman"/>
          <w:color w:val="000000"/>
          <w:sz w:val="24"/>
          <w:lang w:val="ru-RU"/>
        </w:rPr>
        <w:t>проектор, компьютер, принтер</w:t>
      </w:r>
    </w:p>
    <w:p w:rsidR="00E07013" w:rsidRPr="00A96E49" w:rsidRDefault="00E07013">
      <w:pPr>
        <w:rPr>
          <w:lang w:val="ru-RU"/>
        </w:rPr>
        <w:sectPr w:rsidR="00E07013" w:rsidRPr="00A96E49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B242A8" w:rsidRPr="00A96E49" w:rsidRDefault="00B242A8">
      <w:pPr>
        <w:rPr>
          <w:lang w:val="ru-RU"/>
        </w:rPr>
      </w:pPr>
    </w:p>
    <w:sectPr w:rsidR="00B242A8" w:rsidRPr="00A96E49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96E49"/>
    <w:rsid w:val="00AA1D8D"/>
    <w:rsid w:val="00B242A8"/>
    <w:rsid w:val="00B47730"/>
    <w:rsid w:val="00CB0664"/>
    <w:rsid w:val="00E0701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A96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A96E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A96E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A96E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08E4EF3-9EFF-4266-BBCC-A538682B9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7795</Words>
  <Characters>44436</Characters>
  <Application>Microsoft Office Word</Application>
  <DocSecurity>0</DocSecurity>
  <Lines>370</Lines>
  <Paragraphs>104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52127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1</cp:lastModifiedBy>
  <cp:revision>2</cp:revision>
  <cp:lastPrinted>2022-09-20T01:48:00Z</cp:lastPrinted>
  <dcterms:created xsi:type="dcterms:W3CDTF">2022-09-20T02:05:00Z</dcterms:created>
  <dcterms:modified xsi:type="dcterms:W3CDTF">2022-09-20T02:05:00Z</dcterms:modified>
</cp:coreProperties>
</file>